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ink/ink1.xml" ContentType="application/inkml+xml"/>
  <Override PartName="/word/ink/ink2.xml" ContentType="application/inkml+xml"/>
  <Override PartName="/word/ink/ink3.xml" ContentType="application/inkml+xml"/>
  <Override PartName="/word/ink/ink4.xml" ContentType="application/inkml+xml"/>
  <Override PartName="/word/ink/ink5.xml" ContentType="application/inkml+xml"/>
  <Override PartName="/word/ink/ink6.xml" ContentType="application/inkml+xml"/>
  <Override PartName="/word/ink/ink7.xml" ContentType="application/inkml+xml"/>
  <Override PartName="/word/ink/ink8.xml" ContentType="application/inkml+xml"/>
  <Override PartName="/word/ink/ink9.xml" ContentType="application/inkml+xml"/>
  <Override PartName="/word/ink/ink10.xml" ContentType="application/inkml+xml"/>
  <Override PartName="/word/ink/ink11.xml" ContentType="application/inkml+xml"/>
  <Override PartName="/word/ink/ink12.xml" ContentType="application/inkml+xml"/>
  <Override PartName="/word/ink/ink13.xml" ContentType="application/inkml+xml"/>
  <Override PartName="/word/ink/ink14.xml" ContentType="application/inkml+xml"/>
  <Override PartName="/word/ink/ink15.xml" ContentType="application/inkml+xml"/>
  <Override PartName="/word/ink/ink16.xml" ContentType="application/inkml+xml"/>
  <Override PartName="/word/ink/ink17.xml" ContentType="application/inkml+xml"/>
  <Override PartName="/word/ink/ink18.xml" ContentType="application/inkml+xml"/>
  <Override PartName="/word/ink/ink19.xml" ContentType="application/inkml+xml"/>
  <Override PartName="/word/ink/ink20.xml" ContentType="application/inkml+xml"/>
  <Override PartName="/word/ink/ink21.xml" ContentType="application/inkml+xml"/>
  <Override PartName="/word/ink/ink22.xml" ContentType="application/inkml+xml"/>
  <Override PartName="/word/ink/ink23.xml" ContentType="application/inkml+xml"/>
  <Override PartName="/word/ink/ink24.xml" ContentType="application/inkml+xml"/>
  <Override PartName="/word/ink/ink25.xml" ContentType="application/inkml+xml"/>
  <Override PartName="/word/ink/ink26.xml" ContentType="application/inkml+xml"/>
  <Override PartName="/word/ink/ink27.xml" ContentType="application/inkml+xml"/>
  <Override PartName="/word/ink/ink28.xml" ContentType="application/inkml+xml"/>
  <Override PartName="/word/ink/ink29.xml" ContentType="application/inkml+xml"/>
  <Override PartName="/word/ink/ink30.xml" ContentType="application/inkml+xml"/>
  <Override PartName="/word/ink/ink31.xml" ContentType="application/inkml+xml"/>
  <Override PartName="/word/ink/ink32.xml" ContentType="application/inkml+xml"/>
  <Override PartName="/word/ink/ink33.xml" ContentType="application/inkml+xml"/>
  <Override PartName="/word/ink/ink34.xml" ContentType="application/inkml+xml"/>
  <Override PartName="/word/ink/ink35.xml" ContentType="application/inkml+xml"/>
  <Override PartName="/word/ink/ink36.xml" ContentType="application/inkml+xml"/>
  <Override PartName="/word/ink/ink37.xml" ContentType="application/inkml+xml"/>
  <Override PartName="/word/ink/ink38.xml" ContentType="application/inkml+xml"/>
  <Override PartName="/word/ink/ink39.xml" ContentType="application/inkml+xml"/>
  <Override PartName="/word/ink/ink40.xml" ContentType="application/inkml+xml"/>
  <Override PartName="/word/ink/ink41.xml" ContentType="application/inkml+xml"/>
  <Override PartName="/word/ink/ink42.xml" ContentType="application/inkml+xml"/>
  <Override PartName="/word/ink/ink43.xml" ContentType="application/inkml+xml"/>
  <Override PartName="/word/ink/ink44.xml" ContentType="application/inkml+xml"/>
  <Override PartName="/word/ink/ink45.xml" ContentType="application/inkml+xml"/>
  <Override PartName="/word/ink/ink46.xml" ContentType="application/inkml+xml"/>
  <Override PartName="/word/ink/ink47.xml" ContentType="application/inkml+xml"/>
  <Override PartName="/word/ink/ink48.xml" ContentType="application/inkml+xml"/>
  <Override PartName="/word/ink/ink49.xml" ContentType="application/inkml+xml"/>
  <Override PartName="/word/ink/ink50.xml" ContentType="application/inkml+xml"/>
  <Override PartName="/word/ink/ink51.xml" ContentType="application/inkml+xml"/>
  <Override PartName="/word/ink/ink52.xml" ContentType="application/inkml+xml"/>
  <Override PartName="/word/ink/ink53.xml" ContentType="application/inkml+xml"/>
  <Override PartName="/word/ink/ink54.xml" ContentType="application/inkml+xml"/>
  <Override PartName="/word/ink/ink55.xml" ContentType="application/inkml+xml"/>
  <Override PartName="/word/ink/ink56.xml" ContentType="application/inkml+xml"/>
  <Override PartName="/word/ink/ink57.xml" ContentType="application/inkml+xml"/>
  <Override PartName="/word/ink/ink58.xml" ContentType="application/inkml+xml"/>
  <Override PartName="/word/ink/ink59.xml" ContentType="application/inkml+xml"/>
  <Override PartName="/word/ink/ink60.xml" ContentType="application/inkml+xml"/>
  <Override PartName="/word/ink/ink61.xml" ContentType="application/inkml+xml"/>
  <Override PartName="/word/ink/ink62.xml" ContentType="application/inkml+xml"/>
  <Override PartName="/word/ink/ink63.xml" ContentType="application/inkml+xml"/>
  <Override PartName="/word/ink/ink64.xml" ContentType="application/inkml+xml"/>
  <Override PartName="/word/ink/ink65.xml" ContentType="application/inkml+xml"/>
  <Override PartName="/word/ink/ink66.xml" ContentType="application/inkml+xml"/>
  <Override PartName="/word/ink/ink67.xml" ContentType="application/inkml+xml"/>
  <Override PartName="/word/ink/ink68.xml" ContentType="application/inkml+xml"/>
  <Override PartName="/word/ink/ink69.xml" ContentType="application/inkml+xml"/>
  <Override PartName="/word/ink/ink70.xml" ContentType="application/inkml+xml"/>
  <Override PartName="/word/ink/ink71.xml" ContentType="application/inkml+xml"/>
  <Override PartName="/word/ink/ink72.xml" ContentType="application/inkml+xml"/>
  <Override PartName="/word/ink/ink73.xml" ContentType="application/inkml+xml"/>
  <Override PartName="/word/ink/ink74.xml" ContentType="application/inkml+xml"/>
  <Override PartName="/word/ink/ink75.xml" ContentType="application/inkml+xml"/>
  <Override PartName="/word/ink/ink76.xml" ContentType="application/inkml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BADD3E1" w14:textId="77777777" w:rsidR="00583010" w:rsidRPr="004B0BF8" w:rsidRDefault="00681DAC" w:rsidP="004B0BF8">
      <w:pPr>
        <w:pStyle w:val="Titre1"/>
        <w:jc w:val="center"/>
        <w:rPr>
          <w:sz w:val="32"/>
          <w:szCs w:val="32"/>
        </w:rPr>
      </w:pPr>
      <w:r w:rsidRPr="004B0BF8">
        <w:rPr>
          <w:sz w:val="32"/>
          <w:szCs w:val="32"/>
        </w:rPr>
        <w:t xml:space="preserve">Fiche de </w:t>
      </w:r>
      <w:proofErr w:type="spellStart"/>
      <w:proofErr w:type="gramStart"/>
      <w:r w:rsidRPr="004B0BF8">
        <w:rPr>
          <w:sz w:val="32"/>
          <w:szCs w:val="32"/>
        </w:rPr>
        <w:t>mémorisation</w:t>
      </w:r>
      <w:proofErr w:type="spellEnd"/>
      <w:r w:rsidRPr="004B0BF8">
        <w:rPr>
          <w:sz w:val="32"/>
          <w:szCs w:val="32"/>
        </w:rPr>
        <w:t xml:space="preserve"> :</w:t>
      </w:r>
      <w:proofErr w:type="gramEnd"/>
      <w:r w:rsidRPr="004B0BF8">
        <w:rPr>
          <w:sz w:val="32"/>
          <w:szCs w:val="32"/>
        </w:rPr>
        <w:t xml:space="preserve"> </w:t>
      </w:r>
      <w:proofErr w:type="spellStart"/>
      <w:r w:rsidRPr="004B0BF8">
        <w:rPr>
          <w:sz w:val="32"/>
          <w:szCs w:val="32"/>
        </w:rPr>
        <w:t>Mouvement</w:t>
      </w:r>
      <w:proofErr w:type="spellEnd"/>
      <w:r w:rsidRPr="004B0BF8">
        <w:rPr>
          <w:sz w:val="32"/>
          <w:szCs w:val="32"/>
        </w:rPr>
        <w:t xml:space="preserve"> et Forces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5433"/>
        <w:gridCol w:w="5330"/>
      </w:tblGrid>
      <w:tr w:rsidR="00583010" w:rsidRPr="004B0BF8" w14:paraId="07BD7337" w14:textId="77777777" w:rsidTr="004B0BF8">
        <w:tc>
          <w:tcPr>
            <w:tcW w:w="5433" w:type="dxa"/>
          </w:tcPr>
          <w:p w14:paraId="0FE12DF2" w14:textId="77777777" w:rsidR="00583010" w:rsidRPr="004B0BF8" w:rsidRDefault="00681DAC" w:rsidP="004B0BF8">
            <w:pPr>
              <w:jc w:val="center"/>
              <w:rPr>
                <w:b/>
                <w:bCs/>
              </w:rPr>
            </w:pPr>
            <w:r w:rsidRPr="004B0BF8">
              <w:rPr>
                <w:b/>
                <w:bCs/>
              </w:rPr>
              <w:t>Questions</w:t>
            </w:r>
          </w:p>
        </w:tc>
        <w:tc>
          <w:tcPr>
            <w:tcW w:w="5448" w:type="dxa"/>
          </w:tcPr>
          <w:p w14:paraId="4CAC441A" w14:textId="77777777" w:rsidR="00583010" w:rsidRPr="004B0BF8" w:rsidRDefault="00681DAC" w:rsidP="004B0BF8">
            <w:pPr>
              <w:jc w:val="center"/>
              <w:rPr>
                <w:b/>
                <w:bCs/>
              </w:rPr>
            </w:pPr>
            <w:r w:rsidRPr="004B0BF8">
              <w:rPr>
                <w:b/>
                <w:bCs/>
              </w:rPr>
              <w:t>Réponses</w:t>
            </w:r>
          </w:p>
        </w:tc>
      </w:tr>
      <w:tr w:rsidR="00583010" w14:paraId="6CD033D2" w14:textId="77777777" w:rsidTr="004B0BF8">
        <w:tc>
          <w:tcPr>
            <w:tcW w:w="5433" w:type="dxa"/>
          </w:tcPr>
          <w:p w14:paraId="09F9A953" w14:textId="12037392" w:rsidR="00583010" w:rsidRDefault="00681DAC" w:rsidP="004B0BF8">
            <w:proofErr w:type="spellStart"/>
            <w:r>
              <w:t>Qu'est-ce</w:t>
            </w:r>
            <w:proofErr w:type="spellEnd"/>
            <w:r>
              <w:t xml:space="preserve"> </w:t>
            </w:r>
            <w:proofErr w:type="spellStart"/>
            <w:r>
              <w:t>qu'un</w:t>
            </w:r>
            <w:proofErr w:type="spellEnd"/>
            <w:r>
              <w:t xml:space="preserve"> </w:t>
            </w:r>
            <w:proofErr w:type="spellStart"/>
            <w:r>
              <w:t>système</w:t>
            </w:r>
            <w:proofErr w:type="spellEnd"/>
            <w:r>
              <w:t xml:space="preserve"> </w:t>
            </w:r>
            <w:proofErr w:type="spellStart"/>
            <w:r>
              <w:t>en</w:t>
            </w:r>
            <w:proofErr w:type="spellEnd"/>
            <w:r>
              <w:t xml:space="preserve"> </w:t>
            </w:r>
            <w:proofErr w:type="spellStart"/>
            <w:r w:rsidR="004B0BF8">
              <w:t>mécanique</w:t>
            </w:r>
            <w:proofErr w:type="spellEnd"/>
            <w:r w:rsidR="004B0BF8">
              <w:t>?</w:t>
            </w:r>
          </w:p>
        </w:tc>
        <w:tc>
          <w:tcPr>
            <w:tcW w:w="5448" w:type="dxa"/>
          </w:tcPr>
          <w:p w14:paraId="49E18C4D" w14:textId="77777777" w:rsidR="00583010" w:rsidRDefault="00681DAC" w:rsidP="004B0BF8">
            <w:r>
              <w:t>Un système est un corps ou un ensemble de corps dont on étudie le mouvement. C'est l'objet de l'étude.</w:t>
            </w:r>
          </w:p>
        </w:tc>
      </w:tr>
      <w:tr w:rsidR="00583010" w14:paraId="70DC99F5" w14:textId="77777777" w:rsidTr="004B0BF8">
        <w:tc>
          <w:tcPr>
            <w:tcW w:w="5433" w:type="dxa"/>
          </w:tcPr>
          <w:p w14:paraId="0A60F4EE" w14:textId="77777777" w:rsidR="00583010" w:rsidRDefault="00681DAC" w:rsidP="004B0BF8">
            <w:r>
              <w:t>Quels sont les trois référentiels classiques utilisés en mécanique ?</w:t>
            </w:r>
          </w:p>
        </w:tc>
        <w:tc>
          <w:tcPr>
            <w:tcW w:w="5448" w:type="dxa"/>
          </w:tcPr>
          <w:p w14:paraId="44A108D5" w14:textId="77777777" w:rsidR="00583010" w:rsidRDefault="00681DAC" w:rsidP="004B0BF8">
            <w:r>
              <w:t>1. Référentiel terrestre : pour les mouvements sur Terre.</w:t>
            </w:r>
            <w:r>
              <w:br/>
              <w:t>2. Référentiel géocentrique : centré sur la Terre, utilisé pour les satellites.</w:t>
            </w:r>
            <w:r>
              <w:br/>
              <w:t>3. Référentiel héliocentrique : centré sur le Soleil, utilisé pour les planètes.</w:t>
            </w:r>
          </w:p>
        </w:tc>
      </w:tr>
      <w:tr w:rsidR="00583010" w14:paraId="075EB975" w14:textId="77777777" w:rsidTr="004B0BF8">
        <w:tc>
          <w:tcPr>
            <w:tcW w:w="5433" w:type="dxa"/>
          </w:tcPr>
          <w:p w14:paraId="5A0B5040" w14:textId="77777777" w:rsidR="00583010" w:rsidRDefault="00681DAC" w:rsidP="004B0BF8">
            <w:r>
              <w:t>Qu'est-ce qu'une trajectoire ?</w:t>
            </w:r>
          </w:p>
        </w:tc>
        <w:tc>
          <w:tcPr>
            <w:tcW w:w="5448" w:type="dxa"/>
          </w:tcPr>
          <w:p w14:paraId="7F129803" w14:textId="77777777" w:rsidR="00583010" w:rsidRDefault="00681DAC" w:rsidP="004B0BF8">
            <w:r>
              <w:t>C'est l'ensemble des positions successives dans l'espace d'un objet au cours de son mouvement dans le temps.</w:t>
            </w:r>
          </w:p>
        </w:tc>
      </w:tr>
      <w:tr w:rsidR="00583010" w14:paraId="13016264" w14:textId="77777777" w:rsidTr="004B0BF8">
        <w:tc>
          <w:tcPr>
            <w:tcW w:w="5433" w:type="dxa"/>
          </w:tcPr>
          <w:p w14:paraId="57FD7579" w14:textId="77777777" w:rsidR="00583010" w:rsidRDefault="00681DAC" w:rsidP="004B0BF8">
            <w:r>
              <w:t>Quels sont les types de trajectoire principaux ?</w:t>
            </w:r>
          </w:p>
        </w:tc>
        <w:tc>
          <w:tcPr>
            <w:tcW w:w="5448" w:type="dxa"/>
          </w:tcPr>
          <w:p w14:paraId="31909719" w14:textId="77777777" w:rsidR="00583010" w:rsidRDefault="00681DAC" w:rsidP="004B0BF8">
            <w:r>
              <w:t>1. Rectiligne : décrit une droite.</w:t>
            </w:r>
            <w:r>
              <w:br/>
              <w:t>2. Circulaire : décrit un cercle.</w:t>
            </w:r>
            <w:r>
              <w:br/>
              <w:t>3. Parabolique : décrit une parabole.</w:t>
            </w:r>
            <w:r>
              <w:br/>
              <w:t>4. Curviligne : décrit une courbe non rectiligne.</w:t>
            </w:r>
          </w:p>
        </w:tc>
      </w:tr>
      <w:tr w:rsidR="00583010" w14:paraId="6F878FC2" w14:textId="77777777" w:rsidTr="004B0BF8">
        <w:tc>
          <w:tcPr>
            <w:tcW w:w="5433" w:type="dxa"/>
          </w:tcPr>
          <w:p w14:paraId="372854AB" w14:textId="77777777" w:rsidR="00583010" w:rsidRDefault="00681DAC" w:rsidP="004B0BF8">
            <w:r>
              <w:t>Comment définit-on la vitesse moyenne ?</w:t>
            </w:r>
          </w:p>
        </w:tc>
        <w:tc>
          <w:tcPr>
            <w:tcW w:w="5448" w:type="dxa"/>
          </w:tcPr>
          <w:p w14:paraId="214502C2" w14:textId="5EBED490" w:rsidR="00583010" w:rsidRDefault="009116CF" w:rsidP="004B0BF8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663360" behindDoc="0" locked="0" layoutInCell="1" allowOverlap="1" wp14:anchorId="469C9036" wp14:editId="5B9E9A34">
                      <wp:simplePos x="0" y="0"/>
                      <wp:positionH relativeFrom="column">
                        <wp:posOffset>1856740</wp:posOffset>
                      </wp:positionH>
                      <wp:positionV relativeFrom="paragraph">
                        <wp:posOffset>201930</wp:posOffset>
                      </wp:positionV>
                      <wp:extent cx="609160" cy="98425"/>
                      <wp:effectExtent l="38100" t="38100" r="57785" b="53975"/>
                      <wp:wrapNone/>
                      <wp:docPr id="5" name="Encre 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609160" cy="9842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type w14:anchorId="1766DE83" id="_x0000_t75" coordsize="21600,21600" o:spt="75" o:preferrelative="t" path="m@4@5l@4@11@9@11@9@5xe" filled="f" stroked="f">
                      <v:stroke joinstyle="miter"/>
                      <v:formulas>
                        <v:f eqn="if lineDrawn pixelLineWidth 0"/>
                        <v:f eqn="sum @0 1 0"/>
                        <v:f eqn="sum 0 0 @1"/>
                        <v:f eqn="prod @2 1 2"/>
                        <v:f eqn="prod @3 21600 pixelWidth"/>
                        <v:f eqn="prod @3 21600 pixelHeight"/>
                        <v:f eqn="sum @0 0 1"/>
                        <v:f eqn="prod @6 1 2"/>
                        <v:f eqn="prod @7 21600 pixelWidth"/>
                        <v:f eqn="sum @8 21600 0"/>
                        <v:f eqn="prod @7 21600 pixelHeight"/>
                        <v:f eqn="sum @10 21600 0"/>
                      </v:formulas>
                      <v:path o:extrusionok="f" gradientshapeok="t" o:connecttype="rect"/>
                      <o:lock v:ext="edit" aspectratio="t"/>
                    </v:shapetype>
                    <v:shape id="Encre 5" o:spid="_x0000_s1026" type="#_x0000_t75" style="position:absolute;margin-left:145.5pt;margin-top:15.2pt;width:49.35pt;height:9.15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">
                      <v:imagedata r:id="rId7" o:title=""/>
                    </v:shape>
                  </w:pict>
                </mc:Fallback>
              </mc:AlternateContent>
            </w:r>
            <w:proofErr w:type="spellStart"/>
            <w:r w:rsidR="00681DAC">
              <w:t>C'est</w:t>
            </w:r>
            <w:proofErr w:type="spellEnd"/>
            <w:r w:rsidR="00681DAC">
              <w:t xml:space="preserve"> le quotient de la distance parcourue par la durée </w:t>
            </w:r>
            <w:proofErr w:type="gramStart"/>
            <w:r w:rsidR="00681DAC">
              <w:t>correspondante :</w:t>
            </w:r>
            <w:proofErr w:type="gramEnd"/>
            <w:r w:rsidR="00681DAC">
              <w:t xml:space="preserve"> v = d / Δt.</w:t>
            </w:r>
          </w:p>
        </w:tc>
      </w:tr>
      <w:tr w:rsidR="00583010" w14:paraId="7DCE5604" w14:textId="77777777" w:rsidTr="004B0BF8">
        <w:tc>
          <w:tcPr>
            <w:tcW w:w="5433" w:type="dxa"/>
          </w:tcPr>
          <w:p w14:paraId="3EA30A06" w14:textId="77777777" w:rsidR="00583010" w:rsidRDefault="00681DAC" w:rsidP="004B0BF8">
            <w:r>
              <w:t>Quels sont les effets d'une force ?</w:t>
            </w:r>
          </w:p>
        </w:tc>
        <w:tc>
          <w:tcPr>
            <w:tcW w:w="5448" w:type="dxa"/>
          </w:tcPr>
          <w:p w14:paraId="0FC46E76" w14:textId="77777777" w:rsidR="00583010" w:rsidRDefault="00681DAC" w:rsidP="004B0BF8">
            <w:r>
              <w:t>1. Déformer le système étudié.</w:t>
            </w:r>
            <w:r>
              <w:br/>
              <w:t>2. Mettre en mouvement le système.</w:t>
            </w:r>
            <w:r>
              <w:br/>
              <w:t>3. Modifier le mouvement (trajectoire ou vitesse).</w:t>
            </w:r>
          </w:p>
        </w:tc>
      </w:tr>
      <w:tr w:rsidR="009E4DD8" w14:paraId="27ACBB09" w14:textId="77777777" w:rsidTr="004B0BF8">
        <w:tc>
          <w:tcPr>
            <w:tcW w:w="5433" w:type="dxa"/>
          </w:tcPr>
          <w:p w14:paraId="06912798" w14:textId="4AEE7949" w:rsidR="009E4DD8" w:rsidRDefault="009E4DD8" w:rsidP="004B0BF8">
            <w:proofErr w:type="spellStart"/>
            <w:r>
              <w:t>Qu’est-ce-qu’une</w:t>
            </w:r>
            <w:proofErr w:type="spellEnd"/>
            <w:r>
              <w:t xml:space="preserve"> </w:t>
            </w:r>
            <w:proofErr w:type="spellStart"/>
            <w:proofErr w:type="gramStart"/>
            <w:r>
              <w:t>chronophotographie</w:t>
            </w:r>
            <w:proofErr w:type="spellEnd"/>
            <w:r>
              <w:t xml:space="preserve"> ?</w:t>
            </w:r>
            <w:proofErr w:type="gramEnd"/>
          </w:p>
        </w:tc>
        <w:tc>
          <w:tcPr>
            <w:tcW w:w="5448" w:type="dxa"/>
          </w:tcPr>
          <w:p w14:paraId="09A8B176" w14:textId="7A3C3B80" w:rsidR="009E4DD8" w:rsidRDefault="009E4DD8" w:rsidP="004B0BF8">
            <w:proofErr w:type="spellStart"/>
            <w:r>
              <w:t>C’est</w:t>
            </w:r>
            <w:proofErr w:type="spellEnd"/>
            <w:r>
              <w:t xml:space="preserve"> </w:t>
            </w:r>
            <w:proofErr w:type="spellStart"/>
            <w:r>
              <w:t>une</w:t>
            </w:r>
            <w:proofErr w:type="spellEnd"/>
            <w:r>
              <w:t xml:space="preserve"> successions de </w:t>
            </w:r>
            <w:proofErr w:type="spellStart"/>
            <w:r>
              <w:t>photographies</w:t>
            </w:r>
            <w:proofErr w:type="spellEnd"/>
            <w:r>
              <w:t xml:space="preserve"> </w:t>
            </w:r>
            <w:proofErr w:type="spellStart"/>
            <w:r>
              <w:t>prises</w:t>
            </w:r>
            <w:proofErr w:type="spellEnd"/>
            <w:r>
              <w:t xml:space="preserve"> à </w:t>
            </w:r>
            <w:proofErr w:type="spellStart"/>
            <w:r>
              <w:t>intervalle</w:t>
            </w:r>
            <w:proofErr w:type="spellEnd"/>
            <w:r>
              <w:t xml:space="preserve"> de temps </w:t>
            </w:r>
            <w:proofErr w:type="spellStart"/>
            <w:r>
              <w:t>régulier</w:t>
            </w:r>
            <w:proofErr w:type="spellEnd"/>
            <w:r>
              <w:t xml:space="preserve">. </w:t>
            </w:r>
          </w:p>
        </w:tc>
      </w:tr>
      <w:tr w:rsidR="00583010" w14:paraId="0A86DEFB" w14:textId="77777777" w:rsidTr="004B0BF8">
        <w:tc>
          <w:tcPr>
            <w:tcW w:w="5433" w:type="dxa"/>
          </w:tcPr>
          <w:p w14:paraId="6FC6DDA6" w14:textId="77777777" w:rsidR="00583010" w:rsidRDefault="00681DAC" w:rsidP="004B0BF8">
            <w:r>
              <w:t xml:space="preserve">Quelle </w:t>
            </w:r>
            <w:proofErr w:type="spellStart"/>
            <w:r>
              <w:t>est</w:t>
            </w:r>
            <w:proofErr w:type="spellEnd"/>
            <w:r>
              <w:t xml:space="preserve"> la première </w:t>
            </w:r>
            <w:proofErr w:type="spellStart"/>
            <w:r>
              <w:t>loi</w:t>
            </w:r>
            <w:proofErr w:type="spellEnd"/>
            <w:r>
              <w:t xml:space="preserve"> de Newton (principe d'inertie</w:t>
            </w:r>
            <w:proofErr w:type="gramStart"/>
            <w:r>
              <w:t>) ?</w:t>
            </w:r>
            <w:proofErr w:type="gramEnd"/>
          </w:p>
        </w:tc>
        <w:tc>
          <w:tcPr>
            <w:tcW w:w="5448" w:type="dxa"/>
          </w:tcPr>
          <w:p w14:paraId="3B320F6F" w14:textId="7D61DDA1" w:rsidR="00583010" w:rsidRDefault="00681DAC" w:rsidP="004B0BF8">
            <w:r>
              <w:t xml:space="preserve">En l'absence de forces ou lorsque les forces se </w:t>
            </w:r>
            <w:proofErr w:type="spellStart"/>
            <w:r>
              <w:t>compensent</w:t>
            </w:r>
            <w:proofErr w:type="spellEnd"/>
            <w:r>
              <w:t xml:space="preserve">, un </w:t>
            </w:r>
            <w:proofErr w:type="spellStart"/>
            <w:r>
              <w:t>système</w:t>
            </w:r>
            <w:proofErr w:type="spellEnd"/>
            <w:r>
              <w:t xml:space="preserve"> </w:t>
            </w:r>
            <w:proofErr w:type="spellStart"/>
            <w:r>
              <w:t>reste</w:t>
            </w:r>
            <w:proofErr w:type="spellEnd"/>
            <w:r>
              <w:t xml:space="preserve"> immobile </w:t>
            </w:r>
            <w:proofErr w:type="spellStart"/>
            <w:r>
              <w:t>ou</w:t>
            </w:r>
            <w:proofErr w:type="spellEnd"/>
            <w:r>
              <w:t xml:space="preserve"> </w:t>
            </w:r>
            <w:proofErr w:type="spellStart"/>
            <w:r>
              <w:t>en</w:t>
            </w:r>
            <w:proofErr w:type="spellEnd"/>
            <w:r>
              <w:t xml:space="preserve"> </w:t>
            </w:r>
            <w:proofErr w:type="spellStart"/>
            <w:r>
              <w:t>mouvement</w:t>
            </w:r>
            <w:proofErr w:type="spellEnd"/>
            <w:r>
              <w:t xml:space="preserve"> </w:t>
            </w:r>
            <w:proofErr w:type="spellStart"/>
            <w:r>
              <w:t>rectiligne</w:t>
            </w:r>
            <w:proofErr w:type="spellEnd"/>
            <w:r>
              <w:t xml:space="preserve"> </w:t>
            </w:r>
            <w:proofErr w:type="spellStart"/>
            <w:r>
              <w:t>uniforme</w:t>
            </w:r>
            <w:proofErr w:type="spellEnd"/>
            <w:r>
              <w:t>.</w:t>
            </w:r>
            <w:r w:rsidR="004B0BF8">
              <w:t xml:space="preserve"> La </w:t>
            </w:r>
            <w:proofErr w:type="spellStart"/>
            <w:r w:rsidR="004B0BF8">
              <w:t>réciproque</w:t>
            </w:r>
            <w:proofErr w:type="spellEnd"/>
            <w:r w:rsidR="004B0BF8">
              <w:t xml:space="preserve"> </w:t>
            </w:r>
            <w:proofErr w:type="spellStart"/>
            <w:r w:rsidR="004B0BF8">
              <w:t>est</w:t>
            </w:r>
            <w:proofErr w:type="spellEnd"/>
            <w:r w:rsidR="004B0BF8">
              <w:t xml:space="preserve"> </w:t>
            </w:r>
            <w:proofErr w:type="spellStart"/>
            <w:r w:rsidR="004B0BF8">
              <w:t>vraie</w:t>
            </w:r>
            <w:proofErr w:type="spellEnd"/>
            <w:r w:rsidR="004B0BF8">
              <w:t>.</w:t>
            </w:r>
          </w:p>
        </w:tc>
      </w:tr>
      <w:tr w:rsidR="00583010" w14:paraId="44E30BB3" w14:textId="77777777" w:rsidTr="004B0BF8">
        <w:tc>
          <w:tcPr>
            <w:tcW w:w="5433" w:type="dxa"/>
          </w:tcPr>
          <w:p w14:paraId="73250BDC" w14:textId="77777777" w:rsidR="00583010" w:rsidRDefault="00681DAC" w:rsidP="004B0BF8">
            <w:r>
              <w:t>Comment représente-t-on une force ?</w:t>
            </w:r>
          </w:p>
        </w:tc>
        <w:tc>
          <w:tcPr>
            <w:tcW w:w="5448" w:type="dxa"/>
          </w:tcPr>
          <w:p w14:paraId="6F44FE77" w14:textId="08626746" w:rsidR="00583010" w:rsidRDefault="00681DAC" w:rsidP="004B0BF8">
            <w:r>
              <w:t xml:space="preserve">Une force </w:t>
            </w:r>
            <w:proofErr w:type="spellStart"/>
            <w:r>
              <w:t>est</w:t>
            </w:r>
            <w:proofErr w:type="spellEnd"/>
            <w:r w:rsidR="004B0BF8">
              <w:t xml:space="preserve"> representee par</w:t>
            </w:r>
            <w:r>
              <w:t xml:space="preserve"> un </w:t>
            </w:r>
            <w:proofErr w:type="spellStart"/>
            <w:r>
              <w:t>vecteur</w:t>
            </w:r>
            <w:proofErr w:type="spellEnd"/>
            <w:r>
              <w:t xml:space="preserve"> </w:t>
            </w:r>
            <w:r w:rsidR="004B0BF8">
              <w:t xml:space="preserve">car </w:t>
            </w:r>
            <w:proofErr w:type="spellStart"/>
            <w:r w:rsidR="004B0BF8">
              <w:t>elle</w:t>
            </w:r>
            <w:proofErr w:type="spellEnd"/>
            <w:r w:rsidR="004B0BF8">
              <w:t xml:space="preserve"> a</w:t>
            </w:r>
            <w:r>
              <w:t xml:space="preserve"> </w:t>
            </w:r>
            <w:proofErr w:type="spellStart"/>
            <w:r>
              <w:t>une</w:t>
            </w:r>
            <w:proofErr w:type="spellEnd"/>
            <w:r>
              <w:t xml:space="preserve"> direction, un </w:t>
            </w:r>
            <w:proofErr w:type="spellStart"/>
            <w:r>
              <w:t>sens</w:t>
            </w:r>
            <w:proofErr w:type="spellEnd"/>
            <w:r>
              <w:t>, une intensité et un point d'application.</w:t>
            </w:r>
          </w:p>
        </w:tc>
      </w:tr>
      <w:tr w:rsidR="004B0BF8" w14:paraId="2EEFC2A3" w14:textId="77777777" w:rsidTr="004B0BF8">
        <w:tc>
          <w:tcPr>
            <w:tcW w:w="5433" w:type="dxa"/>
          </w:tcPr>
          <w:p w14:paraId="2700DA9A" w14:textId="0FBC991E" w:rsidR="004B0BF8" w:rsidRDefault="004B0BF8" w:rsidP="004B0BF8">
            <w:r>
              <w:t xml:space="preserve">Avec </w:t>
            </w:r>
            <w:proofErr w:type="spellStart"/>
            <w:r>
              <w:t>quel</w:t>
            </w:r>
            <w:proofErr w:type="spellEnd"/>
            <w:r>
              <w:t xml:space="preserve"> instrument </w:t>
            </w:r>
            <w:proofErr w:type="spellStart"/>
            <w:r>
              <w:t>mesure</w:t>
            </w:r>
            <w:proofErr w:type="spellEnd"/>
            <w:r>
              <w:t xml:space="preserve">-t-on </w:t>
            </w:r>
            <w:proofErr w:type="spellStart"/>
            <w:r>
              <w:t>une</w:t>
            </w:r>
            <w:proofErr w:type="spellEnd"/>
            <w:r>
              <w:t xml:space="preserve"> force?</w:t>
            </w:r>
          </w:p>
        </w:tc>
        <w:tc>
          <w:tcPr>
            <w:tcW w:w="5448" w:type="dxa"/>
          </w:tcPr>
          <w:p w14:paraId="66CF0495" w14:textId="4F629FF1" w:rsidR="004B0BF8" w:rsidRDefault="004B0BF8" w:rsidP="004B0BF8">
            <w:r>
              <w:t xml:space="preserve">Un </w:t>
            </w:r>
            <w:proofErr w:type="spellStart"/>
            <w:r>
              <w:t>dynamomètre</w:t>
            </w:r>
            <w:proofErr w:type="spellEnd"/>
          </w:p>
        </w:tc>
      </w:tr>
      <w:tr w:rsidR="004B0BF8" w14:paraId="0869D83D" w14:textId="77777777" w:rsidTr="004B0BF8">
        <w:tc>
          <w:tcPr>
            <w:tcW w:w="5433" w:type="dxa"/>
          </w:tcPr>
          <w:p w14:paraId="0A91EB76" w14:textId="77777777" w:rsidR="004B0BF8" w:rsidRDefault="004B0BF8" w:rsidP="004B0BF8">
            <w:r>
              <w:t xml:space="preserve">Donner la conversion de m/s </w:t>
            </w:r>
            <w:proofErr w:type="spellStart"/>
            <w:r>
              <w:t>en</w:t>
            </w:r>
            <w:proofErr w:type="spellEnd"/>
            <w:r>
              <w:t xml:space="preserve"> km/h et </w:t>
            </w:r>
            <w:proofErr w:type="spellStart"/>
            <w:r>
              <w:t>inversement</w:t>
            </w:r>
            <w:proofErr w:type="spellEnd"/>
            <w:r>
              <w:t xml:space="preserve"> </w:t>
            </w:r>
          </w:p>
          <w:p w14:paraId="1B02BC1A" w14:textId="77777777" w:rsidR="004B0BF8" w:rsidRDefault="004B0BF8" w:rsidP="004B0BF8"/>
          <w:p w14:paraId="52F6E7B1" w14:textId="77777777" w:rsidR="004B0BF8" w:rsidRDefault="004B0BF8" w:rsidP="004B0BF8"/>
          <w:p w14:paraId="65235E9F" w14:textId="77777777" w:rsidR="004B0BF8" w:rsidRDefault="004B0BF8" w:rsidP="004B0BF8"/>
          <w:p w14:paraId="18F1D421" w14:textId="77777777" w:rsidR="004B0BF8" w:rsidRDefault="004B0BF8" w:rsidP="004B0BF8"/>
          <w:p w14:paraId="0245DDC7" w14:textId="77777777" w:rsidR="004B0BF8" w:rsidRDefault="004B0BF8" w:rsidP="004B0BF8"/>
        </w:tc>
        <w:tc>
          <w:tcPr>
            <w:tcW w:w="5448" w:type="dxa"/>
          </w:tcPr>
          <w:p w14:paraId="1063ABB7" w14:textId="77777777" w:rsidR="004B0BF8" w:rsidRDefault="004B0BF8" w:rsidP="004B0BF8"/>
          <w:p w14:paraId="4D59C866" w14:textId="00C4C2D6" w:rsidR="004B0BF8" w:rsidRDefault="004B0BF8" w:rsidP="004B0BF8">
            <w:pPr>
              <w:jc w:val="center"/>
            </w:pPr>
            <w:r w:rsidRPr="000501DA">
              <w:rPr>
                <w:noProof/>
              </w:rPr>
              <w:drawing>
                <wp:inline distT="0" distB="0" distL="0" distR="0" wp14:anchorId="17733BA0" wp14:editId="00E9BDBB">
                  <wp:extent cx="1315989" cy="832258"/>
                  <wp:effectExtent l="0" t="0" r="0" b="6350"/>
                  <wp:docPr id="6" name="Imag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35060" cy="84431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B0BF8" w14:paraId="53DEC853" w14:textId="77777777" w:rsidTr="004B0BF8">
        <w:tc>
          <w:tcPr>
            <w:tcW w:w="5433" w:type="dxa"/>
          </w:tcPr>
          <w:p w14:paraId="5ABF4805" w14:textId="77777777" w:rsidR="004B0BF8" w:rsidRDefault="004B0BF8" w:rsidP="004B0BF8">
            <w:proofErr w:type="spellStart"/>
            <w:r>
              <w:t>Convertir</w:t>
            </w:r>
            <w:proofErr w:type="spellEnd"/>
            <w:r>
              <w:t xml:space="preserve"> 10 m/s </w:t>
            </w:r>
            <w:proofErr w:type="spellStart"/>
            <w:r>
              <w:t>en</w:t>
            </w:r>
            <w:proofErr w:type="spellEnd"/>
            <w:r>
              <w:t xml:space="preserve"> km/h</w:t>
            </w:r>
          </w:p>
          <w:p w14:paraId="773ADF06" w14:textId="77777777" w:rsidR="004B0BF8" w:rsidRDefault="004B0BF8" w:rsidP="004B0BF8"/>
          <w:p w14:paraId="0A0A806A" w14:textId="77777777" w:rsidR="004B0BF8" w:rsidRDefault="004B0BF8" w:rsidP="00681DAC"/>
        </w:tc>
        <w:tc>
          <w:tcPr>
            <w:tcW w:w="5448" w:type="dxa"/>
          </w:tcPr>
          <w:p w14:paraId="4FED0B7E" w14:textId="0F9CAB36" w:rsidR="004B0BF8" w:rsidRDefault="00681DAC" w:rsidP="004B0BF8">
            <w:r w:rsidRPr="000501DA">
              <w:rPr>
                <w:noProof/>
              </w:rPr>
              <w:drawing>
                <wp:inline distT="0" distB="0" distL="0" distR="0" wp14:anchorId="0FDB8DAE" wp14:editId="74D7162A">
                  <wp:extent cx="2400098" cy="350476"/>
                  <wp:effectExtent l="0" t="0" r="635" b="0"/>
                  <wp:docPr id="11" name="Image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92114" cy="36391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B0BF8" w14:paraId="6A13C035" w14:textId="77777777" w:rsidTr="004B0BF8">
        <w:tc>
          <w:tcPr>
            <w:tcW w:w="5433" w:type="dxa"/>
          </w:tcPr>
          <w:p w14:paraId="60111D3E" w14:textId="69D0F05C" w:rsidR="004B0BF8" w:rsidRDefault="004B0BF8" w:rsidP="004B0BF8">
            <w:proofErr w:type="spellStart"/>
            <w:r>
              <w:t>Convertir</w:t>
            </w:r>
            <w:proofErr w:type="spellEnd"/>
            <w:r>
              <w:t xml:space="preserve"> 150 km/h </w:t>
            </w:r>
            <w:proofErr w:type="spellStart"/>
            <w:r>
              <w:t>en</w:t>
            </w:r>
            <w:proofErr w:type="spellEnd"/>
            <w:r>
              <w:t xml:space="preserve"> m/s</w:t>
            </w:r>
          </w:p>
          <w:p w14:paraId="0B9BC68B" w14:textId="77777777" w:rsidR="004B0BF8" w:rsidRDefault="004B0BF8" w:rsidP="004B0BF8"/>
          <w:p w14:paraId="721C6F00" w14:textId="77777777" w:rsidR="004B0BF8" w:rsidRDefault="004B0BF8" w:rsidP="004B0BF8"/>
          <w:p w14:paraId="47DB4F28" w14:textId="77777777" w:rsidR="004B0BF8" w:rsidRDefault="004B0BF8" w:rsidP="004B0BF8"/>
          <w:p w14:paraId="43788A9F" w14:textId="77777777" w:rsidR="004B0BF8" w:rsidRDefault="004B0BF8" w:rsidP="004B0BF8"/>
          <w:p w14:paraId="026ACE7B" w14:textId="77777777" w:rsidR="004B0BF8" w:rsidRDefault="004B0BF8" w:rsidP="004B0BF8"/>
          <w:p w14:paraId="567FFA8E" w14:textId="77777777" w:rsidR="004B0BF8" w:rsidRDefault="004B0BF8" w:rsidP="004B0BF8"/>
          <w:p w14:paraId="06BC0A6F" w14:textId="77777777" w:rsidR="004B0BF8" w:rsidRDefault="004B0BF8" w:rsidP="004B0BF8"/>
          <w:p w14:paraId="76E8FD91" w14:textId="77777777" w:rsidR="004B0BF8" w:rsidRDefault="004B0BF8" w:rsidP="004B0BF8"/>
          <w:p w14:paraId="735FDA9E" w14:textId="77777777" w:rsidR="004B0BF8" w:rsidRDefault="004B0BF8" w:rsidP="004B0BF8"/>
        </w:tc>
        <w:tc>
          <w:tcPr>
            <w:tcW w:w="5448" w:type="dxa"/>
          </w:tcPr>
          <w:p w14:paraId="3F52E479" w14:textId="68824D00" w:rsidR="00681DAC" w:rsidRPr="00681DAC" w:rsidRDefault="00681DAC" w:rsidP="00681DAC">
            <w:pPr>
              <w:rPr>
                <w:noProof/>
              </w:rPr>
            </w:pPr>
            <w:r w:rsidRPr="000501DA">
              <w:rPr>
                <w:noProof/>
              </w:rPr>
              <w:drawing>
                <wp:inline distT="0" distB="0" distL="0" distR="0" wp14:anchorId="0B2E69B5" wp14:editId="0E9A081E">
                  <wp:extent cx="1898593" cy="425426"/>
                  <wp:effectExtent l="0" t="0" r="6985" b="0"/>
                  <wp:docPr id="12" name="Image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8628" cy="43439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B0BF8" w14:paraId="43E4AAC0" w14:textId="77777777" w:rsidTr="004B0BF8">
        <w:tc>
          <w:tcPr>
            <w:tcW w:w="5433" w:type="dxa"/>
          </w:tcPr>
          <w:p w14:paraId="3FD24F7D" w14:textId="29E9BFEA" w:rsidR="004B0BF8" w:rsidRDefault="009116CF" w:rsidP="004B0BF8">
            <w:r>
              <w:rPr>
                <w:noProof/>
              </w:rPr>
              <w:lastRenderedPageBreak/>
              <mc:AlternateContent>
                <mc:Choice Requires="wpi">
                  <w:drawing>
                    <wp:anchor distT="0" distB="0" distL="114300" distR="114300" simplePos="0" relativeHeight="251731968" behindDoc="0" locked="0" layoutInCell="1" allowOverlap="1" wp14:anchorId="19670207" wp14:editId="0AD2D7F2">
                      <wp:simplePos x="0" y="0"/>
                      <wp:positionH relativeFrom="column">
                        <wp:posOffset>2840355</wp:posOffset>
                      </wp:positionH>
                      <wp:positionV relativeFrom="paragraph">
                        <wp:posOffset>1976120</wp:posOffset>
                      </wp:positionV>
                      <wp:extent cx="187395" cy="222605"/>
                      <wp:effectExtent l="38100" t="38100" r="41275" b="44450"/>
                      <wp:wrapNone/>
                      <wp:docPr id="914435403" name="Encre 91443540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87395" cy="22260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65F796C" id="Encre 914435403" o:spid="_x0000_s1026" type="#_x0000_t75" style="position:absolute;margin-left:222.95pt;margin-top:154.9pt;width:16.15pt;height:18.95pt;z-index:2517319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">
                      <v:imagedata r:id="rId12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725824" behindDoc="0" locked="0" layoutInCell="1" allowOverlap="1" wp14:anchorId="2184222E" wp14:editId="2F2AE881">
                      <wp:simplePos x="0" y="0"/>
                      <wp:positionH relativeFrom="column">
                        <wp:posOffset>1574800</wp:posOffset>
                      </wp:positionH>
                      <wp:positionV relativeFrom="paragraph">
                        <wp:posOffset>1379220</wp:posOffset>
                      </wp:positionV>
                      <wp:extent cx="224330" cy="221335"/>
                      <wp:effectExtent l="38100" t="38100" r="42545" b="45720"/>
                      <wp:wrapNone/>
                      <wp:docPr id="914435397" name="Encre 91443539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24330" cy="22133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D0180D5" id="Encre 914435397" o:spid="_x0000_s1026" type="#_x0000_t75" style="position:absolute;margin-left:123.3pt;margin-top:107.9pt;width:19.05pt;height:18.85pt;z-index:2517258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">
                      <v:imagedata r:id="rId14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726848" behindDoc="0" locked="0" layoutInCell="1" allowOverlap="1" wp14:anchorId="2DFCC238" wp14:editId="1C26628D">
                      <wp:simplePos x="0" y="0"/>
                      <wp:positionH relativeFrom="column">
                        <wp:posOffset>770255</wp:posOffset>
                      </wp:positionH>
                      <wp:positionV relativeFrom="paragraph">
                        <wp:posOffset>948055</wp:posOffset>
                      </wp:positionV>
                      <wp:extent cx="229335" cy="185055"/>
                      <wp:effectExtent l="38100" t="38100" r="56515" b="43815"/>
                      <wp:wrapNone/>
                      <wp:docPr id="914435398" name="Encre 91443539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29335" cy="18505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3AEC1185" id="Encre 914435398" o:spid="_x0000_s1026" type="#_x0000_t75" style="position:absolute;margin-left:59.95pt;margin-top:73.95pt;width:19.45pt;height:15.95pt;z-index:2517268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">
                      <v:imagedata r:id="rId16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727872" behindDoc="0" locked="0" layoutInCell="1" allowOverlap="1" wp14:anchorId="15E2A5EA" wp14:editId="079F6BDB">
                      <wp:simplePos x="0" y="0"/>
                      <wp:positionH relativeFrom="column">
                        <wp:posOffset>251460</wp:posOffset>
                      </wp:positionH>
                      <wp:positionV relativeFrom="paragraph">
                        <wp:posOffset>668655</wp:posOffset>
                      </wp:positionV>
                      <wp:extent cx="202080" cy="181965"/>
                      <wp:effectExtent l="57150" t="38100" r="45720" b="46990"/>
                      <wp:wrapNone/>
                      <wp:docPr id="914435399" name="Encre 91443539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02080" cy="18196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71452FF" id="Encre 914435399" o:spid="_x0000_s1026" type="#_x0000_t75" style="position:absolute;margin-left:19.1pt;margin-top:51.95pt;width:17.3pt;height:15.75pt;z-index:2517278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">
                      <v:imagedata r:id="rId18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676672" behindDoc="0" locked="0" layoutInCell="1" allowOverlap="1" wp14:anchorId="7A43248A" wp14:editId="17E90EDC">
                      <wp:simplePos x="0" y="0"/>
                      <wp:positionH relativeFrom="column">
                        <wp:posOffset>3034756</wp:posOffset>
                      </wp:positionH>
                      <wp:positionV relativeFrom="paragraph">
                        <wp:posOffset>2066096</wp:posOffset>
                      </wp:positionV>
                      <wp:extent cx="141120" cy="128880"/>
                      <wp:effectExtent l="38100" t="38100" r="11430" b="43180"/>
                      <wp:wrapNone/>
                      <wp:docPr id="21" name="Encre 2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41120" cy="1288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742B74BC" id="Encre 21" o:spid="_x0000_s1026" type="#_x0000_t75" style="position:absolute;margin-left:238.25pt;margin-top:162pt;width:12.5pt;height:11.6pt;z-index:251676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">
                      <v:imagedata r:id="rId20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675648" behindDoc="0" locked="0" layoutInCell="1" allowOverlap="1" wp14:anchorId="7153513C" wp14:editId="2BD544CC">
                      <wp:simplePos x="0" y="0"/>
                      <wp:positionH relativeFrom="column">
                        <wp:posOffset>150436</wp:posOffset>
                      </wp:positionH>
                      <wp:positionV relativeFrom="paragraph">
                        <wp:posOffset>2026496</wp:posOffset>
                      </wp:positionV>
                      <wp:extent cx="148320" cy="149400"/>
                      <wp:effectExtent l="38100" t="38100" r="42545" b="41275"/>
                      <wp:wrapNone/>
                      <wp:docPr id="20" name="Encre 2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48320" cy="1494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1D76ADF" id="Encre 20" o:spid="_x0000_s1026" type="#_x0000_t75" style="position:absolute;margin-left:11.15pt;margin-top:158.85pt;width:13.1pt;height:13.15pt;z-index:251675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">
                      <v:imagedata r:id="rId22" o:title=""/>
                    </v:shape>
                  </w:pict>
                </mc:Fallback>
              </mc:AlternateContent>
            </w:r>
            <w:r w:rsidR="004B0BF8">
              <w:object w:dxaOrig="8856" w:dyaOrig="6324" w14:anchorId="63549B2F">
                <v:shape id="_x0000_i1025" type="#_x0000_t75" style="width:260.85pt;height:185.75pt" o:ole="">
                  <v:imagedata r:id="rId23" o:title=""/>
                </v:shape>
                <o:OLEObject Type="Embed" ProgID="PBrush" ShapeID="_x0000_i1025" DrawAspect="Content" ObjectID="_1798359059" r:id="rId24"/>
              </w:object>
            </w:r>
          </w:p>
          <w:p w14:paraId="66E80852" w14:textId="408C89D5" w:rsidR="004B0BF8" w:rsidRDefault="009116CF" w:rsidP="004B0BF8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706368" behindDoc="0" locked="0" layoutInCell="1" allowOverlap="1" wp14:anchorId="6A907A68" wp14:editId="74602B8E">
                      <wp:simplePos x="0" y="0"/>
                      <wp:positionH relativeFrom="column">
                        <wp:posOffset>2014156</wp:posOffset>
                      </wp:positionH>
                      <wp:positionV relativeFrom="paragraph">
                        <wp:posOffset>27091</wp:posOffset>
                      </wp:positionV>
                      <wp:extent cx="314280" cy="63000"/>
                      <wp:effectExtent l="76200" t="95250" r="86360" b="146685"/>
                      <wp:wrapNone/>
                      <wp:docPr id="50" name="Encre 5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14280" cy="630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461C71E" id="Encre 50" o:spid="_x0000_s1026" type="#_x0000_t75" style="position:absolute;margin-left:155.75pt;margin-top:-3.5pt;width:30.45pt;height:16.25pt;z-index:2517063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">
                      <v:imagedata r:id="rId26" o:title=""/>
                    </v:shape>
                  </w:pict>
                </mc:Fallback>
              </mc:AlternateContent>
            </w:r>
            <w:r w:rsidR="004B0BF8">
              <w:t xml:space="preserve">La durée entre deux photos </w:t>
            </w:r>
            <w:proofErr w:type="spellStart"/>
            <w:r w:rsidR="004B0BF8">
              <w:t>est</w:t>
            </w:r>
            <w:proofErr w:type="spellEnd"/>
            <w:r w:rsidR="004B0BF8">
              <w:t xml:space="preserve"> de </w:t>
            </w:r>
            <w:r w:rsidR="004B0BF8" w:rsidRPr="009C5B75">
              <w:rPr>
                <w:b/>
                <w:bCs/>
              </w:rPr>
              <w:t>0,3 s</w:t>
            </w:r>
          </w:p>
        </w:tc>
        <w:tc>
          <w:tcPr>
            <w:tcW w:w="5448" w:type="dxa"/>
          </w:tcPr>
          <w:p w14:paraId="7501495D" w14:textId="77777777" w:rsidR="004B0BF8" w:rsidRDefault="004B0BF8" w:rsidP="004B0BF8">
            <w:r>
              <w:t xml:space="preserve">Donner </w:t>
            </w:r>
            <w:proofErr w:type="spellStart"/>
            <w:proofErr w:type="gramStart"/>
            <w:r>
              <w:t>l’échelle</w:t>
            </w:r>
            <w:proofErr w:type="spellEnd"/>
            <w:r>
              <w:t> :</w:t>
            </w:r>
            <w:proofErr w:type="gramEnd"/>
            <w:r>
              <w:t xml:space="preserve"> </w:t>
            </w:r>
          </w:p>
          <w:p w14:paraId="4D6859CA" w14:textId="2D933189" w:rsidR="004B0BF8" w:rsidRDefault="004B0BF8" w:rsidP="004B0BF8"/>
          <w:p w14:paraId="3749859B" w14:textId="56026CAA" w:rsidR="004B0BF8" w:rsidRDefault="009116CF" w:rsidP="004B0BF8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686912" behindDoc="0" locked="0" layoutInCell="1" allowOverlap="1" wp14:anchorId="1978765D" wp14:editId="38AD3BBA">
                      <wp:simplePos x="0" y="0"/>
                      <wp:positionH relativeFrom="column">
                        <wp:posOffset>2042795</wp:posOffset>
                      </wp:positionH>
                      <wp:positionV relativeFrom="paragraph">
                        <wp:posOffset>7620</wp:posOffset>
                      </wp:positionV>
                      <wp:extent cx="1172855" cy="252670"/>
                      <wp:effectExtent l="38100" t="38100" r="0" b="52705"/>
                      <wp:wrapNone/>
                      <wp:docPr id="31" name="Encre 3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172855" cy="25267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C355948" id="Encre 31" o:spid="_x0000_s1026" type="#_x0000_t75" style="position:absolute;margin-left:160.15pt;margin-top:-.1pt;width:93.75pt;height:21.35pt;z-index:2516869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">
                      <v:imagedata r:id="rId28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674624" behindDoc="0" locked="0" layoutInCell="1" allowOverlap="1" wp14:anchorId="14698C63" wp14:editId="239663CA">
                      <wp:simplePos x="0" y="0"/>
                      <wp:positionH relativeFrom="column">
                        <wp:posOffset>85725</wp:posOffset>
                      </wp:positionH>
                      <wp:positionV relativeFrom="paragraph">
                        <wp:posOffset>-64135</wp:posOffset>
                      </wp:positionV>
                      <wp:extent cx="1780325" cy="271780"/>
                      <wp:effectExtent l="38100" t="57150" r="10795" b="52070"/>
                      <wp:wrapNone/>
                      <wp:docPr id="19" name="Encre 1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780325" cy="2717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2119CB4" id="Encre 19" o:spid="_x0000_s1026" type="#_x0000_t75" style="position:absolute;margin-left:6.05pt;margin-top:-5.75pt;width:141.6pt;height:22.8pt;z-index:251674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">
                      <v:imagedata r:id="rId30" o:title=""/>
                    </v:shape>
                  </w:pict>
                </mc:Fallback>
              </mc:AlternateContent>
            </w:r>
          </w:p>
          <w:p w14:paraId="1A976261" w14:textId="360F9358" w:rsidR="004B0BF8" w:rsidRDefault="004B0BF8" w:rsidP="004B0BF8"/>
          <w:p w14:paraId="3CA5D943" w14:textId="77777777" w:rsidR="004B0BF8" w:rsidRDefault="004B0BF8" w:rsidP="004B0BF8"/>
          <w:p w14:paraId="418CB7C1" w14:textId="77777777" w:rsidR="004B0BF8" w:rsidRDefault="004B0BF8" w:rsidP="004B0BF8"/>
          <w:p w14:paraId="4E724DD7" w14:textId="77777777" w:rsidR="004B0BF8" w:rsidRDefault="004B0BF8" w:rsidP="004B0BF8"/>
          <w:p w14:paraId="6E9421E1" w14:textId="77777777" w:rsidR="004B0BF8" w:rsidRDefault="004B0BF8" w:rsidP="004B0BF8"/>
        </w:tc>
      </w:tr>
      <w:tr w:rsidR="004B0BF8" w14:paraId="192F1C45" w14:textId="77777777" w:rsidTr="004B0BF8">
        <w:tc>
          <w:tcPr>
            <w:tcW w:w="5433" w:type="dxa"/>
          </w:tcPr>
          <w:p w14:paraId="12210C12" w14:textId="77777777" w:rsidR="004B0BF8" w:rsidRDefault="004B0BF8" w:rsidP="004B0BF8">
            <w:proofErr w:type="spellStart"/>
            <w:r>
              <w:t>Calculer</w:t>
            </w:r>
            <w:proofErr w:type="spellEnd"/>
            <w:r>
              <w:t xml:space="preserve"> la </w:t>
            </w:r>
            <w:proofErr w:type="spellStart"/>
            <w:r>
              <w:t>vitesse</w:t>
            </w:r>
            <w:proofErr w:type="spellEnd"/>
            <w:r>
              <w:t xml:space="preserve"> </w:t>
            </w:r>
            <w:proofErr w:type="spellStart"/>
            <w:r>
              <w:t>instantanée</w:t>
            </w:r>
            <w:proofErr w:type="spellEnd"/>
            <w:r>
              <w:t xml:space="preserve"> à la 3</w:t>
            </w:r>
            <w:r w:rsidRPr="00A943A8">
              <w:rPr>
                <w:vertAlign w:val="superscript"/>
              </w:rPr>
              <w:t>ème</w:t>
            </w:r>
            <w:r>
              <w:t xml:space="preserve"> image et </w:t>
            </w:r>
            <w:proofErr w:type="spellStart"/>
            <w:r>
              <w:t>construire</w:t>
            </w:r>
            <w:proofErr w:type="spellEnd"/>
            <w:r>
              <w:t xml:space="preserve"> son </w:t>
            </w:r>
            <w:proofErr w:type="spellStart"/>
            <w:r>
              <w:t>vecteur</w:t>
            </w:r>
            <w:proofErr w:type="spellEnd"/>
            <w:r>
              <w:t xml:space="preserve"> </w:t>
            </w:r>
            <w:proofErr w:type="spellStart"/>
            <w:r>
              <w:t>vitesse</w:t>
            </w:r>
            <w:proofErr w:type="spellEnd"/>
            <w:r>
              <w:t xml:space="preserve"> </w:t>
            </w:r>
            <w:proofErr w:type="spellStart"/>
            <w:r>
              <w:t>en</w:t>
            </w:r>
            <w:proofErr w:type="spellEnd"/>
            <w:r>
              <w:t xml:space="preserve"> </w:t>
            </w:r>
            <w:proofErr w:type="spellStart"/>
            <w:r>
              <w:t>précisant</w:t>
            </w:r>
            <w:proofErr w:type="spellEnd"/>
            <w:r>
              <w:t xml:space="preserve"> </w:t>
            </w:r>
            <w:proofErr w:type="spellStart"/>
            <w:r>
              <w:t>l’échelle</w:t>
            </w:r>
            <w:proofErr w:type="spellEnd"/>
            <w:r>
              <w:t xml:space="preserve"> des </w:t>
            </w:r>
            <w:proofErr w:type="spellStart"/>
            <w:r>
              <w:t>vitesses</w:t>
            </w:r>
            <w:proofErr w:type="spellEnd"/>
            <w:r>
              <w:t xml:space="preserve"> que </w:t>
            </w:r>
            <w:proofErr w:type="spellStart"/>
            <w:r>
              <w:t>vous</w:t>
            </w:r>
            <w:proofErr w:type="spellEnd"/>
            <w:r>
              <w:t xml:space="preserve"> </w:t>
            </w:r>
            <w:proofErr w:type="spellStart"/>
            <w:r>
              <w:t>choisirez</w:t>
            </w:r>
            <w:proofErr w:type="spellEnd"/>
            <w:r>
              <w:t>.</w:t>
            </w:r>
          </w:p>
          <w:p w14:paraId="18D8D5A6" w14:textId="77777777" w:rsidR="004B0BF8" w:rsidRDefault="004B0BF8" w:rsidP="004B0BF8"/>
          <w:p w14:paraId="5189033E" w14:textId="77777777" w:rsidR="004B0BF8" w:rsidRDefault="004B0BF8" w:rsidP="004B0BF8"/>
          <w:p w14:paraId="104E355F" w14:textId="77777777" w:rsidR="004B0BF8" w:rsidRDefault="004B0BF8" w:rsidP="004B0BF8"/>
          <w:p w14:paraId="23623ACE" w14:textId="77777777" w:rsidR="004B0BF8" w:rsidRDefault="004B0BF8" w:rsidP="004B0BF8"/>
          <w:p w14:paraId="0A76BAA5" w14:textId="77777777" w:rsidR="004B0BF8" w:rsidRDefault="004B0BF8" w:rsidP="004B0BF8"/>
          <w:p w14:paraId="07E2FC33" w14:textId="77777777" w:rsidR="004B0BF8" w:rsidRDefault="004B0BF8" w:rsidP="004B0BF8"/>
          <w:p w14:paraId="29F1E31B" w14:textId="77777777" w:rsidR="004B0BF8" w:rsidRDefault="004B0BF8" w:rsidP="004B0BF8"/>
          <w:p w14:paraId="3FA24D96" w14:textId="77777777" w:rsidR="004B0BF8" w:rsidRDefault="004B0BF8" w:rsidP="004B0BF8"/>
          <w:p w14:paraId="508757F8" w14:textId="77777777" w:rsidR="004B0BF8" w:rsidRDefault="004B0BF8" w:rsidP="004B0BF8"/>
          <w:p w14:paraId="7346B52F" w14:textId="77777777" w:rsidR="004B0BF8" w:rsidRDefault="004B0BF8" w:rsidP="004B0BF8"/>
          <w:p w14:paraId="7AA1C215" w14:textId="77777777" w:rsidR="004B0BF8" w:rsidRDefault="004B0BF8" w:rsidP="004B0BF8"/>
          <w:p w14:paraId="2A9FA321" w14:textId="77777777" w:rsidR="004B0BF8" w:rsidRDefault="004B0BF8" w:rsidP="004B0BF8"/>
          <w:p w14:paraId="4941FA6F" w14:textId="77777777" w:rsidR="004B0BF8" w:rsidRDefault="004B0BF8" w:rsidP="004B0BF8"/>
          <w:p w14:paraId="03315F2D" w14:textId="77777777" w:rsidR="004B0BF8" w:rsidRDefault="004B0BF8" w:rsidP="004B0BF8"/>
          <w:p w14:paraId="181CF593" w14:textId="77777777" w:rsidR="004B0BF8" w:rsidRDefault="004B0BF8" w:rsidP="004B0BF8"/>
          <w:p w14:paraId="2A05D309" w14:textId="77777777" w:rsidR="004B0BF8" w:rsidRDefault="004B0BF8" w:rsidP="004B0BF8"/>
          <w:p w14:paraId="3C7DC774" w14:textId="77777777" w:rsidR="004B0BF8" w:rsidRDefault="004B0BF8" w:rsidP="004B0BF8"/>
          <w:p w14:paraId="4059760C" w14:textId="77777777" w:rsidR="004B0BF8" w:rsidRDefault="004B0BF8" w:rsidP="004B0BF8"/>
          <w:p w14:paraId="43127A15" w14:textId="77777777" w:rsidR="004B0BF8" w:rsidRDefault="004B0BF8" w:rsidP="004B0BF8"/>
          <w:p w14:paraId="36E25BA9" w14:textId="77777777" w:rsidR="004B0BF8" w:rsidRDefault="004B0BF8" w:rsidP="004B0BF8"/>
          <w:p w14:paraId="24E328AE" w14:textId="77777777" w:rsidR="004B0BF8" w:rsidRDefault="004B0BF8" w:rsidP="004B0BF8"/>
          <w:p w14:paraId="3DC1FB50" w14:textId="77777777" w:rsidR="004B0BF8" w:rsidRDefault="004B0BF8" w:rsidP="004B0BF8"/>
        </w:tc>
        <w:tc>
          <w:tcPr>
            <w:tcW w:w="5448" w:type="dxa"/>
          </w:tcPr>
          <w:p w14:paraId="55D2F5DE" w14:textId="4711B833" w:rsidR="004B0BF8" w:rsidRDefault="009116CF" w:rsidP="004B0BF8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834368" behindDoc="0" locked="0" layoutInCell="1" allowOverlap="1" wp14:anchorId="51F2C1BE" wp14:editId="56EC0752">
                      <wp:simplePos x="0" y="0"/>
                      <wp:positionH relativeFrom="column">
                        <wp:posOffset>2334260</wp:posOffset>
                      </wp:positionH>
                      <wp:positionV relativeFrom="paragraph">
                        <wp:posOffset>2317750</wp:posOffset>
                      </wp:positionV>
                      <wp:extent cx="893475" cy="199170"/>
                      <wp:effectExtent l="38100" t="57150" r="0" b="48895"/>
                      <wp:wrapNone/>
                      <wp:docPr id="914435504" name="Encre 91443550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893475" cy="19917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709D1169" id="Encre 914435504" o:spid="_x0000_s1026" type="#_x0000_t75" style="position:absolute;margin-left:183.1pt;margin-top:181.8pt;width:71.75pt;height:17.1pt;z-index:2518343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">
                      <v:imagedata r:id="rId32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825152" behindDoc="0" locked="0" layoutInCell="1" allowOverlap="1" wp14:anchorId="563CE50F" wp14:editId="6793704C">
                      <wp:simplePos x="0" y="0"/>
                      <wp:positionH relativeFrom="column">
                        <wp:posOffset>1386840</wp:posOffset>
                      </wp:positionH>
                      <wp:positionV relativeFrom="paragraph">
                        <wp:posOffset>2227580</wp:posOffset>
                      </wp:positionV>
                      <wp:extent cx="762000" cy="455295"/>
                      <wp:effectExtent l="19050" t="38100" r="57150" b="40005"/>
                      <wp:wrapNone/>
                      <wp:docPr id="914435495" name="Encre 91443549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62000" cy="45529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35673E22" id="Encre 914435495" o:spid="_x0000_s1026" type="#_x0000_t75" style="position:absolute;margin-left:108.5pt;margin-top:174.7pt;width:61.4pt;height:37.25pt;z-index:2518251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">
                      <v:imagedata r:id="rId34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813888" behindDoc="0" locked="0" layoutInCell="1" allowOverlap="1" wp14:anchorId="60B03146" wp14:editId="6CA1BF25">
                      <wp:simplePos x="0" y="0"/>
                      <wp:positionH relativeFrom="column">
                        <wp:posOffset>1088390</wp:posOffset>
                      </wp:positionH>
                      <wp:positionV relativeFrom="paragraph">
                        <wp:posOffset>2449830</wp:posOffset>
                      </wp:positionV>
                      <wp:extent cx="119550" cy="53215"/>
                      <wp:effectExtent l="57150" t="38100" r="52070" b="42545"/>
                      <wp:wrapNone/>
                      <wp:docPr id="914435484" name="Encre 91443548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19550" cy="5321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39849534" id="Encre 914435484" o:spid="_x0000_s1026" type="#_x0000_t75" style="position:absolute;margin-left:85pt;margin-top:192.2pt;width:10.8pt;height:5.65pt;z-index:2518138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">
                      <v:imagedata r:id="rId36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814912" behindDoc="0" locked="0" layoutInCell="1" allowOverlap="1" wp14:anchorId="7BC17A01" wp14:editId="142EF16B">
                      <wp:simplePos x="0" y="0"/>
                      <wp:positionH relativeFrom="column">
                        <wp:posOffset>551815</wp:posOffset>
                      </wp:positionH>
                      <wp:positionV relativeFrom="paragraph">
                        <wp:posOffset>2302510</wp:posOffset>
                      </wp:positionV>
                      <wp:extent cx="344745" cy="285835"/>
                      <wp:effectExtent l="57150" t="38100" r="55880" b="57150"/>
                      <wp:wrapNone/>
                      <wp:docPr id="914435485" name="Encre 91443548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44745" cy="28583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696B5909" id="Encre 914435485" o:spid="_x0000_s1026" type="#_x0000_t75" style="position:absolute;margin-left:42.75pt;margin-top:180.6pt;width:28.6pt;height:23.9pt;z-index:2518149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">
                      <v:imagedata r:id="rId38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815936" behindDoc="0" locked="0" layoutInCell="1" allowOverlap="1" wp14:anchorId="2E0F92D2" wp14:editId="67F05CD3">
                      <wp:simplePos x="0" y="0"/>
                      <wp:positionH relativeFrom="column">
                        <wp:posOffset>34925</wp:posOffset>
                      </wp:positionH>
                      <wp:positionV relativeFrom="paragraph">
                        <wp:posOffset>2350770</wp:posOffset>
                      </wp:positionV>
                      <wp:extent cx="303095" cy="186480"/>
                      <wp:effectExtent l="38100" t="38100" r="40005" b="42545"/>
                      <wp:wrapNone/>
                      <wp:docPr id="914435486" name="Encre 91443548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03095" cy="1864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4F08C25" id="Encre 914435486" o:spid="_x0000_s1026" type="#_x0000_t75" style="position:absolute;margin-left:2.05pt;margin-top:184.4pt;width:25.25pt;height:16.1pt;z-index:2518159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">
                      <v:imagedata r:id="rId40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797504" behindDoc="0" locked="0" layoutInCell="1" allowOverlap="1" wp14:anchorId="655AC176" wp14:editId="343E1F8B">
                      <wp:simplePos x="0" y="0"/>
                      <wp:positionH relativeFrom="column">
                        <wp:posOffset>2679700</wp:posOffset>
                      </wp:positionH>
                      <wp:positionV relativeFrom="paragraph">
                        <wp:posOffset>1727835</wp:posOffset>
                      </wp:positionV>
                      <wp:extent cx="414970" cy="217170"/>
                      <wp:effectExtent l="38100" t="38100" r="23495" b="49530"/>
                      <wp:wrapNone/>
                      <wp:docPr id="914435468" name="Encre 91443546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414970" cy="21717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0A1B7686" id="Encre 914435468" o:spid="_x0000_s1026" type="#_x0000_t75" style="position:absolute;margin-left:210.3pt;margin-top:135.35pt;width:34.05pt;height:18.5pt;z-index:251797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">
                      <v:imagedata r:id="rId42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792384" behindDoc="0" locked="0" layoutInCell="1" allowOverlap="1" wp14:anchorId="5877C1BE" wp14:editId="03E627C7">
                      <wp:simplePos x="0" y="0"/>
                      <wp:positionH relativeFrom="column">
                        <wp:posOffset>1343025</wp:posOffset>
                      </wp:positionH>
                      <wp:positionV relativeFrom="paragraph">
                        <wp:posOffset>1574165</wp:posOffset>
                      </wp:positionV>
                      <wp:extent cx="1270080" cy="471600"/>
                      <wp:effectExtent l="57150" t="38100" r="44450" b="43180"/>
                      <wp:wrapNone/>
                      <wp:docPr id="914435463" name="Encre 91443546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270080" cy="471515"/>
                            </w14:xfrm>
                          </w14:contentPart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>
                  <w:pict>
                    <v:shape w14:anchorId="04BAC2E8" id="Encre 914435463" o:spid="_x0000_s1026" type="#_x0000_t75" style="position:absolute;margin-left:105.05pt;margin-top:123.25pt;width:101.4pt;height:38.55pt;z-index:25179238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">
                      <v:imagedata r:id="rId44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774976" behindDoc="0" locked="0" layoutInCell="1" allowOverlap="1" wp14:anchorId="48D0B8EE" wp14:editId="074316FD">
                      <wp:simplePos x="0" y="0"/>
                      <wp:positionH relativeFrom="column">
                        <wp:posOffset>143510</wp:posOffset>
                      </wp:positionH>
                      <wp:positionV relativeFrom="paragraph">
                        <wp:posOffset>1684020</wp:posOffset>
                      </wp:positionV>
                      <wp:extent cx="1017240" cy="262865"/>
                      <wp:effectExtent l="38100" t="38100" r="12065" b="42545"/>
                      <wp:wrapNone/>
                      <wp:docPr id="914435446" name="Encre 91443544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017240" cy="26286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495D855C" id="Encre 914435446" o:spid="_x0000_s1026" type="#_x0000_t75" style="position:absolute;margin-left:10.6pt;margin-top:131.9pt;width:81.55pt;height:22.15pt;z-index:2517749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">
                      <v:imagedata r:id="rId46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763712" behindDoc="0" locked="0" layoutInCell="1" allowOverlap="1" wp14:anchorId="1AC65AD5" wp14:editId="3A8DE5C6">
                      <wp:simplePos x="0" y="0"/>
                      <wp:positionH relativeFrom="column">
                        <wp:posOffset>1276985</wp:posOffset>
                      </wp:positionH>
                      <wp:positionV relativeFrom="paragraph">
                        <wp:posOffset>1148715</wp:posOffset>
                      </wp:positionV>
                      <wp:extent cx="1967390" cy="232240"/>
                      <wp:effectExtent l="38100" t="57150" r="33020" b="53975"/>
                      <wp:wrapNone/>
                      <wp:docPr id="914435434" name="Encre 91443543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967390" cy="2322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4F2ED0B" id="Encre 914435434" o:spid="_x0000_s1026" type="#_x0000_t75" style="position:absolute;margin-left:99.85pt;margin-top:89.75pt;width:156.3pt;height:19.75pt;z-index:2517637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">
                      <v:imagedata r:id="rId48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762688" behindDoc="0" locked="0" layoutInCell="1" allowOverlap="1" wp14:anchorId="6E4EAF16" wp14:editId="3A355F60">
                      <wp:simplePos x="0" y="0"/>
                      <wp:positionH relativeFrom="column">
                        <wp:posOffset>11761</wp:posOffset>
                      </wp:positionH>
                      <wp:positionV relativeFrom="paragraph">
                        <wp:posOffset>747466</wp:posOffset>
                      </wp:positionV>
                      <wp:extent cx="204480" cy="697680"/>
                      <wp:effectExtent l="57150" t="38100" r="43180" b="45720"/>
                      <wp:wrapNone/>
                      <wp:docPr id="914435433" name="Encre 91443543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04480" cy="6976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A3AA00B" id="Encre 914435433" o:spid="_x0000_s1026" type="#_x0000_t75" style="position:absolute;margin-left:.25pt;margin-top:58.15pt;width:17.5pt;height:56.35pt;z-index:2517626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">
                      <v:imagedata r:id="rId50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746304" behindDoc="0" locked="0" layoutInCell="1" allowOverlap="1" wp14:anchorId="78299B1A" wp14:editId="0FFE9E80">
                      <wp:simplePos x="0" y="0"/>
                      <wp:positionH relativeFrom="column">
                        <wp:posOffset>1942465</wp:posOffset>
                      </wp:positionH>
                      <wp:positionV relativeFrom="paragraph">
                        <wp:posOffset>791845</wp:posOffset>
                      </wp:positionV>
                      <wp:extent cx="1149020" cy="245855"/>
                      <wp:effectExtent l="57150" t="38100" r="51435" b="40005"/>
                      <wp:wrapNone/>
                      <wp:docPr id="914435417" name="Encre 91443541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5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149020" cy="24585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4C649D94" id="Encre 914435417" o:spid="_x0000_s1026" type="#_x0000_t75" style="position:absolute;margin-left:152.25pt;margin-top:61.65pt;width:91.85pt;height:20.75pt;z-index:2517463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">
                      <v:imagedata r:id="rId52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747328" behindDoc="0" locked="0" layoutInCell="1" allowOverlap="1" wp14:anchorId="01B34456" wp14:editId="3613571D">
                      <wp:simplePos x="0" y="0"/>
                      <wp:positionH relativeFrom="column">
                        <wp:posOffset>1356360</wp:posOffset>
                      </wp:positionH>
                      <wp:positionV relativeFrom="paragraph">
                        <wp:posOffset>806450</wp:posOffset>
                      </wp:positionV>
                      <wp:extent cx="404080" cy="164805"/>
                      <wp:effectExtent l="38100" t="38100" r="53340" b="45085"/>
                      <wp:wrapNone/>
                      <wp:docPr id="914435418" name="Encre 91443541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5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404080" cy="16480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6637AFEB" id="Encre 914435418" o:spid="_x0000_s1026" type="#_x0000_t75" style="position:absolute;margin-left:106.1pt;margin-top:62.8pt;width:33.2pt;height:14.4pt;z-index:2517473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">
                      <v:imagedata r:id="rId54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718656" behindDoc="0" locked="0" layoutInCell="1" allowOverlap="1" wp14:anchorId="012A6C6B" wp14:editId="2B8F4EF5">
                      <wp:simplePos x="0" y="0"/>
                      <wp:positionH relativeFrom="column">
                        <wp:posOffset>200660</wp:posOffset>
                      </wp:positionH>
                      <wp:positionV relativeFrom="paragraph">
                        <wp:posOffset>810260</wp:posOffset>
                      </wp:positionV>
                      <wp:extent cx="1014395" cy="269585"/>
                      <wp:effectExtent l="38100" t="57150" r="33655" b="54610"/>
                      <wp:wrapNone/>
                      <wp:docPr id="62" name="Encre 6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5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014395" cy="26958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431455D1" id="Encre 62" o:spid="_x0000_s1026" type="#_x0000_t75" style="position:absolute;margin-left:15.1pt;margin-top:63.1pt;width:81.25pt;height:22.65pt;z-index:2517186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">
                      <v:imagedata r:id="rId56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707392" behindDoc="0" locked="0" layoutInCell="1" allowOverlap="1" wp14:anchorId="688A2518" wp14:editId="28CA3BAE">
                      <wp:simplePos x="0" y="0"/>
                      <wp:positionH relativeFrom="column">
                        <wp:posOffset>1075561</wp:posOffset>
                      </wp:positionH>
                      <wp:positionV relativeFrom="paragraph">
                        <wp:posOffset>448666</wp:posOffset>
                      </wp:positionV>
                      <wp:extent cx="267120" cy="131040"/>
                      <wp:effectExtent l="76200" t="95250" r="95250" b="135890"/>
                      <wp:wrapNone/>
                      <wp:docPr id="51" name="Encre 5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5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67120" cy="1310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860CEDC" id="Encre 51" o:spid="_x0000_s1026" type="#_x0000_t75" style="position:absolute;margin-left:81.9pt;margin-top:29.7pt;width:26.7pt;height:21.65pt;z-index:2517073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">
                      <v:imagedata r:id="rId58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704320" behindDoc="0" locked="0" layoutInCell="1" allowOverlap="1" wp14:anchorId="70FADF11" wp14:editId="66CCDCE7">
                      <wp:simplePos x="0" y="0"/>
                      <wp:positionH relativeFrom="column">
                        <wp:posOffset>1094740</wp:posOffset>
                      </wp:positionH>
                      <wp:positionV relativeFrom="paragraph">
                        <wp:posOffset>448945</wp:posOffset>
                      </wp:positionV>
                      <wp:extent cx="217055" cy="147255"/>
                      <wp:effectExtent l="38100" t="38100" r="50165" b="43815"/>
                      <wp:wrapNone/>
                      <wp:docPr id="48" name="Encre 4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5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17055" cy="14725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6BAD3459" id="Encre 48" o:spid="_x0000_s1026" type="#_x0000_t75" style="position:absolute;margin-left:85.5pt;margin-top:34.65pt;width:18.55pt;height:13.05pt;z-index:2517043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">
                      <v:imagedata r:id="rId60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705344" behindDoc="0" locked="0" layoutInCell="1" allowOverlap="1" wp14:anchorId="1508844E" wp14:editId="5C4379EF">
                      <wp:simplePos x="0" y="0"/>
                      <wp:positionH relativeFrom="column">
                        <wp:posOffset>822960</wp:posOffset>
                      </wp:positionH>
                      <wp:positionV relativeFrom="paragraph">
                        <wp:posOffset>71755</wp:posOffset>
                      </wp:positionV>
                      <wp:extent cx="858945" cy="273045"/>
                      <wp:effectExtent l="38100" t="57150" r="0" b="51435"/>
                      <wp:wrapNone/>
                      <wp:docPr id="49" name="Encre 4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6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858945" cy="27304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0E65727F" id="Encre 49" o:spid="_x0000_s1026" type="#_x0000_t75" style="position:absolute;margin-left:64.1pt;margin-top:4.95pt;width:69.05pt;height:22.95pt;z-index:2517053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">
                      <v:imagedata r:id="rId62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694080" behindDoc="0" locked="0" layoutInCell="1" allowOverlap="1" wp14:anchorId="2BFB76B4" wp14:editId="456DA468">
                      <wp:simplePos x="0" y="0"/>
                      <wp:positionH relativeFrom="column">
                        <wp:posOffset>783961</wp:posOffset>
                      </wp:positionH>
                      <wp:positionV relativeFrom="paragraph">
                        <wp:posOffset>56626</wp:posOffset>
                      </wp:positionV>
                      <wp:extent cx="126360" cy="178920"/>
                      <wp:effectExtent l="57150" t="38100" r="45720" b="50165"/>
                      <wp:wrapNone/>
                      <wp:docPr id="38" name="Encre 3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6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26360" cy="1789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50F9AA9" id="Encre 38" o:spid="_x0000_s1026" type="#_x0000_t75" style="position:absolute;margin-left:61.05pt;margin-top:3.75pt;width:11.4pt;height:15.55pt;z-index:2516940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">
                      <v:imagedata r:id="rId64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693056" behindDoc="0" locked="0" layoutInCell="1" allowOverlap="1" wp14:anchorId="296BA767" wp14:editId="6D6B91C2">
                      <wp:simplePos x="0" y="0"/>
                      <wp:positionH relativeFrom="column">
                        <wp:posOffset>41275</wp:posOffset>
                      </wp:positionH>
                      <wp:positionV relativeFrom="paragraph">
                        <wp:posOffset>161290</wp:posOffset>
                      </wp:positionV>
                      <wp:extent cx="578550" cy="338780"/>
                      <wp:effectExtent l="57150" t="38100" r="12065" b="42545"/>
                      <wp:wrapNone/>
                      <wp:docPr id="37" name="Encre 3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6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78550" cy="3387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06A9F7AF" id="Encre 37" o:spid="_x0000_s1026" type="#_x0000_t75" style="position:absolute;margin-left:2.55pt;margin-top:12pt;width:46.95pt;height:28.1pt;z-index:2516930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">
                      <v:imagedata r:id="rId66" o:title=""/>
                    </v:shape>
                  </w:pict>
                </mc:Fallback>
              </mc:AlternateContent>
            </w:r>
          </w:p>
        </w:tc>
      </w:tr>
      <w:tr w:rsidR="004B0BF8" w14:paraId="407C91F9" w14:textId="77777777" w:rsidTr="004B0BF8">
        <w:tc>
          <w:tcPr>
            <w:tcW w:w="5433" w:type="dxa"/>
          </w:tcPr>
          <w:p w14:paraId="05F8C1CC" w14:textId="77777777" w:rsidR="004B0BF8" w:rsidRDefault="004B0BF8" w:rsidP="004B0BF8">
            <w:proofErr w:type="spellStart"/>
            <w:r>
              <w:t>Calculer</w:t>
            </w:r>
            <w:proofErr w:type="spellEnd"/>
            <w:r>
              <w:t xml:space="preserve"> la </w:t>
            </w:r>
            <w:proofErr w:type="spellStart"/>
            <w:r>
              <w:t>vitesse</w:t>
            </w:r>
            <w:proofErr w:type="spellEnd"/>
            <w:r>
              <w:t xml:space="preserve"> </w:t>
            </w:r>
            <w:proofErr w:type="spellStart"/>
            <w:r>
              <w:t>moyenne</w:t>
            </w:r>
            <w:proofErr w:type="spellEnd"/>
            <w:r>
              <w:t xml:space="preserve"> sur la </w:t>
            </w:r>
            <w:proofErr w:type="spellStart"/>
            <w:r>
              <w:t>totalité</w:t>
            </w:r>
            <w:proofErr w:type="spellEnd"/>
            <w:r>
              <w:t xml:space="preserve"> du </w:t>
            </w:r>
            <w:proofErr w:type="spellStart"/>
            <w:r>
              <w:t>mouvement</w:t>
            </w:r>
            <w:proofErr w:type="spellEnd"/>
            <w:r>
              <w:t xml:space="preserve">. </w:t>
            </w:r>
          </w:p>
          <w:p w14:paraId="332F5566" w14:textId="77777777" w:rsidR="004B0BF8" w:rsidRDefault="004B0BF8" w:rsidP="004B0BF8"/>
          <w:p w14:paraId="39EBFCED" w14:textId="77777777" w:rsidR="004B0BF8" w:rsidRDefault="004B0BF8" w:rsidP="004B0BF8"/>
          <w:p w14:paraId="2D52E5E4" w14:textId="77777777" w:rsidR="004B0BF8" w:rsidRDefault="004B0BF8" w:rsidP="004B0BF8"/>
          <w:p w14:paraId="604A34D7" w14:textId="77777777" w:rsidR="004B0BF8" w:rsidRDefault="004B0BF8" w:rsidP="004B0BF8"/>
          <w:p w14:paraId="19DA1438" w14:textId="77777777" w:rsidR="004B0BF8" w:rsidRDefault="004B0BF8" w:rsidP="004B0BF8"/>
          <w:p w14:paraId="5E466256" w14:textId="77777777" w:rsidR="004B0BF8" w:rsidRDefault="004B0BF8" w:rsidP="004B0BF8"/>
          <w:p w14:paraId="4D376DB6" w14:textId="77777777" w:rsidR="004B0BF8" w:rsidRDefault="004B0BF8" w:rsidP="004B0BF8"/>
          <w:p w14:paraId="6278AB3E" w14:textId="77777777" w:rsidR="004B0BF8" w:rsidRDefault="004B0BF8" w:rsidP="004B0BF8"/>
          <w:p w14:paraId="4A4E5858" w14:textId="77777777" w:rsidR="004B0BF8" w:rsidRDefault="004B0BF8" w:rsidP="004B0BF8"/>
          <w:p w14:paraId="3A9FF43F" w14:textId="77777777" w:rsidR="004B0BF8" w:rsidRDefault="004B0BF8" w:rsidP="004B0BF8"/>
          <w:p w14:paraId="0B8640BF" w14:textId="77777777" w:rsidR="00681DAC" w:rsidRDefault="00681DAC" w:rsidP="004B0BF8"/>
          <w:p w14:paraId="057DB487" w14:textId="77777777" w:rsidR="00681DAC" w:rsidRDefault="00681DAC" w:rsidP="004B0BF8"/>
          <w:p w14:paraId="1B5B1CF9" w14:textId="77777777" w:rsidR="00681DAC" w:rsidRDefault="00681DAC" w:rsidP="000A49A1">
            <w:pPr>
              <w:ind w:firstLine="720"/>
            </w:pPr>
          </w:p>
          <w:p w14:paraId="0D081E39" w14:textId="77777777" w:rsidR="000A49A1" w:rsidRDefault="000A49A1" w:rsidP="000A49A1">
            <w:pPr>
              <w:ind w:firstLine="720"/>
            </w:pPr>
          </w:p>
          <w:p w14:paraId="1E0C27BE" w14:textId="0AAF58A3" w:rsidR="000A49A1" w:rsidRDefault="002F3539" w:rsidP="002F3539">
            <w:proofErr w:type="spellStart"/>
            <w:r>
              <w:lastRenderedPageBreak/>
              <w:t>Quels</w:t>
            </w:r>
            <w:proofErr w:type="spellEnd"/>
            <w:r>
              <w:t xml:space="preserve"> </w:t>
            </w:r>
            <w:proofErr w:type="spellStart"/>
            <w:r>
              <w:t>sont</w:t>
            </w:r>
            <w:proofErr w:type="spellEnd"/>
            <w:r>
              <w:t xml:space="preserve"> les </w:t>
            </w:r>
            <w:proofErr w:type="spellStart"/>
            <w:r>
              <w:t>caractéristiques</w:t>
            </w:r>
            <w:proofErr w:type="spellEnd"/>
            <w:r>
              <w:t xml:space="preserve"> du </w:t>
            </w:r>
            <w:proofErr w:type="spellStart"/>
            <w:r>
              <w:t>vecteur</w:t>
            </w:r>
            <w:proofErr w:type="spellEnd"/>
            <w:r>
              <w:t xml:space="preserve"> </w:t>
            </w:r>
            <w:proofErr w:type="spellStart"/>
            <w:proofErr w:type="gramStart"/>
            <w:r>
              <w:t>vitesse</w:t>
            </w:r>
            <w:proofErr w:type="spellEnd"/>
            <w:r>
              <w:t xml:space="preserve"> ?</w:t>
            </w:r>
            <w:proofErr w:type="gramEnd"/>
            <w:r>
              <w:t xml:space="preserve"> </w:t>
            </w:r>
          </w:p>
          <w:p w14:paraId="43F4A17E" w14:textId="77777777" w:rsidR="002F3539" w:rsidRDefault="002F3539" w:rsidP="002F3539"/>
          <w:p w14:paraId="40CFAB89" w14:textId="77777777" w:rsidR="002F3539" w:rsidRDefault="002F3539" w:rsidP="002F3539"/>
          <w:p w14:paraId="7AEB25C1" w14:textId="2B2CEFED" w:rsidR="002F3539" w:rsidRDefault="002F3539" w:rsidP="002F3539">
            <w:proofErr w:type="spellStart"/>
            <w:proofErr w:type="gramStart"/>
            <w:r>
              <w:t>Exemple</w:t>
            </w:r>
            <w:proofErr w:type="spellEnd"/>
            <w:r>
              <w:t xml:space="preserve"> :</w:t>
            </w:r>
            <w:proofErr w:type="gramEnd"/>
            <w:r>
              <w:t xml:space="preserve"> movement de la Terre par rapport au Soleil</w:t>
            </w:r>
          </w:p>
          <w:p w14:paraId="676FBF13" w14:textId="77777777" w:rsidR="002F3539" w:rsidRDefault="002F3539" w:rsidP="002F3539"/>
          <w:p w14:paraId="323086C7" w14:textId="77777777" w:rsidR="002F3539" w:rsidRDefault="002F3539" w:rsidP="002F3539"/>
          <w:p w14:paraId="2E5283DA" w14:textId="6B6D459E" w:rsidR="002F3539" w:rsidRDefault="00C010BE" w:rsidP="002F3539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127232" behindDoc="0" locked="0" layoutInCell="1" allowOverlap="1" wp14:anchorId="5A14A726" wp14:editId="00252E57">
                      <wp:simplePos x="0" y="0"/>
                      <wp:positionH relativeFrom="column">
                        <wp:posOffset>662356</wp:posOffset>
                      </wp:positionH>
                      <wp:positionV relativeFrom="paragraph">
                        <wp:posOffset>1142688</wp:posOffset>
                      </wp:positionV>
                      <wp:extent cx="50400" cy="7200"/>
                      <wp:effectExtent l="57150" t="57150" r="45085" b="50165"/>
                      <wp:wrapNone/>
                      <wp:docPr id="914435790" name="Encre 91443579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6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0400" cy="72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0E9C3463" id="Encre 914435790" o:spid="_x0000_s1026" type="#_x0000_t75" style="position:absolute;margin-left:51.45pt;margin-top:89.3pt;width:5.35pt;height:1.95pt;z-index:2521272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">
                      <v:imagedata r:id="rId68" o:title=""/>
                    </v:shape>
                  </w:pict>
                </mc:Fallback>
              </mc:AlternateContent>
            </w:r>
          </w:p>
        </w:tc>
        <w:tc>
          <w:tcPr>
            <w:tcW w:w="5448" w:type="dxa"/>
          </w:tcPr>
          <w:p w14:paraId="26EF2FDA" w14:textId="750FBBD9" w:rsidR="004B0BF8" w:rsidRDefault="009116CF" w:rsidP="004B0BF8">
            <w:r>
              <w:rPr>
                <w:noProof/>
              </w:rPr>
              <w:lastRenderedPageBreak/>
              <mc:AlternateContent>
                <mc:Choice Requires="wpi">
                  <w:drawing>
                    <wp:anchor distT="0" distB="0" distL="114300" distR="114300" simplePos="0" relativeHeight="251849728" behindDoc="0" locked="0" layoutInCell="1" allowOverlap="1" wp14:anchorId="37293BCA" wp14:editId="276C6307">
                      <wp:simplePos x="0" y="0"/>
                      <wp:positionH relativeFrom="column">
                        <wp:posOffset>995680</wp:posOffset>
                      </wp:positionH>
                      <wp:positionV relativeFrom="paragraph">
                        <wp:posOffset>8890</wp:posOffset>
                      </wp:positionV>
                      <wp:extent cx="1076675" cy="280485"/>
                      <wp:effectExtent l="57150" t="38100" r="47625" b="43815"/>
                      <wp:wrapNone/>
                      <wp:docPr id="914435519" name="Encre 91443551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6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076675" cy="28048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0E892E60" id="Encre 914435519" o:spid="_x0000_s1026" type="#_x0000_t75" style="position:absolute;margin-left:77.7pt;margin-top:0;width:86.2pt;height:23.5pt;z-index:2518497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">
                      <v:imagedata r:id="rId70" o:title=""/>
                    </v:shape>
                  </w:pict>
                </mc:Fallback>
              </mc:AlternateContent>
            </w:r>
          </w:p>
          <w:p w14:paraId="734D7487" w14:textId="3D112EA4" w:rsidR="002F3539" w:rsidRDefault="009116CF" w:rsidP="004B0BF8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850752" behindDoc="0" locked="0" layoutInCell="1" allowOverlap="1" wp14:anchorId="35C04A6E" wp14:editId="041FBB5E">
                      <wp:simplePos x="0" y="0"/>
                      <wp:positionH relativeFrom="column">
                        <wp:posOffset>-17780</wp:posOffset>
                      </wp:positionH>
                      <wp:positionV relativeFrom="paragraph">
                        <wp:posOffset>-84455</wp:posOffset>
                      </wp:positionV>
                      <wp:extent cx="799380" cy="465015"/>
                      <wp:effectExtent l="38100" t="57150" r="39370" b="49530"/>
                      <wp:wrapNone/>
                      <wp:docPr id="914435520" name="Encre 91443552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7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99380" cy="46501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F3C79DF" id="Encre 914435520" o:spid="_x0000_s1026" type="#_x0000_t75" style="position:absolute;margin-left:-2.1pt;margin-top:-7.35pt;width:64.4pt;height:38pt;z-index:2518507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">
                      <v:imagedata r:id="rId72" o:title=""/>
                    </v:shape>
                  </w:pict>
                </mc:Fallback>
              </mc:AlternateContent>
            </w:r>
          </w:p>
          <w:p w14:paraId="250EA047" w14:textId="6C47628D" w:rsidR="002F3539" w:rsidRDefault="009116CF" w:rsidP="004B0BF8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856896" behindDoc="0" locked="0" layoutInCell="1" allowOverlap="1" wp14:anchorId="1938366D" wp14:editId="2D578E5B">
                      <wp:simplePos x="0" y="0"/>
                      <wp:positionH relativeFrom="column">
                        <wp:posOffset>1227455</wp:posOffset>
                      </wp:positionH>
                      <wp:positionV relativeFrom="paragraph">
                        <wp:posOffset>24765</wp:posOffset>
                      </wp:positionV>
                      <wp:extent cx="600165" cy="141605"/>
                      <wp:effectExtent l="38100" t="38100" r="47625" b="48895"/>
                      <wp:wrapNone/>
                      <wp:docPr id="914435526" name="Encre 91443552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7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600165" cy="14160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DF96255" id="Encre 914435526" o:spid="_x0000_s1026" type="#_x0000_t75" style="position:absolute;margin-left:95.95pt;margin-top:1.25pt;width:48.65pt;height:12.55pt;z-index:2518568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">
                      <v:imagedata r:id="rId74" o:title=""/>
                    </v:shape>
                  </w:pict>
                </mc:Fallback>
              </mc:AlternateContent>
            </w:r>
          </w:p>
          <w:p w14:paraId="2FD20FD3" w14:textId="77777777" w:rsidR="002F3539" w:rsidRDefault="002F3539" w:rsidP="004B0BF8"/>
          <w:p w14:paraId="62E7B72C" w14:textId="6AD115A1" w:rsidR="002F3539" w:rsidRDefault="002F3539" w:rsidP="004B0BF8"/>
          <w:p w14:paraId="19E64B7A" w14:textId="2E2C5AA0" w:rsidR="002F3539" w:rsidRDefault="009116CF" w:rsidP="004B0BF8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899904" behindDoc="0" locked="0" layoutInCell="1" allowOverlap="1" wp14:anchorId="6C74E07B" wp14:editId="4F2EFFC2">
                      <wp:simplePos x="0" y="0"/>
                      <wp:positionH relativeFrom="column">
                        <wp:posOffset>1314450</wp:posOffset>
                      </wp:positionH>
                      <wp:positionV relativeFrom="paragraph">
                        <wp:posOffset>-44450</wp:posOffset>
                      </wp:positionV>
                      <wp:extent cx="337685" cy="181010"/>
                      <wp:effectExtent l="38100" t="38100" r="0" b="47625"/>
                      <wp:wrapNone/>
                      <wp:docPr id="914435568" name="Encre 91443556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7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37685" cy="18101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5181F53" id="Encre 914435568" o:spid="_x0000_s1026" type="#_x0000_t75" style="position:absolute;margin-left:102.8pt;margin-top:-4.2pt;width:28.05pt;height:15.65pt;z-index:2518999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">
                      <v:imagedata r:id="rId76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882496" behindDoc="0" locked="0" layoutInCell="1" allowOverlap="1" wp14:anchorId="109FDB41" wp14:editId="04898DAC">
                      <wp:simplePos x="0" y="0"/>
                      <wp:positionH relativeFrom="column">
                        <wp:posOffset>1830070</wp:posOffset>
                      </wp:positionH>
                      <wp:positionV relativeFrom="paragraph">
                        <wp:posOffset>-59690</wp:posOffset>
                      </wp:positionV>
                      <wp:extent cx="1374140" cy="230505"/>
                      <wp:effectExtent l="57150" t="57150" r="16510" b="55245"/>
                      <wp:wrapNone/>
                      <wp:docPr id="914435551" name="Encre 91443555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7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374140" cy="23050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DD0B9B1" id="Encre 914435551" o:spid="_x0000_s1026" type="#_x0000_t75" style="position:absolute;margin-left:143.4pt;margin-top:-5.4pt;width:109.6pt;height:19.55pt;z-index:2518824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">
                      <v:imagedata r:id="rId78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868160" behindDoc="0" locked="0" layoutInCell="1" allowOverlap="1" wp14:anchorId="50BDA8F7" wp14:editId="27D15579">
                      <wp:simplePos x="0" y="0"/>
                      <wp:positionH relativeFrom="column">
                        <wp:posOffset>1905</wp:posOffset>
                      </wp:positionH>
                      <wp:positionV relativeFrom="paragraph">
                        <wp:posOffset>-69850</wp:posOffset>
                      </wp:positionV>
                      <wp:extent cx="1165815" cy="269365"/>
                      <wp:effectExtent l="38100" t="57150" r="15875" b="54610"/>
                      <wp:wrapNone/>
                      <wp:docPr id="914435537" name="Encre 91443553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7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165815" cy="26936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7A9A18A7" id="Encre 914435537" o:spid="_x0000_s1026" type="#_x0000_t75" style="position:absolute;margin-left:-.55pt;margin-top:-6.2pt;width:93.25pt;height:22.6pt;z-index:2518681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">
                      <v:imagedata r:id="rId80" o:title=""/>
                    </v:shape>
                  </w:pict>
                </mc:Fallback>
              </mc:AlternateContent>
            </w:r>
          </w:p>
          <w:p w14:paraId="62E94739" w14:textId="3D993AAB" w:rsidR="002F3539" w:rsidRDefault="002F3539" w:rsidP="004B0BF8"/>
          <w:p w14:paraId="7C248A94" w14:textId="371846E8" w:rsidR="002F3539" w:rsidRDefault="009116CF" w:rsidP="004B0BF8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894784" behindDoc="0" locked="0" layoutInCell="1" allowOverlap="1" wp14:anchorId="7DDE260C" wp14:editId="2CA23221">
                      <wp:simplePos x="0" y="0"/>
                      <wp:positionH relativeFrom="column">
                        <wp:posOffset>2241550</wp:posOffset>
                      </wp:positionH>
                      <wp:positionV relativeFrom="paragraph">
                        <wp:posOffset>635</wp:posOffset>
                      </wp:positionV>
                      <wp:extent cx="785150" cy="136785"/>
                      <wp:effectExtent l="38100" t="38100" r="0" b="53975"/>
                      <wp:wrapNone/>
                      <wp:docPr id="914435563" name="Encre 91443556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8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85150" cy="13678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717AC7BF" id="Encre 914435563" o:spid="_x0000_s1026" type="#_x0000_t75" style="position:absolute;margin-left:175.8pt;margin-top:-.65pt;width:63.2pt;height:12.15pt;z-index:2518947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">
                      <v:imagedata r:id="rId82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895808" behindDoc="0" locked="0" layoutInCell="1" allowOverlap="1" wp14:anchorId="6D4F718C" wp14:editId="6569DE00">
                      <wp:simplePos x="0" y="0"/>
                      <wp:positionH relativeFrom="column">
                        <wp:posOffset>1518285</wp:posOffset>
                      </wp:positionH>
                      <wp:positionV relativeFrom="paragraph">
                        <wp:posOffset>19050</wp:posOffset>
                      </wp:positionV>
                      <wp:extent cx="529935" cy="186415"/>
                      <wp:effectExtent l="38100" t="38100" r="3810" b="42545"/>
                      <wp:wrapNone/>
                      <wp:docPr id="914435564" name="Encre 91443556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8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29935" cy="18641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74BA29C7" id="Encre 914435564" o:spid="_x0000_s1026" type="#_x0000_t75" style="position:absolute;margin-left:118.85pt;margin-top:.8pt;width:43.15pt;height:16.1pt;z-index:2518958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">
                      <v:imagedata r:id="rId84" o:title=""/>
                    </v:shape>
                  </w:pict>
                </mc:Fallback>
              </mc:AlternateContent>
            </w:r>
          </w:p>
          <w:p w14:paraId="15D84A43" w14:textId="5D8C620D" w:rsidR="002F3539" w:rsidRDefault="002F3539" w:rsidP="004B0BF8"/>
          <w:p w14:paraId="5D9D8A59" w14:textId="037A7298" w:rsidR="002F3539" w:rsidRDefault="009116CF" w:rsidP="004B0BF8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926528" behindDoc="0" locked="0" layoutInCell="1" allowOverlap="1" wp14:anchorId="2B64EF44" wp14:editId="72446F5E">
                      <wp:simplePos x="0" y="0"/>
                      <wp:positionH relativeFrom="column">
                        <wp:posOffset>1880881</wp:posOffset>
                      </wp:positionH>
                      <wp:positionV relativeFrom="paragraph">
                        <wp:posOffset>63041</wp:posOffset>
                      </wp:positionV>
                      <wp:extent cx="57600" cy="69120"/>
                      <wp:effectExtent l="38100" t="38100" r="57150" b="45720"/>
                      <wp:wrapNone/>
                      <wp:docPr id="914435594" name="Encre 91443559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8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7600" cy="691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70449E9E" id="Encre 914435594" o:spid="_x0000_s1026" type="#_x0000_t75" style="position:absolute;margin-left:147.4pt;margin-top:4.25pt;width:5.95pt;height:6.9pt;z-index:251926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">
                      <v:imagedata r:id="rId86" o:title=""/>
                    </v:shape>
                  </w:pict>
                </mc:Fallback>
              </mc:AlternateContent>
            </w:r>
          </w:p>
          <w:p w14:paraId="1CE28CCE" w14:textId="26184A58" w:rsidR="002F3539" w:rsidRDefault="009116CF" w:rsidP="004B0BF8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934720" behindDoc="0" locked="0" layoutInCell="1" allowOverlap="1" wp14:anchorId="433BE40A" wp14:editId="5D77D5B2">
                      <wp:simplePos x="0" y="0"/>
                      <wp:positionH relativeFrom="column">
                        <wp:posOffset>2433955</wp:posOffset>
                      </wp:positionH>
                      <wp:positionV relativeFrom="paragraph">
                        <wp:posOffset>-47625</wp:posOffset>
                      </wp:positionV>
                      <wp:extent cx="456935" cy="189220"/>
                      <wp:effectExtent l="38100" t="38100" r="19685" b="59055"/>
                      <wp:wrapNone/>
                      <wp:docPr id="914435602" name="Encre 91443560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8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456935" cy="1892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43B6DFED" id="Encre 914435602" o:spid="_x0000_s1026" type="#_x0000_t75" style="position:absolute;margin-left:190.95pt;margin-top:-4.45pt;width:37.4pt;height:16.35pt;z-index:251934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">
                      <v:imagedata r:id="rId88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925504" behindDoc="0" locked="0" layoutInCell="1" allowOverlap="1" wp14:anchorId="3AF905DB" wp14:editId="4FE0D5A9">
                      <wp:simplePos x="0" y="0"/>
                      <wp:positionH relativeFrom="column">
                        <wp:posOffset>1254125</wp:posOffset>
                      </wp:positionH>
                      <wp:positionV relativeFrom="paragraph">
                        <wp:posOffset>-172720</wp:posOffset>
                      </wp:positionV>
                      <wp:extent cx="1068800" cy="398515"/>
                      <wp:effectExtent l="57150" t="38100" r="0" b="40005"/>
                      <wp:wrapNone/>
                      <wp:docPr id="914435593" name="Encre 91443559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8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068800" cy="39851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70573608" id="Encre 914435593" o:spid="_x0000_s1026" type="#_x0000_t75" style="position:absolute;margin-left:98.05pt;margin-top:-14.3pt;width:85.55pt;height:32.8pt;z-index:251925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">
                      <v:imagedata r:id="rId90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924480" behindDoc="0" locked="0" layoutInCell="1" allowOverlap="1" wp14:anchorId="1916F3B2" wp14:editId="3E6707E0">
                      <wp:simplePos x="0" y="0"/>
                      <wp:positionH relativeFrom="column">
                        <wp:posOffset>3056641</wp:posOffset>
                      </wp:positionH>
                      <wp:positionV relativeFrom="paragraph">
                        <wp:posOffset>26291</wp:posOffset>
                      </wp:positionV>
                      <wp:extent cx="159840" cy="68400"/>
                      <wp:effectExtent l="57150" t="38100" r="50165" b="46355"/>
                      <wp:wrapNone/>
                      <wp:docPr id="914435592" name="Encre 91443559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9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59840" cy="684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3B2DD040" id="Encre 914435592" o:spid="_x0000_s1026" type="#_x0000_t75" style="position:absolute;margin-left:240pt;margin-top:1.35pt;width:14pt;height:6.8pt;z-index:251924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">
                      <v:imagedata r:id="rId92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910144" behindDoc="0" locked="0" layoutInCell="1" allowOverlap="1" wp14:anchorId="2FDE3EE0" wp14:editId="374B724E">
                      <wp:simplePos x="0" y="0"/>
                      <wp:positionH relativeFrom="column">
                        <wp:posOffset>207645</wp:posOffset>
                      </wp:positionH>
                      <wp:positionV relativeFrom="paragraph">
                        <wp:posOffset>-40640</wp:posOffset>
                      </wp:positionV>
                      <wp:extent cx="850640" cy="202235"/>
                      <wp:effectExtent l="57150" t="38100" r="45085" b="45720"/>
                      <wp:wrapNone/>
                      <wp:docPr id="914435578" name="Encre 91443557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9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850640" cy="20223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04C4EA0" id="Encre 914435578" o:spid="_x0000_s1026" type="#_x0000_t75" style="position:absolute;margin-left:15.65pt;margin-top:-3.9pt;width:68.4pt;height:17.3pt;z-index:2519101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">
                      <v:imagedata r:id="rId94" o:title=""/>
                    </v:shape>
                  </w:pict>
                </mc:Fallback>
              </mc:AlternateContent>
            </w:r>
          </w:p>
          <w:p w14:paraId="5689B113" w14:textId="491CF60B" w:rsidR="002F3539" w:rsidRDefault="002F3539" w:rsidP="004B0BF8"/>
          <w:p w14:paraId="70DD81FB" w14:textId="762659AE" w:rsidR="002F3539" w:rsidRDefault="002F3539" w:rsidP="004B0BF8"/>
          <w:p w14:paraId="631C8EEB" w14:textId="047559D3" w:rsidR="002F3539" w:rsidRDefault="009116CF" w:rsidP="004B0BF8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975680" behindDoc="0" locked="0" layoutInCell="1" allowOverlap="1" wp14:anchorId="788E2223" wp14:editId="6532AE76">
                      <wp:simplePos x="0" y="0"/>
                      <wp:positionH relativeFrom="column">
                        <wp:posOffset>2525395</wp:posOffset>
                      </wp:positionH>
                      <wp:positionV relativeFrom="paragraph">
                        <wp:posOffset>10795</wp:posOffset>
                      </wp:positionV>
                      <wp:extent cx="418890" cy="194200"/>
                      <wp:effectExtent l="38100" t="57150" r="635" b="53975"/>
                      <wp:wrapNone/>
                      <wp:docPr id="914435642" name="Encre 91443564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9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418890" cy="1942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6FCE5D71" id="Encre 914435642" o:spid="_x0000_s1026" type="#_x0000_t75" style="position:absolute;margin-left:198.15pt;margin-top:.15pt;width:34.4pt;height:16.75pt;z-index:2519756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">
                      <v:imagedata r:id="rId96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967488" behindDoc="0" locked="0" layoutInCell="1" allowOverlap="1" wp14:anchorId="6B021916" wp14:editId="34EE4DF7">
                      <wp:simplePos x="0" y="0"/>
                      <wp:positionH relativeFrom="column">
                        <wp:posOffset>3188970</wp:posOffset>
                      </wp:positionH>
                      <wp:positionV relativeFrom="paragraph">
                        <wp:posOffset>29845</wp:posOffset>
                      </wp:positionV>
                      <wp:extent cx="296045" cy="144720"/>
                      <wp:effectExtent l="38100" t="38100" r="46990" b="46355"/>
                      <wp:wrapNone/>
                      <wp:docPr id="914435634" name="Encre 91443563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9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96045" cy="1447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CD914E5" id="Encre 914435634" o:spid="_x0000_s1026" type="#_x0000_t75" style="position:absolute;margin-left:250.4pt;margin-top:1.65pt;width:24.7pt;height:12.85pt;z-index:2519674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">
                      <v:imagedata r:id="rId98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961344" behindDoc="0" locked="0" layoutInCell="1" allowOverlap="1" wp14:anchorId="7EE14489" wp14:editId="541BDFF3">
                      <wp:simplePos x="0" y="0"/>
                      <wp:positionH relativeFrom="column">
                        <wp:posOffset>1598930</wp:posOffset>
                      </wp:positionH>
                      <wp:positionV relativeFrom="paragraph">
                        <wp:posOffset>-115570</wp:posOffset>
                      </wp:positionV>
                      <wp:extent cx="615890" cy="458695"/>
                      <wp:effectExtent l="57150" t="57150" r="32385" b="55880"/>
                      <wp:wrapNone/>
                      <wp:docPr id="914435628" name="Encre 91443562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9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615890" cy="45869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0A9EE0D6" id="Encre 914435628" o:spid="_x0000_s1026" type="#_x0000_t75" style="position:absolute;margin-left:125.2pt;margin-top:-9.8pt;width:49.95pt;height:37.5pt;z-index:2519613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">
                      <v:imagedata r:id="rId100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957248" behindDoc="0" locked="0" layoutInCell="1" allowOverlap="1" wp14:anchorId="5C9BAE95" wp14:editId="35A5CEDD">
                      <wp:simplePos x="0" y="0"/>
                      <wp:positionH relativeFrom="column">
                        <wp:posOffset>711200</wp:posOffset>
                      </wp:positionH>
                      <wp:positionV relativeFrom="paragraph">
                        <wp:posOffset>-31750</wp:posOffset>
                      </wp:positionV>
                      <wp:extent cx="646505" cy="327150"/>
                      <wp:effectExtent l="38100" t="38100" r="20320" b="53975"/>
                      <wp:wrapNone/>
                      <wp:docPr id="914435624" name="Encre 91443562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0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646505" cy="32715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ABDC2E0" id="Encre 914435624" o:spid="_x0000_s1026" type="#_x0000_t75" style="position:absolute;margin-left:55.3pt;margin-top:-3.2pt;width:52.3pt;height:27.15pt;z-index:2519572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">
                      <v:imagedata r:id="rId102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958272" behindDoc="0" locked="0" layoutInCell="1" allowOverlap="1" wp14:anchorId="5F05A1E5" wp14:editId="34FDC31C">
                      <wp:simplePos x="0" y="0"/>
                      <wp:positionH relativeFrom="column">
                        <wp:posOffset>86360</wp:posOffset>
                      </wp:positionH>
                      <wp:positionV relativeFrom="paragraph">
                        <wp:posOffset>-69215</wp:posOffset>
                      </wp:positionV>
                      <wp:extent cx="433215" cy="258445"/>
                      <wp:effectExtent l="57150" t="38100" r="0" b="46355"/>
                      <wp:wrapNone/>
                      <wp:docPr id="914435625" name="Encre 91443562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0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433215" cy="25844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3FA472D3" id="Encre 914435625" o:spid="_x0000_s1026" type="#_x0000_t75" style="position:absolute;margin-left:6.1pt;margin-top:-6.15pt;width:35.5pt;height:21.75pt;z-index:2519582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">
                      <v:imagedata r:id="rId104" o:title=""/>
                    </v:shape>
                  </w:pict>
                </mc:Fallback>
              </mc:AlternateContent>
            </w:r>
          </w:p>
          <w:p w14:paraId="7ADBE00A" w14:textId="64EA865E" w:rsidR="002F3539" w:rsidRDefault="009116CF" w:rsidP="004B0BF8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970560" behindDoc="0" locked="0" layoutInCell="1" allowOverlap="1" wp14:anchorId="702FD9AE" wp14:editId="658E432F">
                      <wp:simplePos x="0" y="0"/>
                      <wp:positionH relativeFrom="column">
                        <wp:posOffset>1553210</wp:posOffset>
                      </wp:positionH>
                      <wp:positionV relativeFrom="paragraph">
                        <wp:posOffset>-87630</wp:posOffset>
                      </wp:positionV>
                      <wp:extent cx="893445" cy="308755"/>
                      <wp:effectExtent l="38100" t="57150" r="40005" b="53340"/>
                      <wp:wrapNone/>
                      <wp:docPr id="914435637" name="Encre 91443563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0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893445" cy="30875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653AC89B" id="Encre 914435637" o:spid="_x0000_s1026" type="#_x0000_t75" style="position:absolute;margin-left:121.6pt;margin-top:-7.6pt;width:71.75pt;height:25.7pt;z-index:2519705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">
                      <v:imagedata r:id="rId106" o:title=""/>
                    </v:shape>
                  </w:pict>
                </mc:Fallback>
              </mc:AlternateContent>
            </w:r>
          </w:p>
          <w:p w14:paraId="7EF241A5" w14:textId="77777777" w:rsidR="002F3539" w:rsidRDefault="002F3539" w:rsidP="004B0BF8"/>
          <w:p w14:paraId="3547D897" w14:textId="79A361B6" w:rsidR="002F3539" w:rsidRDefault="009116CF" w:rsidP="00D23C19">
            <w:pPr>
              <w:jc w:val="center"/>
            </w:pPr>
            <w:r>
              <w:rPr>
                <w:noProof/>
              </w:rPr>
              <w:lastRenderedPageBreak/>
              <mc:AlternateContent>
                <mc:Choice Requires="wpi">
                  <w:drawing>
                    <wp:anchor distT="0" distB="0" distL="114300" distR="114300" simplePos="0" relativeHeight="252061696" behindDoc="0" locked="0" layoutInCell="1" allowOverlap="1" wp14:anchorId="362B44DC" wp14:editId="3D74B174">
                      <wp:simplePos x="0" y="0"/>
                      <wp:positionH relativeFrom="column">
                        <wp:posOffset>2537460</wp:posOffset>
                      </wp:positionH>
                      <wp:positionV relativeFrom="paragraph">
                        <wp:posOffset>396875</wp:posOffset>
                      </wp:positionV>
                      <wp:extent cx="905460" cy="521565"/>
                      <wp:effectExtent l="38100" t="38100" r="0" b="50165"/>
                      <wp:wrapNone/>
                      <wp:docPr id="914435726" name="Encre 91443572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0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905460" cy="52156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F5317C5" id="Encre 914435726" o:spid="_x0000_s1026" type="#_x0000_t75" style="position:absolute;margin-left:199.1pt;margin-top:30.55pt;width:72.75pt;height:42.45pt;z-index:252061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">
                      <v:imagedata r:id="rId108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997184" behindDoc="0" locked="0" layoutInCell="1" allowOverlap="1" wp14:anchorId="28894C5C" wp14:editId="26DD3004">
                      <wp:simplePos x="0" y="0"/>
                      <wp:positionH relativeFrom="column">
                        <wp:posOffset>962660</wp:posOffset>
                      </wp:positionH>
                      <wp:positionV relativeFrom="paragraph">
                        <wp:posOffset>97155</wp:posOffset>
                      </wp:positionV>
                      <wp:extent cx="135360" cy="174625"/>
                      <wp:effectExtent l="38100" t="38100" r="55245" b="53975"/>
                      <wp:wrapNone/>
                      <wp:docPr id="914435663" name="Encre 91443566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0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35360" cy="17462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DF5FC90" id="Encre 914435663" o:spid="_x0000_s1026" type="#_x0000_t75" style="position:absolute;margin-left:75.1pt;margin-top:6.95pt;width:12.05pt;height:15.15pt;z-index:2519971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">
                      <v:imagedata r:id="rId110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998208" behindDoc="0" locked="0" layoutInCell="1" allowOverlap="1" wp14:anchorId="2B50AAA5" wp14:editId="0E87D655">
                      <wp:simplePos x="0" y="0"/>
                      <wp:positionH relativeFrom="column">
                        <wp:posOffset>962660</wp:posOffset>
                      </wp:positionH>
                      <wp:positionV relativeFrom="paragraph">
                        <wp:posOffset>-63500</wp:posOffset>
                      </wp:positionV>
                      <wp:extent cx="394380" cy="335490"/>
                      <wp:effectExtent l="57150" t="38100" r="43815" b="45720"/>
                      <wp:wrapNone/>
                      <wp:docPr id="914435664" name="Encre 91443566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1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94380" cy="33549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4FF262D" id="Encre 914435664" o:spid="_x0000_s1026" type="#_x0000_t75" style="position:absolute;margin-left:75.1pt;margin-top:-5.7pt;width:32.45pt;height:27.8pt;z-index:2519982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">
                      <v:imagedata r:id="rId112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990016" behindDoc="0" locked="0" layoutInCell="1" allowOverlap="1" wp14:anchorId="37864CDE" wp14:editId="5EA876A3">
                      <wp:simplePos x="0" y="0"/>
                      <wp:positionH relativeFrom="column">
                        <wp:posOffset>2075815</wp:posOffset>
                      </wp:positionH>
                      <wp:positionV relativeFrom="paragraph">
                        <wp:posOffset>44450</wp:posOffset>
                      </wp:positionV>
                      <wp:extent cx="473325" cy="137065"/>
                      <wp:effectExtent l="38100" t="38100" r="41275" b="53975"/>
                      <wp:wrapNone/>
                      <wp:docPr id="914435656" name="Encre 91443565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1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473325" cy="13706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472D1945" id="Encre 914435656" o:spid="_x0000_s1026" type="#_x0000_t75" style="position:absolute;margin-left:162.75pt;margin-top:2.8pt;width:38.65pt;height:12.25pt;z-index:2519900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">
                      <v:imagedata r:id="rId114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982848" behindDoc="0" locked="0" layoutInCell="1" allowOverlap="1" wp14:anchorId="5DDFA279" wp14:editId="652AB44E">
                      <wp:simplePos x="0" y="0"/>
                      <wp:positionH relativeFrom="column">
                        <wp:posOffset>1447165</wp:posOffset>
                      </wp:positionH>
                      <wp:positionV relativeFrom="paragraph">
                        <wp:posOffset>925830</wp:posOffset>
                      </wp:positionV>
                      <wp:extent cx="333785" cy="126875"/>
                      <wp:effectExtent l="38100" t="38100" r="47625" b="45085"/>
                      <wp:wrapNone/>
                      <wp:docPr id="914435649" name="Encre 91443564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1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33785" cy="12687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F33C246" id="Encre 914435649" o:spid="_x0000_s1026" type="#_x0000_t75" style="position:absolute;margin-left:113.25pt;margin-top:72.2pt;width:27.7pt;height:11.45pt;z-index:2519828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">
                      <v:imagedata r:id="rId116" o:title=""/>
                    </v:shape>
                  </w:pict>
                </mc:Fallback>
              </mc:AlternateContent>
            </w:r>
            <w:r w:rsidR="002F3539">
              <w:rPr>
                <w:noProof/>
              </w:rPr>
              <w:drawing>
                <wp:inline distT="0" distB="0" distL="0" distR="0" wp14:anchorId="4CA9DA21" wp14:editId="279A927A">
                  <wp:extent cx="1619252" cy="1524000"/>
                  <wp:effectExtent l="0" t="0" r="0" b="0"/>
                  <wp:docPr id="914435436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14435436" name=""/>
                          <pic:cNvPicPr/>
                        </pic:nvPicPr>
                        <pic:blipFill>
                          <a:blip r:embed="rId1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45154" cy="154837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408F04CA" w14:textId="2F472401" w:rsidR="002F3539" w:rsidRDefault="002F3539" w:rsidP="004B0BF8"/>
          <w:p w14:paraId="206A1C78" w14:textId="2D7EF244" w:rsidR="002F3539" w:rsidRDefault="002F3539" w:rsidP="004B0BF8"/>
          <w:p w14:paraId="35EDDC61" w14:textId="5031BE0D" w:rsidR="002F3539" w:rsidRDefault="00C010BE" w:rsidP="004B0BF8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085248" behindDoc="0" locked="0" layoutInCell="1" allowOverlap="1" wp14:anchorId="1F54D257" wp14:editId="3F64857B">
                      <wp:simplePos x="0" y="0"/>
                      <wp:positionH relativeFrom="column">
                        <wp:posOffset>56515</wp:posOffset>
                      </wp:positionH>
                      <wp:positionV relativeFrom="paragraph">
                        <wp:posOffset>-335280</wp:posOffset>
                      </wp:positionV>
                      <wp:extent cx="2697435" cy="887205"/>
                      <wp:effectExtent l="38100" t="38100" r="0" b="46355"/>
                      <wp:wrapNone/>
                      <wp:docPr id="914435749" name="Encre 91443574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1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697435" cy="88720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39F2ACB9" id="Encre 914435749" o:spid="_x0000_s1026" type="#_x0000_t75" style="position:absolute;margin-left:3.75pt;margin-top:-27.1pt;width:213.85pt;height:71.25pt;z-index:2520852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">
                      <v:imagedata r:id="rId119" o:title=""/>
                    </v:shape>
                  </w:pict>
                </mc:Fallback>
              </mc:AlternateContent>
            </w:r>
          </w:p>
          <w:p w14:paraId="18AC68ED" w14:textId="09B706D7" w:rsidR="002F3539" w:rsidRDefault="009116CF" w:rsidP="004B0BF8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053504" behindDoc="0" locked="0" layoutInCell="1" allowOverlap="1" wp14:anchorId="24280F5E" wp14:editId="676A8757">
                      <wp:simplePos x="0" y="0"/>
                      <wp:positionH relativeFrom="column">
                        <wp:posOffset>529590</wp:posOffset>
                      </wp:positionH>
                      <wp:positionV relativeFrom="paragraph">
                        <wp:posOffset>-76200</wp:posOffset>
                      </wp:positionV>
                      <wp:extent cx="2590285" cy="248285"/>
                      <wp:effectExtent l="38100" t="38100" r="19685" b="56515"/>
                      <wp:wrapNone/>
                      <wp:docPr id="914435718" name="Encre 91443571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2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590285" cy="24828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08B2EC13" id="Encre 914435718" o:spid="_x0000_s1026" type="#_x0000_t75" style="position:absolute;margin-left:41pt;margin-top:-6.7pt;width:205.35pt;height:20.95pt;z-index:252053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">
                      <v:imagedata r:id="rId121" o:title=""/>
                    </v:shape>
                  </w:pict>
                </mc:Fallback>
              </mc:AlternateContent>
            </w:r>
          </w:p>
          <w:p w14:paraId="680CD880" w14:textId="188399A2" w:rsidR="002F3539" w:rsidRDefault="00C010BE" w:rsidP="004B0BF8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095488" behindDoc="0" locked="0" layoutInCell="1" allowOverlap="1" wp14:anchorId="78044303" wp14:editId="1EC5F8D8">
                      <wp:simplePos x="0" y="0"/>
                      <wp:positionH relativeFrom="column">
                        <wp:posOffset>2814955</wp:posOffset>
                      </wp:positionH>
                      <wp:positionV relativeFrom="paragraph">
                        <wp:posOffset>-59690</wp:posOffset>
                      </wp:positionV>
                      <wp:extent cx="574625" cy="225000"/>
                      <wp:effectExtent l="57150" t="38100" r="16510" b="41910"/>
                      <wp:wrapNone/>
                      <wp:docPr id="914435759" name="Encre 91443575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2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74625" cy="2250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053A9150" id="Encre 914435759" o:spid="_x0000_s1026" type="#_x0000_t75" style="position:absolute;margin-left:220.95pt;margin-top:-5.4pt;width:46.7pt;height:19.1pt;z-index:2520954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">
                      <v:imagedata r:id="rId123" o:title=""/>
                    </v:shape>
                  </w:pict>
                </mc:Fallback>
              </mc:AlternateContent>
            </w:r>
          </w:p>
          <w:p w14:paraId="2E990C60" w14:textId="02A34565" w:rsidR="002F3539" w:rsidRDefault="002F3539" w:rsidP="004B0BF8"/>
        </w:tc>
      </w:tr>
      <w:tr w:rsidR="000A49A1" w14:paraId="5CC70263" w14:textId="77777777" w:rsidTr="004B0BF8">
        <w:tc>
          <w:tcPr>
            <w:tcW w:w="5433" w:type="dxa"/>
          </w:tcPr>
          <w:p w14:paraId="02CE3C8D" w14:textId="271CF994" w:rsidR="000A49A1" w:rsidRDefault="000A49A1" w:rsidP="004B0BF8">
            <w:r>
              <w:lastRenderedPageBreak/>
              <w:t xml:space="preserve">Quelle </w:t>
            </w:r>
            <w:proofErr w:type="spellStart"/>
            <w:r>
              <w:t>est</w:t>
            </w:r>
            <w:proofErr w:type="spellEnd"/>
            <w:r>
              <w:t xml:space="preserve"> </w:t>
            </w:r>
            <w:proofErr w:type="spellStart"/>
            <w:r>
              <w:t>l’expression</w:t>
            </w:r>
            <w:proofErr w:type="spellEnd"/>
            <w:r>
              <w:t xml:space="preserve"> du </w:t>
            </w:r>
            <w:proofErr w:type="spellStart"/>
            <w:r>
              <w:t>vecteur</w:t>
            </w:r>
            <w:proofErr w:type="spellEnd"/>
            <w:r>
              <w:t xml:space="preserve"> variation de </w:t>
            </w:r>
            <w:proofErr w:type="spellStart"/>
            <w:r>
              <w:t>vitesse</w:t>
            </w:r>
            <w:proofErr w:type="spellEnd"/>
            <w:r>
              <w:t xml:space="preserve"> </w:t>
            </w:r>
            <w:r w:rsidRPr="00F53442">
              <w:rPr>
                <w:position w:val="-12"/>
              </w:rPr>
              <w:object w:dxaOrig="420" w:dyaOrig="400" w14:anchorId="120D07DF">
                <v:shape id="_x0000_i1026" type="#_x0000_t75" style="width:21.4pt;height:19.85pt" o:ole="">
                  <v:imagedata r:id="rId124" o:title=""/>
                </v:shape>
                <o:OLEObject Type="Embed" ProgID="Equation.DSMT4" ShapeID="_x0000_i1026" DrawAspect="Content" ObjectID="_1798359060" r:id="rId125"/>
              </w:object>
            </w:r>
            <w:r>
              <w:t xml:space="preserve"> ? Et comment le </w:t>
            </w:r>
            <w:proofErr w:type="gramStart"/>
            <w:r>
              <w:t>tracer ?</w:t>
            </w:r>
            <w:proofErr w:type="gramEnd"/>
          </w:p>
          <w:p w14:paraId="6D217DD8" w14:textId="77777777" w:rsidR="00D23C19" w:rsidRDefault="00D23C19" w:rsidP="004B0BF8"/>
          <w:p w14:paraId="3E1F083D" w14:textId="2F2B69AA" w:rsidR="000A49A1" w:rsidRDefault="000A49A1" w:rsidP="004B0BF8">
            <w:r>
              <w:object w:dxaOrig="4008" w:dyaOrig="2208" w14:anchorId="2A5F9031">
                <v:shape id="_x0000_i1027" type="#_x0000_t75" style="width:200.35pt;height:110.6pt" o:ole="">
                  <v:imagedata r:id="rId126" o:title=""/>
                </v:shape>
                <o:OLEObject Type="Embed" ProgID="PBrush" ShapeID="_x0000_i1027" DrawAspect="Content" ObjectID="_1798359061" r:id="rId127"/>
              </w:object>
            </w:r>
          </w:p>
        </w:tc>
        <w:tc>
          <w:tcPr>
            <w:tcW w:w="5448" w:type="dxa"/>
          </w:tcPr>
          <w:p w14:paraId="4E4F71A1" w14:textId="2921635F" w:rsidR="000A49A1" w:rsidRDefault="000A49A1" w:rsidP="004B0BF8"/>
          <w:p w14:paraId="65C19B13" w14:textId="58A89A78" w:rsidR="000A49A1" w:rsidRDefault="00C010BE" w:rsidP="004B0BF8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110848" behindDoc="0" locked="0" layoutInCell="1" allowOverlap="1" wp14:anchorId="6D5C4041" wp14:editId="2A2BA597">
                      <wp:simplePos x="0" y="0"/>
                      <wp:positionH relativeFrom="column">
                        <wp:posOffset>101600</wp:posOffset>
                      </wp:positionH>
                      <wp:positionV relativeFrom="paragraph">
                        <wp:posOffset>-128270</wp:posOffset>
                      </wp:positionV>
                      <wp:extent cx="1517650" cy="359410"/>
                      <wp:effectExtent l="38100" t="38100" r="44450" b="40640"/>
                      <wp:wrapNone/>
                      <wp:docPr id="914435774" name="Encre 91443577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2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517650" cy="35941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488511BE" id="Encre 914435774" o:spid="_x0000_s1026" type="#_x0000_t75" style="position:absolute;margin-left:7.3pt;margin-top:-10.8pt;width:120.9pt;height:29.7pt;z-index:2521108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">
                      <v:imagedata r:id="rId129" o:title=""/>
                    </v:shape>
                  </w:pict>
                </mc:Fallback>
              </mc:AlternateContent>
            </w:r>
          </w:p>
          <w:p w14:paraId="2530BAB9" w14:textId="6C31D35A" w:rsidR="00D23C19" w:rsidRDefault="00D23C19" w:rsidP="004B0BF8"/>
          <w:p w14:paraId="40D6E3DF" w14:textId="77777777" w:rsidR="000A49A1" w:rsidRDefault="000A49A1" w:rsidP="004B0BF8"/>
          <w:p w14:paraId="478BE46D" w14:textId="42C7FB90" w:rsidR="000A49A1" w:rsidRDefault="00C010BE" w:rsidP="004B0BF8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138496" behindDoc="0" locked="0" layoutInCell="1" allowOverlap="1" wp14:anchorId="5DF40D52" wp14:editId="3D6C36E5">
                      <wp:simplePos x="0" y="0"/>
                      <wp:positionH relativeFrom="column">
                        <wp:posOffset>942975</wp:posOffset>
                      </wp:positionH>
                      <wp:positionV relativeFrom="paragraph">
                        <wp:posOffset>466725</wp:posOffset>
                      </wp:positionV>
                      <wp:extent cx="546100" cy="327660"/>
                      <wp:effectExtent l="57150" t="38100" r="44450" b="53340"/>
                      <wp:wrapNone/>
                      <wp:docPr id="914435801" name="Encre 91443580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3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46100" cy="3276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764B04F2" id="Encre 914435801" o:spid="_x0000_s1026" type="#_x0000_t75" style="position:absolute;margin-left:73.55pt;margin-top:36.05pt;width:44.4pt;height:27.2pt;z-index:2521384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">
                      <v:imagedata r:id="rId131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133376" behindDoc="0" locked="0" layoutInCell="1" allowOverlap="1" wp14:anchorId="3C4C0D3B" wp14:editId="1F6AE654">
                      <wp:simplePos x="0" y="0"/>
                      <wp:positionH relativeFrom="column">
                        <wp:posOffset>1442720</wp:posOffset>
                      </wp:positionH>
                      <wp:positionV relativeFrom="paragraph">
                        <wp:posOffset>360680</wp:posOffset>
                      </wp:positionV>
                      <wp:extent cx="759460" cy="487680"/>
                      <wp:effectExtent l="38100" t="38100" r="40640" b="45720"/>
                      <wp:wrapNone/>
                      <wp:docPr id="914435796" name="Encre 91443579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3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59460" cy="4876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0BA21925" id="Encre 914435796" o:spid="_x0000_s1026" type="#_x0000_t75" style="position:absolute;margin-left:112.9pt;margin-top:27.7pt;width:61.2pt;height:39.8pt;z-index:2521333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">
                      <v:imagedata r:id="rId133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111872" behindDoc="0" locked="0" layoutInCell="1" allowOverlap="1" wp14:anchorId="0396C113" wp14:editId="723BB216">
                      <wp:simplePos x="0" y="0"/>
                      <wp:positionH relativeFrom="column">
                        <wp:posOffset>1413601</wp:posOffset>
                      </wp:positionH>
                      <wp:positionV relativeFrom="paragraph">
                        <wp:posOffset>300538</wp:posOffset>
                      </wp:positionV>
                      <wp:extent cx="790920" cy="165600"/>
                      <wp:effectExtent l="38100" t="38100" r="28575" b="44450"/>
                      <wp:wrapNone/>
                      <wp:docPr id="914435775" name="Encre 91443577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3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90920" cy="1656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8AD991F" id="Encre 914435775" o:spid="_x0000_s1026" type="#_x0000_t75" style="position:absolute;margin-left:110.6pt;margin-top:22.95pt;width:63.7pt;height:14.5pt;z-index:2521118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">
                      <v:imagedata r:id="rId135" o:title=""/>
                    </v:shape>
                  </w:pict>
                </mc:Fallback>
              </mc:AlternateContent>
            </w:r>
            <w:r w:rsidR="000A49A1">
              <w:object w:dxaOrig="4008" w:dyaOrig="2208" w14:anchorId="719B1187">
                <v:shape id="_x0000_i1028" type="#_x0000_t75" style="width:200.35pt;height:110.6pt" o:ole="">
                  <v:imagedata r:id="rId126" o:title=""/>
                </v:shape>
                <o:OLEObject Type="Embed" ProgID="PBrush" ShapeID="_x0000_i1028" DrawAspect="Content" ObjectID="_1798359062" r:id="rId136"/>
              </w:object>
            </w:r>
          </w:p>
        </w:tc>
      </w:tr>
      <w:tr w:rsidR="000A49A1" w14:paraId="1B767EAA" w14:textId="77777777" w:rsidTr="004B0BF8">
        <w:tc>
          <w:tcPr>
            <w:tcW w:w="5433" w:type="dxa"/>
          </w:tcPr>
          <w:p w14:paraId="222F2717" w14:textId="77777777" w:rsidR="000A49A1" w:rsidRDefault="000A49A1" w:rsidP="004B0BF8">
            <w:r>
              <w:t xml:space="preserve">Quelle </w:t>
            </w:r>
            <w:proofErr w:type="spellStart"/>
            <w:r>
              <w:t>est</w:t>
            </w:r>
            <w:proofErr w:type="spellEnd"/>
            <w:r>
              <w:t xml:space="preserve"> la </w:t>
            </w:r>
            <w:proofErr w:type="spellStart"/>
            <w:r>
              <w:t>deuxième</w:t>
            </w:r>
            <w:proofErr w:type="spellEnd"/>
            <w:r>
              <w:t xml:space="preserve"> </w:t>
            </w:r>
            <w:proofErr w:type="spellStart"/>
            <w:r>
              <w:t>loi</w:t>
            </w:r>
            <w:proofErr w:type="spellEnd"/>
            <w:r>
              <w:t xml:space="preserve"> de </w:t>
            </w:r>
            <w:proofErr w:type="gramStart"/>
            <w:r>
              <w:t>Newton ?</w:t>
            </w:r>
            <w:proofErr w:type="gramEnd"/>
          </w:p>
          <w:p w14:paraId="1A5DB33F" w14:textId="77777777" w:rsidR="000A49A1" w:rsidRDefault="000A49A1" w:rsidP="004B0BF8"/>
          <w:p w14:paraId="290B4266" w14:textId="77777777" w:rsidR="000A49A1" w:rsidRDefault="000A49A1" w:rsidP="004B0BF8"/>
          <w:p w14:paraId="66B7095F" w14:textId="77777777" w:rsidR="000A49A1" w:rsidRDefault="000A49A1" w:rsidP="004B0BF8"/>
          <w:p w14:paraId="264B0159" w14:textId="77777777" w:rsidR="000A49A1" w:rsidRDefault="000A49A1" w:rsidP="004B0BF8"/>
          <w:p w14:paraId="058BA2D8" w14:textId="77777777" w:rsidR="000A49A1" w:rsidRDefault="000A49A1" w:rsidP="004B0BF8"/>
          <w:p w14:paraId="7C801B7E" w14:textId="77777777" w:rsidR="000A49A1" w:rsidRDefault="000A49A1" w:rsidP="004B0BF8"/>
          <w:p w14:paraId="2B8BAEBD" w14:textId="77777777" w:rsidR="000A49A1" w:rsidRDefault="000A49A1" w:rsidP="004B0BF8"/>
          <w:p w14:paraId="37C739C9" w14:textId="77777777" w:rsidR="000A49A1" w:rsidRDefault="000A49A1" w:rsidP="004B0BF8"/>
          <w:p w14:paraId="402F18B5" w14:textId="77777777" w:rsidR="000A49A1" w:rsidRDefault="000A49A1" w:rsidP="004B0BF8"/>
          <w:p w14:paraId="77E93606" w14:textId="776962A0" w:rsidR="000A49A1" w:rsidRDefault="000A49A1" w:rsidP="004B0BF8"/>
        </w:tc>
        <w:tc>
          <w:tcPr>
            <w:tcW w:w="5448" w:type="dxa"/>
          </w:tcPr>
          <w:p w14:paraId="14A84C89" w14:textId="1006E03D" w:rsidR="000A49A1" w:rsidRDefault="00C010BE" w:rsidP="004B0BF8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204032" behindDoc="0" locked="0" layoutInCell="1" allowOverlap="1" wp14:anchorId="1B4400E2" wp14:editId="2C49D1A5">
                      <wp:simplePos x="0" y="0"/>
                      <wp:positionH relativeFrom="column">
                        <wp:posOffset>2538730</wp:posOffset>
                      </wp:positionH>
                      <wp:positionV relativeFrom="paragraph">
                        <wp:posOffset>83820</wp:posOffset>
                      </wp:positionV>
                      <wp:extent cx="100310" cy="132715"/>
                      <wp:effectExtent l="38100" t="38100" r="52705" b="57785"/>
                      <wp:wrapNone/>
                      <wp:docPr id="914435865" name="Encre 91443586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3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00310" cy="13271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016B9543" id="Encre 914435865" o:spid="_x0000_s1026" type="#_x0000_t75" style="position:absolute;margin-left:199.2pt;margin-top:5.9pt;width:9.35pt;height:11.85pt;z-index:2522040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">
                      <v:imagedata r:id="rId138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198912" behindDoc="0" locked="0" layoutInCell="1" allowOverlap="1" wp14:anchorId="4AE8E4CC" wp14:editId="6C6D682E">
                      <wp:simplePos x="0" y="0"/>
                      <wp:positionH relativeFrom="column">
                        <wp:posOffset>2108835</wp:posOffset>
                      </wp:positionH>
                      <wp:positionV relativeFrom="paragraph">
                        <wp:posOffset>125730</wp:posOffset>
                      </wp:positionV>
                      <wp:extent cx="361360" cy="70485"/>
                      <wp:effectExtent l="38100" t="38100" r="635" b="43815"/>
                      <wp:wrapNone/>
                      <wp:docPr id="914435860" name="Encre 91443586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3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61360" cy="7048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4F2E63AF" id="Encre 914435860" o:spid="_x0000_s1026" type="#_x0000_t75" style="position:absolute;margin-left:165.35pt;margin-top:9.2pt;width:29.85pt;height:6.95pt;z-index:2521989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">
                      <v:imagedata r:id="rId140" o:title=""/>
                    </v:shape>
                  </w:pict>
                </mc:Fallback>
              </mc:AlternateContent>
            </w:r>
          </w:p>
          <w:p w14:paraId="131E870F" w14:textId="4C213EAB" w:rsidR="00D23C19" w:rsidRDefault="00C010BE" w:rsidP="004B0BF8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154880" behindDoc="0" locked="0" layoutInCell="1" allowOverlap="1" wp14:anchorId="499AFB85" wp14:editId="4CD8BB94">
                      <wp:simplePos x="0" y="0"/>
                      <wp:positionH relativeFrom="column">
                        <wp:posOffset>1771015</wp:posOffset>
                      </wp:positionH>
                      <wp:positionV relativeFrom="paragraph">
                        <wp:posOffset>-113030</wp:posOffset>
                      </wp:positionV>
                      <wp:extent cx="376525" cy="543280"/>
                      <wp:effectExtent l="38100" t="57150" r="43180" b="47625"/>
                      <wp:wrapNone/>
                      <wp:docPr id="914435817" name="Encre 91443581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4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76525" cy="5432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7586492E" id="Encre 914435817" o:spid="_x0000_s1026" type="#_x0000_t75" style="position:absolute;margin-left:138.75pt;margin-top:-9.6pt;width:31.1pt;height:44.2pt;z-index:2521548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">
                      <v:imagedata r:id="rId142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156928" behindDoc="0" locked="0" layoutInCell="1" allowOverlap="1" wp14:anchorId="284ECB73" wp14:editId="0A8E228A">
                      <wp:simplePos x="0" y="0"/>
                      <wp:positionH relativeFrom="column">
                        <wp:posOffset>194945</wp:posOffset>
                      </wp:positionH>
                      <wp:positionV relativeFrom="paragraph">
                        <wp:posOffset>-57785</wp:posOffset>
                      </wp:positionV>
                      <wp:extent cx="904385" cy="330200"/>
                      <wp:effectExtent l="38100" t="38100" r="10160" b="50800"/>
                      <wp:wrapNone/>
                      <wp:docPr id="914435819" name="Encre 91443581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4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904385" cy="3302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0358D44" id="Encre 914435819" o:spid="_x0000_s1026" type="#_x0000_t75" style="position:absolute;margin-left:14.65pt;margin-top:-5.25pt;width:72.6pt;height:27.4pt;z-index:2521569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">
                      <v:imagedata r:id="rId144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146688" behindDoc="0" locked="0" layoutInCell="1" allowOverlap="1" wp14:anchorId="7A4F047A" wp14:editId="6C314355">
                      <wp:simplePos x="0" y="0"/>
                      <wp:positionH relativeFrom="column">
                        <wp:posOffset>1287601</wp:posOffset>
                      </wp:positionH>
                      <wp:positionV relativeFrom="paragraph">
                        <wp:posOffset>106338</wp:posOffset>
                      </wp:positionV>
                      <wp:extent cx="217800" cy="93240"/>
                      <wp:effectExtent l="38100" t="38100" r="49530" b="40640"/>
                      <wp:wrapNone/>
                      <wp:docPr id="914435809" name="Encre 91443580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4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17800" cy="932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D2FC7F0" id="Encre 914435809" o:spid="_x0000_s1026" type="#_x0000_t75" style="position:absolute;margin-left:100.7pt;margin-top:7.65pt;width:18.6pt;height:8.8pt;z-index:2521466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">
                      <v:imagedata r:id="rId146" o:title=""/>
                    </v:shape>
                  </w:pict>
                </mc:Fallback>
              </mc:AlternateContent>
            </w:r>
          </w:p>
          <w:p w14:paraId="6EE22B1C" w14:textId="6E830D73" w:rsidR="00D23C19" w:rsidRDefault="00C010BE" w:rsidP="004B0BF8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155904" behindDoc="0" locked="0" layoutInCell="1" allowOverlap="1" wp14:anchorId="53CFD2AF" wp14:editId="31A10D75">
                      <wp:simplePos x="0" y="0"/>
                      <wp:positionH relativeFrom="column">
                        <wp:posOffset>969010</wp:posOffset>
                      </wp:positionH>
                      <wp:positionV relativeFrom="paragraph">
                        <wp:posOffset>-26035</wp:posOffset>
                      </wp:positionV>
                      <wp:extent cx="130175" cy="66890"/>
                      <wp:effectExtent l="38100" t="38100" r="41275" b="47625"/>
                      <wp:wrapNone/>
                      <wp:docPr id="914435818" name="Encre 91443581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4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30175" cy="6689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717711CE" id="Encre 914435818" o:spid="_x0000_s1026" type="#_x0000_t75" style="position:absolute;margin-left:75.6pt;margin-top:-2.75pt;width:11.65pt;height:6.65pt;z-index:2521559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">
                      <v:imagedata r:id="rId148" o:title=""/>
                    </v:shape>
                  </w:pict>
                </mc:Fallback>
              </mc:AlternateContent>
            </w:r>
          </w:p>
          <w:p w14:paraId="1A24F821" w14:textId="46F40263" w:rsidR="00D23C19" w:rsidRDefault="00C010BE" w:rsidP="004B0BF8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197888" behindDoc="0" locked="0" layoutInCell="1" allowOverlap="1" wp14:anchorId="59DE0238" wp14:editId="6C78AC0D">
                      <wp:simplePos x="0" y="0"/>
                      <wp:positionH relativeFrom="column">
                        <wp:posOffset>2201545</wp:posOffset>
                      </wp:positionH>
                      <wp:positionV relativeFrom="paragraph">
                        <wp:posOffset>-10160</wp:posOffset>
                      </wp:positionV>
                      <wp:extent cx="281715" cy="73015"/>
                      <wp:effectExtent l="38100" t="38100" r="42545" b="41910"/>
                      <wp:wrapNone/>
                      <wp:docPr id="914435859" name="Encre 91443585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4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81715" cy="7301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4A6EC261" id="Encre 914435859" o:spid="_x0000_s1026" type="#_x0000_t75" style="position:absolute;margin-left:172.65pt;margin-top:-1.5pt;width:23.6pt;height:7.2pt;z-index:2521978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">
                      <v:imagedata r:id="rId150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189696" behindDoc="0" locked="0" layoutInCell="1" allowOverlap="1" wp14:anchorId="566E1D45" wp14:editId="56000F66">
                      <wp:simplePos x="0" y="0"/>
                      <wp:positionH relativeFrom="column">
                        <wp:posOffset>1322521</wp:posOffset>
                      </wp:positionH>
                      <wp:positionV relativeFrom="paragraph">
                        <wp:posOffset>-43122</wp:posOffset>
                      </wp:positionV>
                      <wp:extent cx="97560" cy="245160"/>
                      <wp:effectExtent l="38100" t="38100" r="17145" b="40640"/>
                      <wp:wrapNone/>
                      <wp:docPr id="914435851" name="Encre 91443585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5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97560" cy="2451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3D95CEAC" id="Encre 914435851" o:spid="_x0000_s1026" type="#_x0000_t75" style="position:absolute;margin-left:103.45pt;margin-top:-4.1pt;width:9.1pt;height:20.7pt;z-index:252189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">
                      <v:imagedata r:id="rId152" o:title=""/>
                    </v:shape>
                  </w:pict>
                </mc:Fallback>
              </mc:AlternateContent>
            </w:r>
          </w:p>
          <w:p w14:paraId="685B18F4" w14:textId="386B1F22" w:rsidR="00D23C19" w:rsidRDefault="00D23C19" w:rsidP="004B0BF8"/>
          <w:p w14:paraId="6CF7F8BA" w14:textId="3378FFDB" w:rsidR="00D23C19" w:rsidRDefault="00C010BE" w:rsidP="004B0BF8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199936" behindDoc="0" locked="0" layoutInCell="1" allowOverlap="1" wp14:anchorId="45C63A83" wp14:editId="3C42977C">
                      <wp:simplePos x="0" y="0"/>
                      <wp:positionH relativeFrom="column">
                        <wp:posOffset>1201420</wp:posOffset>
                      </wp:positionH>
                      <wp:positionV relativeFrom="paragraph">
                        <wp:posOffset>-31115</wp:posOffset>
                      </wp:positionV>
                      <wp:extent cx="364450" cy="88660"/>
                      <wp:effectExtent l="38100" t="38100" r="55245" b="45085"/>
                      <wp:wrapNone/>
                      <wp:docPr id="914435861" name="Encre 91443586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5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64450" cy="886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4E623E8D" id="Encre 914435861" o:spid="_x0000_s1026" type="#_x0000_t75" style="position:absolute;margin-left:93.9pt;margin-top:-3.15pt;width:30.15pt;height:8.4pt;z-index:2521999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">
                      <v:imagedata r:id="rId154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200960" behindDoc="0" locked="0" layoutInCell="1" allowOverlap="1" wp14:anchorId="3CEB5D7F" wp14:editId="61BA43BD">
                      <wp:simplePos x="0" y="0"/>
                      <wp:positionH relativeFrom="column">
                        <wp:posOffset>170815</wp:posOffset>
                      </wp:positionH>
                      <wp:positionV relativeFrom="paragraph">
                        <wp:posOffset>-247015</wp:posOffset>
                      </wp:positionV>
                      <wp:extent cx="438150" cy="566420"/>
                      <wp:effectExtent l="19050" t="38100" r="38100" b="43180"/>
                      <wp:wrapNone/>
                      <wp:docPr id="914435862" name="Encre 91443586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5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438150" cy="5664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3CB35D40" id="Encre 914435862" o:spid="_x0000_s1026" type="#_x0000_t75" style="position:absolute;margin-left:12.75pt;margin-top:-20.15pt;width:35.9pt;height:46pt;z-index:2522009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">
                      <v:imagedata r:id="rId156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179456" behindDoc="0" locked="0" layoutInCell="1" allowOverlap="1" wp14:anchorId="19302F5A" wp14:editId="6715C775">
                      <wp:simplePos x="0" y="0"/>
                      <wp:positionH relativeFrom="column">
                        <wp:posOffset>1771015</wp:posOffset>
                      </wp:positionH>
                      <wp:positionV relativeFrom="paragraph">
                        <wp:posOffset>-167005</wp:posOffset>
                      </wp:positionV>
                      <wp:extent cx="1059815" cy="575155"/>
                      <wp:effectExtent l="38100" t="57150" r="45085" b="53975"/>
                      <wp:wrapNone/>
                      <wp:docPr id="914435841" name="Encre 91443584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5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059815" cy="57515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CAF1EAD" id="Encre 914435841" o:spid="_x0000_s1026" type="#_x0000_t75" style="position:absolute;margin-left:138.75pt;margin-top:-13.85pt;width:84.85pt;height:46.75pt;z-index:252179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">
                      <v:imagedata r:id="rId158" o:title=""/>
                    </v:shape>
                  </w:pict>
                </mc:Fallback>
              </mc:AlternateContent>
            </w:r>
          </w:p>
          <w:p w14:paraId="333D74CC" w14:textId="23AA6ECF" w:rsidR="00D23C19" w:rsidRDefault="00C010BE" w:rsidP="004B0BF8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192768" behindDoc="0" locked="0" layoutInCell="1" allowOverlap="1" wp14:anchorId="7A5392C1" wp14:editId="1FC419AA">
                      <wp:simplePos x="0" y="0"/>
                      <wp:positionH relativeFrom="column">
                        <wp:posOffset>1227841</wp:posOffset>
                      </wp:positionH>
                      <wp:positionV relativeFrom="paragraph">
                        <wp:posOffset>-17652</wp:posOffset>
                      </wp:positionV>
                      <wp:extent cx="207360" cy="234360"/>
                      <wp:effectExtent l="38100" t="57150" r="21590" b="51435"/>
                      <wp:wrapNone/>
                      <wp:docPr id="914435854" name="Encre 91443585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5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07360" cy="2343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6B336362" id="Encre 914435854" o:spid="_x0000_s1026" type="#_x0000_t75" style="position:absolute;margin-left:96pt;margin-top:-2.1pt;width:17.75pt;height:19.85pt;z-index:2521927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">
                      <v:imagedata r:id="rId160" o:title=""/>
                    </v:shape>
                  </w:pict>
                </mc:Fallback>
              </mc:AlternateContent>
            </w:r>
          </w:p>
          <w:p w14:paraId="116FA015" w14:textId="7F21CA2C" w:rsidR="00D23C19" w:rsidRDefault="00D23C19" w:rsidP="004B0BF8"/>
          <w:p w14:paraId="437FB5F9" w14:textId="77777777" w:rsidR="00D23C19" w:rsidRDefault="00D23C19" w:rsidP="004B0BF8"/>
          <w:p w14:paraId="40CFD2A8" w14:textId="77777777" w:rsidR="00D23C19" w:rsidRDefault="00D23C19" w:rsidP="004B0BF8"/>
          <w:p w14:paraId="1B6054F7" w14:textId="77777777" w:rsidR="00D23C19" w:rsidRDefault="00D23C19" w:rsidP="004B0BF8"/>
          <w:p w14:paraId="48CA7EFD" w14:textId="77777777" w:rsidR="00D23C19" w:rsidRDefault="00D23C19" w:rsidP="004B0BF8"/>
        </w:tc>
      </w:tr>
      <w:tr w:rsidR="000A49A1" w14:paraId="1297CAB1" w14:textId="77777777" w:rsidTr="004B0BF8">
        <w:tc>
          <w:tcPr>
            <w:tcW w:w="5433" w:type="dxa"/>
          </w:tcPr>
          <w:p w14:paraId="0F3F8139" w14:textId="77777777" w:rsidR="000A49A1" w:rsidRDefault="000A49A1" w:rsidP="004B0BF8">
            <w:proofErr w:type="spellStart"/>
            <w:r>
              <w:t>Quel</w:t>
            </w:r>
            <w:proofErr w:type="spellEnd"/>
            <w:r>
              <w:t xml:space="preserve"> </w:t>
            </w:r>
            <w:proofErr w:type="spellStart"/>
            <w:r>
              <w:t>est</w:t>
            </w:r>
            <w:proofErr w:type="spellEnd"/>
            <w:r>
              <w:t xml:space="preserve"> le role de la masse sur le movement d’un </w:t>
            </w:r>
            <w:proofErr w:type="spellStart"/>
            <w:proofErr w:type="gramStart"/>
            <w:r>
              <w:t>système</w:t>
            </w:r>
            <w:proofErr w:type="spellEnd"/>
            <w:r>
              <w:t xml:space="preserve"> ?</w:t>
            </w:r>
            <w:proofErr w:type="gramEnd"/>
            <w:r>
              <w:t xml:space="preserve"> </w:t>
            </w:r>
          </w:p>
          <w:p w14:paraId="31BCDB65" w14:textId="77777777" w:rsidR="000A49A1" w:rsidRDefault="000A49A1" w:rsidP="004B0BF8"/>
          <w:p w14:paraId="7B9692FB" w14:textId="77777777" w:rsidR="000A49A1" w:rsidRDefault="000A49A1" w:rsidP="004B0BF8"/>
          <w:p w14:paraId="1F5103FD" w14:textId="77777777" w:rsidR="000A49A1" w:rsidRDefault="000A49A1" w:rsidP="004B0BF8"/>
          <w:p w14:paraId="2C8E9203" w14:textId="32F7674C" w:rsidR="000A49A1" w:rsidRDefault="000A49A1" w:rsidP="004B0BF8"/>
        </w:tc>
        <w:tc>
          <w:tcPr>
            <w:tcW w:w="5448" w:type="dxa"/>
          </w:tcPr>
          <w:p w14:paraId="4E41CC75" w14:textId="7659022C" w:rsidR="000A49A1" w:rsidRDefault="00C010BE" w:rsidP="004B0BF8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209152" behindDoc="0" locked="0" layoutInCell="1" allowOverlap="1" wp14:anchorId="4D1CBE1F" wp14:editId="222F45CF">
                      <wp:simplePos x="0" y="0"/>
                      <wp:positionH relativeFrom="column">
                        <wp:posOffset>-37465</wp:posOffset>
                      </wp:positionH>
                      <wp:positionV relativeFrom="paragraph">
                        <wp:posOffset>43180</wp:posOffset>
                      </wp:positionV>
                      <wp:extent cx="873060" cy="275755"/>
                      <wp:effectExtent l="38100" t="57150" r="3810" b="48260"/>
                      <wp:wrapNone/>
                      <wp:docPr id="914435870" name="Encre 91443587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6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873060" cy="27575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6599FAFA" id="Encre 914435870" o:spid="_x0000_s1026" type="#_x0000_t75" style="position:absolute;margin-left:-3.65pt;margin-top:2.7pt;width:70.2pt;height:23.1pt;z-index:2522091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">
                      <v:imagedata r:id="rId162" o:title=""/>
                    </v:shape>
                  </w:pict>
                </mc:Fallback>
              </mc:AlternateContent>
            </w:r>
          </w:p>
          <w:p w14:paraId="32BAF335" w14:textId="1741BC1B" w:rsidR="00D23C19" w:rsidRDefault="00D23C19" w:rsidP="004B0BF8"/>
          <w:p w14:paraId="2F06F35B" w14:textId="20FD40F6" w:rsidR="00D23C19" w:rsidRDefault="00D23C19" w:rsidP="004B0BF8"/>
          <w:p w14:paraId="3DCFD7B1" w14:textId="76C9C9DB" w:rsidR="00D23C19" w:rsidRDefault="00C010BE" w:rsidP="004B0BF8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264448" behindDoc="0" locked="0" layoutInCell="1" allowOverlap="1" wp14:anchorId="73367681" wp14:editId="3E64C25D">
                      <wp:simplePos x="0" y="0"/>
                      <wp:positionH relativeFrom="column">
                        <wp:posOffset>48260</wp:posOffset>
                      </wp:positionH>
                      <wp:positionV relativeFrom="paragraph">
                        <wp:posOffset>-453390</wp:posOffset>
                      </wp:positionV>
                      <wp:extent cx="2880995" cy="1114425"/>
                      <wp:effectExtent l="38100" t="38100" r="33655" b="47625"/>
                      <wp:wrapNone/>
                      <wp:docPr id="914435924" name="Encre 91443592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6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880995" cy="111442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336ADFD9" id="Encre 914435924" o:spid="_x0000_s1026" type="#_x0000_t75" style="position:absolute;margin-left:3.1pt;margin-top:-36.4pt;width:228.25pt;height:89.15pt;z-index:2522644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">
                      <v:imagedata r:id="rId164" o:title=""/>
                    </v:shape>
                  </w:pict>
                </mc:Fallback>
              </mc:AlternateContent>
            </w:r>
          </w:p>
          <w:p w14:paraId="32F56C7A" w14:textId="181EC235" w:rsidR="00D23C19" w:rsidRDefault="00D23C19" w:rsidP="004B0BF8"/>
          <w:p w14:paraId="596978C2" w14:textId="38F193AF" w:rsidR="00D23C19" w:rsidRDefault="00D23C19" w:rsidP="004B0BF8"/>
          <w:p w14:paraId="4E18CE33" w14:textId="2742C625" w:rsidR="00D23C19" w:rsidRDefault="00D23C19" w:rsidP="004B0BF8"/>
          <w:p w14:paraId="4DC5435B" w14:textId="77777777" w:rsidR="00D23C19" w:rsidRDefault="00D23C19" w:rsidP="004B0BF8"/>
          <w:p w14:paraId="74844D56" w14:textId="77777777" w:rsidR="00D23C19" w:rsidRDefault="00D23C19" w:rsidP="004B0BF8"/>
        </w:tc>
      </w:tr>
    </w:tbl>
    <w:p w14:paraId="55449E3A" w14:textId="61254392" w:rsidR="00681DAC" w:rsidRDefault="00C010BE" w:rsidP="004B0BF8">
      <w:r>
        <w:rPr>
          <w:noProof/>
        </w:rPr>
        <mc:AlternateContent>
          <mc:Choice Requires="wpi">
            <w:drawing>
              <wp:anchor distT="0" distB="0" distL="114300" distR="114300" simplePos="0" relativeHeight="252139520" behindDoc="0" locked="0" layoutInCell="1" allowOverlap="1" wp14:anchorId="6D9E2834" wp14:editId="336D225A">
                <wp:simplePos x="0" y="0"/>
                <wp:positionH relativeFrom="column">
                  <wp:posOffset>-789769</wp:posOffset>
                </wp:positionH>
                <wp:positionV relativeFrom="paragraph">
                  <wp:posOffset>-3533772</wp:posOffset>
                </wp:positionV>
                <wp:extent cx="360" cy="360"/>
                <wp:effectExtent l="38100" t="38100" r="57150" b="57150"/>
                <wp:wrapNone/>
                <wp:docPr id="914435802" name="Encre 91443580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5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D551F91" id="Encre 914435802" o:spid="_x0000_s1026" type="#_x0000_t75" style="position:absolute;margin-left:-62.9pt;margin-top:-278.95pt;width:1.45pt;height:1.45pt;z-index:2521395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">
                <v:imagedata r:id="rId166" o:title=""/>
              </v:shape>
            </w:pict>
          </mc:Fallback>
        </mc:AlternateContent>
      </w:r>
      <w:r w:rsidR="009116CF">
        <w:rPr>
          <w:noProof/>
        </w:rPr>
        <mc:AlternateContent>
          <mc:Choice Requires="wpi">
            <w:drawing>
              <wp:anchor distT="0" distB="0" distL="114300" distR="114300" simplePos="0" relativeHeight="251999232" behindDoc="0" locked="0" layoutInCell="1" allowOverlap="1" wp14:anchorId="787921C0" wp14:editId="0C363C4B">
                <wp:simplePos x="0" y="0"/>
                <wp:positionH relativeFrom="column">
                  <wp:posOffset>5067300</wp:posOffset>
                </wp:positionH>
                <wp:positionV relativeFrom="paragraph">
                  <wp:posOffset>-8188960</wp:posOffset>
                </wp:positionV>
                <wp:extent cx="180000" cy="191770"/>
                <wp:effectExtent l="38100" t="38100" r="29845" b="55880"/>
                <wp:wrapNone/>
                <wp:docPr id="914435665" name="Encre 91443566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7">
                      <w14:nvContentPartPr>
                        <w14:cNvContentPartPr/>
                      </w14:nvContentPartPr>
                      <w14:xfrm>
                        <a:off x="0" y="0"/>
                        <a:ext cx="180000" cy="1917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40FA9AE" id="Encre 914435665" o:spid="_x0000_s1026" type="#_x0000_t75" style="position:absolute;margin-left:398.3pt;margin-top:-645.5pt;width:15.55pt;height:16.5pt;z-index:2519992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">
                <v:imagedata r:id="rId168" o:title=""/>
              </v:shape>
            </w:pict>
          </mc:Fallback>
        </mc:AlternateContent>
      </w:r>
    </w:p>
    <w:sectPr w:rsidR="00681DAC" w:rsidSect="00681DAC">
      <w:pgSz w:w="12240" w:h="15840"/>
      <w:pgMar w:top="284" w:right="474" w:bottom="709" w:left="993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enumros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enumros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epuces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epuces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enumros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epuce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4"/>
  <w:proofState w:spelling="clean" w:grammar="clean"/>
  <w:defaultTabStop w:val="720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34616"/>
    <w:rsid w:val="0006063C"/>
    <w:rsid w:val="000A49A1"/>
    <w:rsid w:val="0015074B"/>
    <w:rsid w:val="0029639D"/>
    <w:rsid w:val="002F3539"/>
    <w:rsid w:val="00326F90"/>
    <w:rsid w:val="00477B25"/>
    <w:rsid w:val="004B0BF8"/>
    <w:rsid w:val="00583010"/>
    <w:rsid w:val="00681DAC"/>
    <w:rsid w:val="009116CF"/>
    <w:rsid w:val="009E4DD8"/>
    <w:rsid w:val="009F3CC3"/>
    <w:rsid w:val="00AA1D8D"/>
    <w:rsid w:val="00B47730"/>
    <w:rsid w:val="00C010BE"/>
    <w:rsid w:val="00CB0664"/>
    <w:rsid w:val="00D23C19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5E830208"/>
  <w14:defaultImageDpi w14:val="300"/>
  <w15:docId w15:val="{2848D4CC-7B86-4CC6-BA9D-D9B83A43CD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Titre1">
    <w:name w:val="heading 1"/>
    <w:basedOn w:val="Normal"/>
    <w:next w:val="Normal"/>
    <w:link w:val="Titre1C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itre2">
    <w:name w:val="heading 2"/>
    <w:basedOn w:val="Normal"/>
    <w:next w:val="Normal"/>
    <w:link w:val="Titre2C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itre3">
    <w:name w:val="heading 3"/>
    <w:basedOn w:val="Normal"/>
    <w:next w:val="Normal"/>
    <w:link w:val="Titre3C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E618BF"/>
  </w:style>
  <w:style w:type="paragraph" w:styleId="Pieddepage">
    <w:name w:val="footer"/>
    <w:basedOn w:val="Normal"/>
    <w:link w:val="PieddepageC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E618BF"/>
  </w:style>
  <w:style w:type="paragraph" w:styleId="Sansinterligne">
    <w:name w:val="No Spacing"/>
    <w:uiPriority w:val="1"/>
    <w:qFormat/>
    <w:rsid w:val="00FC693F"/>
    <w:pPr>
      <w:spacing w:after="0" w:line="240" w:lineRule="auto"/>
    </w:pPr>
  </w:style>
  <w:style w:type="character" w:customStyle="1" w:styleId="Titre1Car">
    <w:name w:val="Titre 1 Car"/>
    <w:basedOn w:val="Policepardfaut"/>
    <w:link w:val="Titre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itre2Car">
    <w:name w:val="Titre 2 Car"/>
    <w:basedOn w:val="Policepardfaut"/>
    <w:link w:val="Titre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itre3Car">
    <w:name w:val="Titre 3 Car"/>
    <w:basedOn w:val="Policepardfaut"/>
    <w:link w:val="Titre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re">
    <w:name w:val="Title"/>
    <w:basedOn w:val="Normal"/>
    <w:next w:val="Normal"/>
    <w:link w:val="TitreC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reCar">
    <w:name w:val="Titre Car"/>
    <w:basedOn w:val="Policepardfaut"/>
    <w:link w:val="Titr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ous-titreCar">
    <w:name w:val="Sous-titre Car"/>
    <w:basedOn w:val="Policepardfaut"/>
    <w:link w:val="Sous-titr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Paragraphedeliste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Corpsdetexte">
    <w:name w:val="Body Text"/>
    <w:basedOn w:val="Normal"/>
    <w:link w:val="CorpsdetexteCar"/>
    <w:uiPriority w:val="99"/>
    <w:unhideWhenUsed/>
    <w:rsid w:val="00AA1D8D"/>
    <w:pPr>
      <w:spacing w:after="120"/>
    </w:pPr>
  </w:style>
  <w:style w:type="character" w:customStyle="1" w:styleId="CorpsdetexteCar">
    <w:name w:val="Corps de texte Car"/>
    <w:basedOn w:val="Policepardfaut"/>
    <w:link w:val="Corpsdetexte"/>
    <w:uiPriority w:val="99"/>
    <w:rsid w:val="00AA1D8D"/>
  </w:style>
  <w:style w:type="paragraph" w:styleId="Corpsdetexte2">
    <w:name w:val="Body Text 2"/>
    <w:basedOn w:val="Normal"/>
    <w:link w:val="Corpsdetexte2Car"/>
    <w:uiPriority w:val="99"/>
    <w:unhideWhenUsed/>
    <w:rsid w:val="00AA1D8D"/>
    <w:pPr>
      <w:spacing w:after="120" w:line="480" w:lineRule="auto"/>
    </w:pPr>
  </w:style>
  <w:style w:type="character" w:customStyle="1" w:styleId="Corpsdetexte2Car">
    <w:name w:val="Corps de texte 2 Car"/>
    <w:basedOn w:val="Policepardfaut"/>
    <w:link w:val="Corpsdetexte2"/>
    <w:uiPriority w:val="99"/>
    <w:rsid w:val="00AA1D8D"/>
  </w:style>
  <w:style w:type="paragraph" w:styleId="Corpsdetexte3">
    <w:name w:val="Body Text 3"/>
    <w:basedOn w:val="Normal"/>
    <w:link w:val="Corpsdetexte3C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Corpsdetexte3Car">
    <w:name w:val="Corps de texte 3 Car"/>
    <w:basedOn w:val="Policepardfaut"/>
    <w:link w:val="Corpsdetexte3"/>
    <w:uiPriority w:val="99"/>
    <w:rsid w:val="00AA1D8D"/>
    <w:rPr>
      <w:sz w:val="16"/>
      <w:szCs w:val="16"/>
    </w:rPr>
  </w:style>
  <w:style w:type="paragraph" w:styleId="Liste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e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e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epuces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epuces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epuces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enumros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enumros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enumros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e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e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e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Textedemacro">
    <w:name w:val="macro"/>
    <w:link w:val="TextedemacroC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TextedemacroCar">
    <w:name w:val="Texte de macro Car"/>
    <w:basedOn w:val="Policepardfaut"/>
    <w:link w:val="Textedemacro"/>
    <w:uiPriority w:val="99"/>
    <w:rsid w:val="0029639D"/>
    <w:rPr>
      <w:rFonts w:ascii="Courier" w:hAnsi="Courier"/>
      <w:sz w:val="20"/>
      <w:szCs w:val="20"/>
    </w:rPr>
  </w:style>
  <w:style w:type="paragraph" w:styleId="Citation">
    <w:name w:val="Quote"/>
    <w:basedOn w:val="Normal"/>
    <w:next w:val="Normal"/>
    <w:link w:val="CitationCar"/>
    <w:uiPriority w:val="29"/>
    <w:qFormat/>
    <w:rsid w:val="00FC693F"/>
    <w:rPr>
      <w:i/>
      <w:iCs/>
      <w:color w:val="000000" w:themeColor="text1"/>
    </w:rPr>
  </w:style>
  <w:style w:type="character" w:customStyle="1" w:styleId="CitationCar">
    <w:name w:val="Citation Car"/>
    <w:basedOn w:val="Policepardfaut"/>
    <w:link w:val="Citation"/>
    <w:uiPriority w:val="29"/>
    <w:rsid w:val="00FC693F"/>
    <w:rPr>
      <w:i/>
      <w:iCs/>
      <w:color w:val="000000" w:themeColor="text1"/>
    </w:rPr>
  </w:style>
  <w:style w:type="character" w:customStyle="1" w:styleId="Titre4Car">
    <w:name w:val="Titre 4 Car"/>
    <w:basedOn w:val="Policepardfaut"/>
    <w:link w:val="Titre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itre5Car">
    <w:name w:val="Titre 5 Car"/>
    <w:basedOn w:val="Policepardfaut"/>
    <w:link w:val="Titre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Titre6Car">
    <w:name w:val="Titre 6 Car"/>
    <w:basedOn w:val="Policepardfaut"/>
    <w:link w:val="Titre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Titre7Car">
    <w:name w:val="Titre 7 Car"/>
    <w:basedOn w:val="Policepardfaut"/>
    <w:link w:val="Titre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itre8Car">
    <w:name w:val="Titre 8 Car"/>
    <w:basedOn w:val="Policepardfaut"/>
    <w:link w:val="Titre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Titre9Car">
    <w:name w:val="Titre 9 Car"/>
    <w:basedOn w:val="Policepardfaut"/>
    <w:link w:val="Titre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Lgende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lev">
    <w:name w:val="Strong"/>
    <w:basedOn w:val="Policepardfaut"/>
    <w:uiPriority w:val="22"/>
    <w:qFormat/>
    <w:rsid w:val="00FC693F"/>
    <w:rPr>
      <w:b/>
      <w:bCs/>
    </w:rPr>
  </w:style>
  <w:style w:type="character" w:styleId="Accentuation">
    <w:name w:val="Emphasis"/>
    <w:basedOn w:val="Policepardfaut"/>
    <w:uiPriority w:val="20"/>
    <w:qFormat/>
    <w:rsid w:val="00FC693F"/>
    <w:rPr>
      <w:i/>
      <w:iCs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FC693F"/>
    <w:rPr>
      <w:b/>
      <w:bCs/>
      <w:i/>
      <w:iCs/>
      <w:color w:val="4F81BD" w:themeColor="accent1"/>
    </w:rPr>
  </w:style>
  <w:style w:type="character" w:styleId="Accentuationlgre">
    <w:name w:val="Subtle Emphasis"/>
    <w:basedOn w:val="Policepardfaut"/>
    <w:uiPriority w:val="19"/>
    <w:qFormat/>
    <w:rsid w:val="00FC693F"/>
    <w:rPr>
      <w:i/>
      <w:iCs/>
      <w:color w:val="808080" w:themeColor="text1" w:themeTint="7F"/>
    </w:rPr>
  </w:style>
  <w:style w:type="character" w:styleId="Accentuationintense">
    <w:name w:val="Intense Emphasis"/>
    <w:basedOn w:val="Policepardfaut"/>
    <w:uiPriority w:val="21"/>
    <w:qFormat/>
    <w:rsid w:val="00FC693F"/>
    <w:rPr>
      <w:b/>
      <w:bCs/>
      <w:i/>
      <w:iCs/>
      <w:color w:val="4F81BD" w:themeColor="accent1"/>
    </w:rPr>
  </w:style>
  <w:style w:type="character" w:styleId="Rfrencelgre">
    <w:name w:val="Subtle Reference"/>
    <w:basedOn w:val="Policepardfaut"/>
    <w:uiPriority w:val="31"/>
    <w:qFormat/>
    <w:rsid w:val="00FC693F"/>
    <w:rPr>
      <w:smallCaps/>
      <w:color w:val="C0504D" w:themeColor="accent2"/>
      <w:u w:val="single"/>
    </w:rPr>
  </w:style>
  <w:style w:type="character" w:styleId="Rfrenceintense">
    <w:name w:val="Intense Reference"/>
    <w:basedOn w:val="Policepardfau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Titredulivre">
    <w:name w:val="Book Title"/>
    <w:basedOn w:val="Policepardfaut"/>
    <w:uiPriority w:val="33"/>
    <w:qFormat/>
    <w:rsid w:val="00FC693F"/>
    <w:rPr>
      <w:b/>
      <w:bCs/>
      <w:smallCaps/>
      <w:spacing w:val="5"/>
    </w:rPr>
  </w:style>
  <w:style w:type="paragraph" w:styleId="En-ttedetabledesmatires">
    <w:name w:val="TOC Heading"/>
    <w:basedOn w:val="Titre1"/>
    <w:next w:val="Normal"/>
    <w:uiPriority w:val="39"/>
    <w:semiHidden/>
    <w:unhideWhenUsed/>
    <w:qFormat/>
    <w:rsid w:val="00FC693F"/>
    <w:pPr>
      <w:outlineLvl w:val="9"/>
    </w:pPr>
  </w:style>
  <w:style w:type="table" w:styleId="Grilledutableau">
    <w:name w:val="Table Grid"/>
    <w:basedOn w:val="Tableau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Ombrageclair">
    <w:name w:val="Light Shading"/>
    <w:basedOn w:val="Tableau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Trameclaire-Accent1">
    <w:name w:val="Light Shading Accent 1"/>
    <w:basedOn w:val="Tableau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Trameclaire-Accent2">
    <w:name w:val="Light Shading Accent 2"/>
    <w:basedOn w:val="Tableau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Trameclaire-Accent3">
    <w:name w:val="Light Shading Accent 3"/>
    <w:basedOn w:val="Tableau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Trameclaire-Accent4">
    <w:name w:val="Light Shading Accent 4"/>
    <w:basedOn w:val="Tableau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Trameclaire-Accent5">
    <w:name w:val="Light Shading Accent 5"/>
    <w:basedOn w:val="Tableau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Trameclaire-Accent6">
    <w:name w:val="Light Shading Accent 6"/>
    <w:basedOn w:val="Tableau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steclaire">
    <w:name w:val="Light List"/>
    <w:basedOn w:val="Tableau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steclaire-Accent1">
    <w:name w:val="Light List Accent 1"/>
    <w:basedOn w:val="Tableau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steclaire-Accent2">
    <w:name w:val="Light List Accent 2"/>
    <w:basedOn w:val="Tableau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steclaire-Accent3">
    <w:name w:val="Light List Accent 3"/>
    <w:basedOn w:val="Tableau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steclaire-Accent4">
    <w:name w:val="Light List Accent 4"/>
    <w:basedOn w:val="Tableau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steclaire-Accent5">
    <w:name w:val="Light List Accent 5"/>
    <w:basedOn w:val="Tableau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steclaire-Accent6">
    <w:name w:val="Light List Accent 6"/>
    <w:basedOn w:val="Tableau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Grilleclaire">
    <w:name w:val="Light Grid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Grilleclaire-Accent1">
    <w:name w:val="Light Grid Accent 1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Grilleclaire-Accent2">
    <w:name w:val="Light Grid Accent 2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Grilleclaire-Accent3">
    <w:name w:val="Light Grid Accent 3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Grilleclaire-Accent4">
    <w:name w:val="Light Grid Accent 4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Grilleclaire-Accent5">
    <w:name w:val="Light Grid Accent 5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Grilleclaire-Accent6">
    <w:name w:val="Light Grid Accent 6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Tramemoyenne1">
    <w:name w:val="Medium Shading 1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1-Accent1">
    <w:name w:val="Medium Shading 1 Accent 1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1-Accent2">
    <w:name w:val="Medium Shading 1 Accent 2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1-Accent3">
    <w:name w:val="Medium Shading 1 Accent 3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1-Accent4">
    <w:name w:val="Medium Shading 1 Accent 4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1-Accent5">
    <w:name w:val="Medium Shading 1 Accent 5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1-Accent6">
    <w:name w:val="Medium Shading 1 Accent 6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2">
    <w:name w:val="Medium Shading 2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ramemoyenne2-Accent1">
    <w:name w:val="Medium Shading 2 Accent 1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ramemoyenne2-Accent2">
    <w:name w:val="Medium Shading 2 Accent 2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ramemoyenne2-Accent3">
    <w:name w:val="Medium Shading 2 Accent 3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ramemoyenne2-Accent4">
    <w:name w:val="Medium Shading 2 Accent 4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ramemoyenne2-Accent5">
    <w:name w:val="Medium Shading 2 Accent 5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ramemoyenne2-Accent6">
    <w:name w:val="Medium Shading 2 Accent 6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Listemoyenne1">
    <w:name w:val="Medium List 1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Listemoyenne1-Accent1">
    <w:name w:val="Medium List 1 Accent 1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Listemoyenne1-Accent2">
    <w:name w:val="Medium List 1 Accent 2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Listemoyenne1-Accent3">
    <w:name w:val="Medium List 1 Accent 3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Listemoyenne1-Accent4">
    <w:name w:val="Medium List 1 Accent 4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Listemoyenne1-Accent5">
    <w:name w:val="Medium List 1 Accent 5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Listemoyenne1-Accent6">
    <w:name w:val="Medium List 1 Accent 6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Listemoyenne2">
    <w:name w:val="Medium List 2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emoyenne2-Accent1">
    <w:name w:val="Medium List 2 Accent 1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emoyenne2-Accent2">
    <w:name w:val="Medium List 2 Accent 2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emoyenne2-Accent3">
    <w:name w:val="Medium List 2 Accent 3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emoyenne2-Accent4">
    <w:name w:val="Medium List 2 Accent 4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emoyenne2-Accent5">
    <w:name w:val="Medium List 2 Accent 5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emoyenne2-Accent6">
    <w:name w:val="Medium List 2 Accent 6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Grillemoyenne1">
    <w:name w:val="Medium Grid 1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Grillemoyenne1-Accent1">
    <w:name w:val="Medium Grid 1 Accent 1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Grillemoyenne1-Accent2">
    <w:name w:val="Medium Grid 1 Accent 2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Grillemoyenne1-Accent3">
    <w:name w:val="Medium Grid 1 Accent 3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Grillemoyenne1-Accent4">
    <w:name w:val="Medium Grid 1 Accent 4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Grillemoyenne1-Accent5">
    <w:name w:val="Medium Grid 1 Accent 5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Grillemoyenne1-Accent6">
    <w:name w:val="Medium Grid 1 Accent 6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Grillemoyenne2">
    <w:name w:val="Medium Grid 2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2-Accent1">
    <w:name w:val="Medium Grid 2 Accent 1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2-Accent2">
    <w:name w:val="Medium Grid 2 Accent 2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2-Accent3">
    <w:name w:val="Medium Grid 2 Accent 3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2-Accent4">
    <w:name w:val="Medium Grid 2 Accent 4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2-Accent5">
    <w:name w:val="Medium Grid 2 Accent 5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2-Accent6">
    <w:name w:val="Medium Grid 2 Accent 6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3">
    <w:name w:val="Medium Grid 3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Grillemoyenne3-Accent1">
    <w:name w:val="Medium Grid 3 Accent 1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Grillemoyenne3-Accent2">
    <w:name w:val="Medium Grid 3 Accent 2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Grillemoyenne3-Accent3">
    <w:name w:val="Medium Grid 3 Accent 3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Grillemoyenne3-Accent4">
    <w:name w:val="Medium Grid 3 Accent 4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Grillemoyenne3-Accent5">
    <w:name w:val="Medium Grid 3 Accent 5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Grillemoyenne3-Accent6">
    <w:name w:val="Medium Grid 3 Accent 6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Listefonce">
    <w:name w:val="Dark List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Listefonce-Accent1">
    <w:name w:val="Dark List Accent 1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Listefonce-Accent2">
    <w:name w:val="Dark List Accent 2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Listefonce-Accent3">
    <w:name w:val="Dark List Accent 3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Listefonce-Accent4">
    <w:name w:val="Dark List Accent 4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Listefonce-Accent5">
    <w:name w:val="Dark List Accent 5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Listefonce-Accent6">
    <w:name w:val="Dark List Accent 6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Tramecouleur">
    <w:name w:val="Colorful Shading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Tramecouleur-Accent1">
    <w:name w:val="Colorful Shading Accent 1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Tramecouleur-Accent2">
    <w:name w:val="Colorful Shading Accent 2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Tramecouleur-Accent3">
    <w:name w:val="Colorful Shading Accent 3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Tramecouleur-Accent4">
    <w:name w:val="Colorful Shading Accent 4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Tramecouleur-Accent5">
    <w:name w:val="Colorful Shading Accent 5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Tramecouleur-Accent6">
    <w:name w:val="Colorful Shading Accent 6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Listecouleur">
    <w:name w:val="Colorful List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ecouleur-Accent1">
    <w:name w:val="Colorful List Accent 1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Listecouleur-Accent2">
    <w:name w:val="Colorful List Accent 2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Listecouleur-Accent3">
    <w:name w:val="Colorful List Accent 3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Listecouleur-Accent4">
    <w:name w:val="Colorful List Accent 4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Listecouleur-Accent5">
    <w:name w:val="Colorful List Accent 5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Listecouleur-Accent6">
    <w:name w:val="Colorful List Accent 6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Grillecouleur">
    <w:name w:val="Colorful Grid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Grillecouleur-Accent1">
    <w:name w:val="Colorful Grid Accent 1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Grillecouleur-Accent2">
    <w:name w:val="Colorful Grid Accent 2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Grillecouleur-Accent3">
    <w:name w:val="Colorful Grid Accent 3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Grillecouleur-Accent4">
    <w:name w:val="Colorful Grid Accent 4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Grillecouleur-Accent5">
    <w:name w:val="Colorful Grid Accent 5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Grillecouleur-Accent6">
    <w:name w:val="Colorful Grid Accent 6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image" Target="media/image58.png"/><Relationship Id="rId21" Type="http://schemas.openxmlformats.org/officeDocument/2006/relationships/customXml" Target="ink/ink7.xml"/><Relationship Id="rId42" Type="http://schemas.openxmlformats.org/officeDocument/2006/relationships/image" Target="media/image20.png"/><Relationship Id="rId63" Type="http://schemas.openxmlformats.org/officeDocument/2006/relationships/customXml" Target="ink/ink27.xml"/><Relationship Id="rId84" Type="http://schemas.openxmlformats.org/officeDocument/2006/relationships/image" Target="media/image41.png"/><Relationship Id="rId138" Type="http://schemas.openxmlformats.org/officeDocument/2006/relationships/image" Target="media/image68.png"/><Relationship Id="rId159" Type="http://schemas.openxmlformats.org/officeDocument/2006/relationships/customXml" Target="ink/ink72.xml"/><Relationship Id="rId170" Type="http://schemas.openxmlformats.org/officeDocument/2006/relationships/theme" Target="theme/theme1.xml"/><Relationship Id="rId107" Type="http://schemas.openxmlformats.org/officeDocument/2006/relationships/customXml" Target="ink/ink49.xml"/><Relationship Id="rId11" Type="http://schemas.openxmlformats.org/officeDocument/2006/relationships/customXml" Target="ink/ink2.xml"/><Relationship Id="rId32" Type="http://schemas.openxmlformats.org/officeDocument/2006/relationships/image" Target="media/image15.png"/><Relationship Id="rId53" Type="http://schemas.openxmlformats.org/officeDocument/2006/relationships/customXml" Target="ink/ink22.xml"/><Relationship Id="rId74" Type="http://schemas.openxmlformats.org/officeDocument/2006/relationships/image" Target="media/image36.png"/><Relationship Id="rId128" Type="http://schemas.openxmlformats.org/officeDocument/2006/relationships/customXml" Target="ink/ink57.xml"/><Relationship Id="rId149" Type="http://schemas.openxmlformats.org/officeDocument/2006/relationships/customXml" Target="ink/ink67.xml"/><Relationship Id="rId5" Type="http://schemas.openxmlformats.org/officeDocument/2006/relationships/webSettings" Target="webSettings.xml"/><Relationship Id="rId95" Type="http://schemas.openxmlformats.org/officeDocument/2006/relationships/customXml" Target="ink/ink43.xml"/><Relationship Id="rId160" Type="http://schemas.openxmlformats.org/officeDocument/2006/relationships/image" Target="media/image79.png"/><Relationship Id="rId22" Type="http://schemas.openxmlformats.org/officeDocument/2006/relationships/image" Target="media/image10.png"/><Relationship Id="rId43" Type="http://schemas.openxmlformats.org/officeDocument/2006/relationships/customXml" Target="ink/ink17.xml"/><Relationship Id="rId64" Type="http://schemas.openxmlformats.org/officeDocument/2006/relationships/image" Target="media/image31.png"/><Relationship Id="rId118" Type="http://schemas.openxmlformats.org/officeDocument/2006/relationships/customXml" Target="ink/ink54.xml"/><Relationship Id="rId139" Type="http://schemas.openxmlformats.org/officeDocument/2006/relationships/customXml" Target="ink/ink62.xml"/><Relationship Id="rId85" Type="http://schemas.openxmlformats.org/officeDocument/2006/relationships/customXml" Target="ink/ink38.xml"/><Relationship Id="rId150" Type="http://schemas.openxmlformats.org/officeDocument/2006/relationships/image" Target="media/image74.png"/><Relationship Id="rId12" Type="http://schemas.openxmlformats.org/officeDocument/2006/relationships/image" Target="media/image5.png"/><Relationship Id="rId33" Type="http://schemas.openxmlformats.org/officeDocument/2006/relationships/customXml" Target="ink/ink12.xml"/><Relationship Id="rId108" Type="http://schemas.openxmlformats.org/officeDocument/2006/relationships/image" Target="media/image53.png"/><Relationship Id="rId129" Type="http://schemas.openxmlformats.org/officeDocument/2006/relationships/image" Target="media/image64.png"/><Relationship Id="rId54" Type="http://schemas.openxmlformats.org/officeDocument/2006/relationships/image" Target="media/image26.png"/><Relationship Id="rId70" Type="http://schemas.openxmlformats.org/officeDocument/2006/relationships/image" Target="media/image34.png"/><Relationship Id="rId75" Type="http://schemas.openxmlformats.org/officeDocument/2006/relationships/customXml" Target="ink/ink33.xml"/><Relationship Id="rId91" Type="http://schemas.openxmlformats.org/officeDocument/2006/relationships/customXml" Target="ink/ink41.xml"/><Relationship Id="rId96" Type="http://schemas.openxmlformats.org/officeDocument/2006/relationships/image" Target="media/image47.png"/><Relationship Id="rId140" Type="http://schemas.openxmlformats.org/officeDocument/2006/relationships/image" Target="media/image69.png"/><Relationship Id="rId145" Type="http://schemas.openxmlformats.org/officeDocument/2006/relationships/customXml" Target="ink/ink65.xml"/><Relationship Id="rId161" Type="http://schemas.openxmlformats.org/officeDocument/2006/relationships/customXml" Target="ink/ink73.xml"/><Relationship Id="rId166" Type="http://schemas.openxmlformats.org/officeDocument/2006/relationships/image" Target="media/image82.png"/><Relationship Id="rId1" Type="http://schemas.openxmlformats.org/officeDocument/2006/relationships/customXml" Target="../customXml/item1.xml"/><Relationship Id="rId6" Type="http://schemas.openxmlformats.org/officeDocument/2006/relationships/customXml" Target="ink/ink1.xml"/><Relationship Id="rId23" Type="http://schemas.openxmlformats.org/officeDocument/2006/relationships/image" Target="media/image11.png"/><Relationship Id="rId28" Type="http://schemas.openxmlformats.org/officeDocument/2006/relationships/image" Target="media/image13.png"/><Relationship Id="rId49" Type="http://schemas.openxmlformats.org/officeDocument/2006/relationships/customXml" Target="ink/ink20.xml"/><Relationship Id="rId114" Type="http://schemas.openxmlformats.org/officeDocument/2006/relationships/image" Target="media/image56.png"/><Relationship Id="rId119" Type="http://schemas.openxmlformats.org/officeDocument/2006/relationships/image" Target="media/image59.png"/><Relationship Id="rId44" Type="http://schemas.openxmlformats.org/officeDocument/2006/relationships/image" Target="media/image21.png"/><Relationship Id="rId60" Type="http://schemas.openxmlformats.org/officeDocument/2006/relationships/image" Target="media/image29.png"/><Relationship Id="rId65" Type="http://schemas.openxmlformats.org/officeDocument/2006/relationships/customXml" Target="ink/ink28.xml"/><Relationship Id="rId81" Type="http://schemas.openxmlformats.org/officeDocument/2006/relationships/customXml" Target="ink/ink36.xml"/><Relationship Id="rId86" Type="http://schemas.openxmlformats.org/officeDocument/2006/relationships/image" Target="media/image42.png"/><Relationship Id="rId130" Type="http://schemas.openxmlformats.org/officeDocument/2006/relationships/customXml" Target="ink/ink58.xml"/><Relationship Id="rId135" Type="http://schemas.openxmlformats.org/officeDocument/2006/relationships/image" Target="media/image67.png"/><Relationship Id="rId151" Type="http://schemas.openxmlformats.org/officeDocument/2006/relationships/customXml" Target="ink/ink68.xml"/><Relationship Id="rId156" Type="http://schemas.openxmlformats.org/officeDocument/2006/relationships/image" Target="media/image77.png"/><Relationship Id="rId13" Type="http://schemas.openxmlformats.org/officeDocument/2006/relationships/customXml" Target="ink/ink3.xml"/><Relationship Id="rId18" Type="http://schemas.openxmlformats.org/officeDocument/2006/relationships/image" Target="media/image8.png"/><Relationship Id="rId39" Type="http://schemas.openxmlformats.org/officeDocument/2006/relationships/customXml" Target="ink/ink15.xml"/><Relationship Id="rId109" Type="http://schemas.openxmlformats.org/officeDocument/2006/relationships/customXml" Target="ink/ink50.xml"/><Relationship Id="rId34" Type="http://schemas.openxmlformats.org/officeDocument/2006/relationships/image" Target="media/image16.png"/><Relationship Id="rId50" Type="http://schemas.openxmlformats.org/officeDocument/2006/relationships/image" Target="media/image24.png"/><Relationship Id="rId55" Type="http://schemas.openxmlformats.org/officeDocument/2006/relationships/customXml" Target="ink/ink23.xml"/><Relationship Id="rId76" Type="http://schemas.openxmlformats.org/officeDocument/2006/relationships/image" Target="media/image37.png"/><Relationship Id="rId97" Type="http://schemas.openxmlformats.org/officeDocument/2006/relationships/customXml" Target="ink/ink44.xml"/><Relationship Id="rId104" Type="http://schemas.openxmlformats.org/officeDocument/2006/relationships/image" Target="media/image51.png"/><Relationship Id="rId120" Type="http://schemas.openxmlformats.org/officeDocument/2006/relationships/customXml" Target="ink/ink55.xml"/><Relationship Id="rId125" Type="http://schemas.openxmlformats.org/officeDocument/2006/relationships/oleObject" Target="embeddings/oleObject2.bin"/><Relationship Id="rId141" Type="http://schemas.openxmlformats.org/officeDocument/2006/relationships/customXml" Target="ink/ink63.xml"/><Relationship Id="rId146" Type="http://schemas.openxmlformats.org/officeDocument/2006/relationships/image" Target="media/image72.png"/><Relationship Id="rId167" Type="http://schemas.openxmlformats.org/officeDocument/2006/relationships/customXml" Target="ink/ink76.xml"/><Relationship Id="rId7" Type="http://schemas.openxmlformats.org/officeDocument/2006/relationships/image" Target="media/image1.png"/><Relationship Id="rId71" Type="http://schemas.openxmlformats.org/officeDocument/2006/relationships/customXml" Target="ink/ink31.xml"/><Relationship Id="rId92" Type="http://schemas.openxmlformats.org/officeDocument/2006/relationships/image" Target="media/image45.png"/><Relationship Id="rId162" Type="http://schemas.openxmlformats.org/officeDocument/2006/relationships/image" Target="media/image80.png"/><Relationship Id="rId2" Type="http://schemas.openxmlformats.org/officeDocument/2006/relationships/numbering" Target="numbering.xml"/><Relationship Id="rId29" Type="http://schemas.openxmlformats.org/officeDocument/2006/relationships/customXml" Target="ink/ink10.xml"/><Relationship Id="rId24" Type="http://schemas.openxmlformats.org/officeDocument/2006/relationships/oleObject" Target="embeddings/oleObject1.bin"/><Relationship Id="rId40" Type="http://schemas.openxmlformats.org/officeDocument/2006/relationships/image" Target="media/image19.png"/><Relationship Id="rId45" Type="http://schemas.openxmlformats.org/officeDocument/2006/relationships/customXml" Target="ink/ink18.xml"/><Relationship Id="rId66" Type="http://schemas.openxmlformats.org/officeDocument/2006/relationships/image" Target="media/image32.png"/><Relationship Id="rId87" Type="http://schemas.openxmlformats.org/officeDocument/2006/relationships/customXml" Target="ink/ink39.xml"/><Relationship Id="rId110" Type="http://schemas.openxmlformats.org/officeDocument/2006/relationships/image" Target="media/image54.png"/><Relationship Id="rId115" Type="http://schemas.openxmlformats.org/officeDocument/2006/relationships/customXml" Target="ink/ink53.xml"/><Relationship Id="rId131" Type="http://schemas.openxmlformats.org/officeDocument/2006/relationships/image" Target="media/image65.png"/><Relationship Id="rId136" Type="http://schemas.openxmlformats.org/officeDocument/2006/relationships/oleObject" Target="embeddings/oleObject4.bin"/><Relationship Id="rId157" Type="http://schemas.openxmlformats.org/officeDocument/2006/relationships/customXml" Target="ink/ink71.xml"/><Relationship Id="rId61" Type="http://schemas.openxmlformats.org/officeDocument/2006/relationships/customXml" Target="ink/ink26.xml"/><Relationship Id="rId82" Type="http://schemas.openxmlformats.org/officeDocument/2006/relationships/image" Target="media/image40.png"/><Relationship Id="rId152" Type="http://schemas.openxmlformats.org/officeDocument/2006/relationships/image" Target="media/image75.png"/><Relationship Id="rId19" Type="http://schemas.openxmlformats.org/officeDocument/2006/relationships/customXml" Target="ink/ink6.xml"/><Relationship Id="rId14" Type="http://schemas.openxmlformats.org/officeDocument/2006/relationships/image" Target="media/image6.png"/><Relationship Id="rId30" Type="http://schemas.openxmlformats.org/officeDocument/2006/relationships/image" Target="media/image14.png"/><Relationship Id="rId35" Type="http://schemas.openxmlformats.org/officeDocument/2006/relationships/customXml" Target="ink/ink13.xml"/><Relationship Id="rId56" Type="http://schemas.openxmlformats.org/officeDocument/2006/relationships/image" Target="media/image27.png"/><Relationship Id="rId77" Type="http://schemas.openxmlformats.org/officeDocument/2006/relationships/customXml" Target="ink/ink34.xml"/><Relationship Id="rId100" Type="http://schemas.openxmlformats.org/officeDocument/2006/relationships/image" Target="media/image49.png"/><Relationship Id="rId105" Type="http://schemas.openxmlformats.org/officeDocument/2006/relationships/customXml" Target="ink/ink48.xml"/><Relationship Id="rId126" Type="http://schemas.openxmlformats.org/officeDocument/2006/relationships/image" Target="media/image63.png"/><Relationship Id="rId147" Type="http://schemas.openxmlformats.org/officeDocument/2006/relationships/customXml" Target="ink/ink66.xml"/><Relationship Id="rId168" Type="http://schemas.openxmlformats.org/officeDocument/2006/relationships/image" Target="media/image83.png"/><Relationship Id="rId8" Type="http://schemas.openxmlformats.org/officeDocument/2006/relationships/image" Target="media/image2.png"/><Relationship Id="rId51" Type="http://schemas.openxmlformats.org/officeDocument/2006/relationships/customXml" Target="ink/ink21.xml"/><Relationship Id="rId72" Type="http://schemas.openxmlformats.org/officeDocument/2006/relationships/image" Target="media/image35.png"/><Relationship Id="rId93" Type="http://schemas.openxmlformats.org/officeDocument/2006/relationships/customXml" Target="ink/ink42.xml"/><Relationship Id="rId98" Type="http://schemas.openxmlformats.org/officeDocument/2006/relationships/image" Target="media/image48.png"/><Relationship Id="rId121" Type="http://schemas.openxmlformats.org/officeDocument/2006/relationships/image" Target="media/image60.png"/><Relationship Id="rId142" Type="http://schemas.openxmlformats.org/officeDocument/2006/relationships/image" Target="media/image70.png"/><Relationship Id="rId163" Type="http://schemas.openxmlformats.org/officeDocument/2006/relationships/customXml" Target="ink/ink74.xml"/><Relationship Id="rId3" Type="http://schemas.openxmlformats.org/officeDocument/2006/relationships/styles" Target="styles.xml"/><Relationship Id="rId25" Type="http://schemas.openxmlformats.org/officeDocument/2006/relationships/customXml" Target="ink/ink8.xml"/><Relationship Id="rId46" Type="http://schemas.openxmlformats.org/officeDocument/2006/relationships/image" Target="media/image22.png"/><Relationship Id="rId67" Type="http://schemas.openxmlformats.org/officeDocument/2006/relationships/customXml" Target="ink/ink29.xml"/><Relationship Id="rId116" Type="http://schemas.openxmlformats.org/officeDocument/2006/relationships/image" Target="media/image57.png"/><Relationship Id="rId137" Type="http://schemas.openxmlformats.org/officeDocument/2006/relationships/customXml" Target="ink/ink61.xml"/><Relationship Id="rId158" Type="http://schemas.openxmlformats.org/officeDocument/2006/relationships/image" Target="media/image78.png"/><Relationship Id="rId20" Type="http://schemas.openxmlformats.org/officeDocument/2006/relationships/image" Target="media/image9.png"/><Relationship Id="rId41" Type="http://schemas.openxmlformats.org/officeDocument/2006/relationships/customXml" Target="ink/ink16.xml"/><Relationship Id="rId62" Type="http://schemas.openxmlformats.org/officeDocument/2006/relationships/image" Target="media/image30.png"/><Relationship Id="rId83" Type="http://schemas.openxmlformats.org/officeDocument/2006/relationships/customXml" Target="ink/ink37.xml"/><Relationship Id="rId88" Type="http://schemas.openxmlformats.org/officeDocument/2006/relationships/image" Target="media/image43.png"/><Relationship Id="rId111" Type="http://schemas.openxmlformats.org/officeDocument/2006/relationships/customXml" Target="ink/ink51.xml"/><Relationship Id="rId132" Type="http://schemas.openxmlformats.org/officeDocument/2006/relationships/customXml" Target="ink/ink59.xml"/><Relationship Id="rId153" Type="http://schemas.openxmlformats.org/officeDocument/2006/relationships/customXml" Target="ink/ink69.xml"/><Relationship Id="rId15" Type="http://schemas.openxmlformats.org/officeDocument/2006/relationships/customXml" Target="ink/ink4.xml"/><Relationship Id="rId36" Type="http://schemas.openxmlformats.org/officeDocument/2006/relationships/image" Target="media/image17.png"/><Relationship Id="rId57" Type="http://schemas.openxmlformats.org/officeDocument/2006/relationships/customXml" Target="ink/ink24.xml"/><Relationship Id="rId106" Type="http://schemas.openxmlformats.org/officeDocument/2006/relationships/image" Target="media/image52.png"/><Relationship Id="rId127" Type="http://schemas.openxmlformats.org/officeDocument/2006/relationships/oleObject" Target="embeddings/oleObject3.bin"/><Relationship Id="rId10" Type="http://schemas.openxmlformats.org/officeDocument/2006/relationships/image" Target="media/image4.png"/><Relationship Id="rId31" Type="http://schemas.openxmlformats.org/officeDocument/2006/relationships/customXml" Target="ink/ink11.xml"/><Relationship Id="rId52" Type="http://schemas.openxmlformats.org/officeDocument/2006/relationships/image" Target="media/image25.png"/><Relationship Id="rId73" Type="http://schemas.openxmlformats.org/officeDocument/2006/relationships/customXml" Target="ink/ink32.xml"/><Relationship Id="rId78" Type="http://schemas.openxmlformats.org/officeDocument/2006/relationships/image" Target="media/image38.png"/><Relationship Id="rId94" Type="http://schemas.openxmlformats.org/officeDocument/2006/relationships/image" Target="media/image46.png"/><Relationship Id="rId99" Type="http://schemas.openxmlformats.org/officeDocument/2006/relationships/customXml" Target="ink/ink45.xml"/><Relationship Id="rId101" Type="http://schemas.openxmlformats.org/officeDocument/2006/relationships/customXml" Target="ink/ink46.xml"/><Relationship Id="rId122" Type="http://schemas.openxmlformats.org/officeDocument/2006/relationships/customXml" Target="ink/ink56.xml"/><Relationship Id="rId143" Type="http://schemas.openxmlformats.org/officeDocument/2006/relationships/customXml" Target="ink/ink64.xml"/><Relationship Id="rId148" Type="http://schemas.openxmlformats.org/officeDocument/2006/relationships/image" Target="media/image73.png"/><Relationship Id="rId164" Type="http://schemas.openxmlformats.org/officeDocument/2006/relationships/image" Target="media/image81.png"/><Relationship Id="rId169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3.png"/><Relationship Id="rId26" Type="http://schemas.openxmlformats.org/officeDocument/2006/relationships/image" Target="media/image12.png"/><Relationship Id="rId47" Type="http://schemas.openxmlformats.org/officeDocument/2006/relationships/customXml" Target="ink/ink19.xml"/><Relationship Id="rId68" Type="http://schemas.openxmlformats.org/officeDocument/2006/relationships/image" Target="media/image33.png"/><Relationship Id="rId89" Type="http://schemas.openxmlformats.org/officeDocument/2006/relationships/customXml" Target="ink/ink40.xml"/><Relationship Id="rId112" Type="http://schemas.openxmlformats.org/officeDocument/2006/relationships/image" Target="media/image55.png"/><Relationship Id="rId133" Type="http://schemas.openxmlformats.org/officeDocument/2006/relationships/image" Target="media/image66.png"/><Relationship Id="rId154" Type="http://schemas.openxmlformats.org/officeDocument/2006/relationships/image" Target="media/image76.png"/><Relationship Id="rId16" Type="http://schemas.openxmlformats.org/officeDocument/2006/relationships/image" Target="media/image7.png"/><Relationship Id="rId37" Type="http://schemas.openxmlformats.org/officeDocument/2006/relationships/customXml" Target="ink/ink14.xml"/><Relationship Id="rId58" Type="http://schemas.openxmlformats.org/officeDocument/2006/relationships/image" Target="media/image28.png"/><Relationship Id="rId79" Type="http://schemas.openxmlformats.org/officeDocument/2006/relationships/customXml" Target="ink/ink35.xml"/><Relationship Id="rId102" Type="http://schemas.openxmlformats.org/officeDocument/2006/relationships/image" Target="media/image50.png"/><Relationship Id="rId123" Type="http://schemas.openxmlformats.org/officeDocument/2006/relationships/image" Target="media/image61.png"/><Relationship Id="rId144" Type="http://schemas.openxmlformats.org/officeDocument/2006/relationships/image" Target="media/image71.png"/><Relationship Id="rId90" Type="http://schemas.openxmlformats.org/officeDocument/2006/relationships/image" Target="media/image44.png"/><Relationship Id="rId165" Type="http://schemas.openxmlformats.org/officeDocument/2006/relationships/customXml" Target="ink/ink75.xml"/><Relationship Id="rId27" Type="http://schemas.openxmlformats.org/officeDocument/2006/relationships/customXml" Target="ink/ink9.xml"/><Relationship Id="rId48" Type="http://schemas.openxmlformats.org/officeDocument/2006/relationships/image" Target="media/image23.png"/><Relationship Id="rId69" Type="http://schemas.openxmlformats.org/officeDocument/2006/relationships/customXml" Target="ink/ink30.xml"/><Relationship Id="rId113" Type="http://schemas.openxmlformats.org/officeDocument/2006/relationships/customXml" Target="ink/ink52.xml"/><Relationship Id="rId134" Type="http://schemas.openxmlformats.org/officeDocument/2006/relationships/customXml" Target="ink/ink60.xml"/><Relationship Id="rId80" Type="http://schemas.openxmlformats.org/officeDocument/2006/relationships/image" Target="media/image39.png"/><Relationship Id="rId155" Type="http://schemas.openxmlformats.org/officeDocument/2006/relationships/customXml" Target="ink/ink70.xml"/><Relationship Id="rId17" Type="http://schemas.openxmlformats.org/officeDocument/2006/relationships/customXml" Target="ink/ink5.xml"/><Relationship Id="rId38" Type="http://schemas.openxmlformats.org/officeDocument/2006/relationships/image" Target="media/image18.png"/><Relationship Id="rId59" Type="http://schemas.openxmlformats.org/officeDocument/2006/relationships/customXml" Target="ink/ink25.xml"/><Relationship Id="rId103" Type="http://schemas.openxmlformats.org/officeDocument/2006/relationships/customXml" Target="ink/ink47.xml"/><Relationship Id="rId124" Type="http://schemas.openxmlformats.org/officeDocument/2006/relationships/image" Target="media/image62.wmf"/></Relationships>
</file>

<file path=word/ink/ink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14T10:07:07.087"/>
    </inkml:context>
    <inkml:brush xml:id="br0">
      <inkml:brushProperty name="width" value="0.05" units="cm"/>
      <inkml:brushProperty name="height" value="0.05" units="cm"/>
      <inkml:brushProperty name="color" value="#AB008B"/>
      <inkml:brushProperty name="ignorePressure" value="1"/>
    </inkml:brush>
  </inkml:definitions>
  <inkml:trace contextRef="#ctx0" brushRef="#br0">21 129,'0'0,"0"0,0 0,1-1,-1 1,0 0,1 0,-1 0,0 0,0 0,1 0,-1 0,0 0,1 0,-1 0,0 0,1 1,-1-1,0 0,0 0,1 0,-1 0,0 0,0 0,1 1,-1-1,0 0,0 0,1 0,-1 1,0-1,0 0,0 0,0 1,1-1,-1 0,0 0,0 1,0-1,0 0,0 1,0-1,0 0,0 0,0 1,0-1,0 0,0 1,0-1,0 0,0 1,0-1,0 0,0 0,0 1,0-1,0 0,0 0,-1 1,1-1,0 0,0 0,0 1,-1-1,1 0,0 0,-1 1,27-5,-24 2,1 0,0 1,-1-1,1 0,-1 0,0-1,0 1,0 0,0-1,0 0,0 1,2-6,-4 7,1 1,-1-1,0 0,0 0,1 0,-1 0,0 0,0 0,0 1,0-1,0 0,0 0,-1 0,1 0,0 0,0 1,-1-1,1 0,0 0,-1 0,1 1,-1-1,1 0,-1 0,1 1,-1-1,1 0,-1 1,0-1,1 1,-1-1,0 1,0-1,1 1,-1-1,0 1,0 0,0 0,0-1,0 1,1 0,-1 0,0 0,0 0,0 0,0 0,0 0,-1 0,-1 0,1 1,0-1,-1 0,1 1,0 0,-1-1,1 1,0 0,0 0,0 0,-1 0,1 1,1-1,-1 1,0-1,0 1,0 0,1-1,-1 1,1 0,-1 0,1 0,0 0,0 0,0 0,0 1,0-1,0 0,1 1,-1-1,0 5,-1 0,1 1,-1 0,2 0,-1-1,1 1,0 0,0 0,3 13,-2-17,0-1,1 1,-1-1,1 1,0-1,0 0,0 0,1 1,-1-1,1-1,-1 1,1 0,0-1,0 1,0-1,1 0,-1 0,0 0,1-1,-1 1,1-1,5 2,-7-3,1 1,0-1,0 1,-1-1,1 0,0 0,0-1,0 1,-1 0,1-1,0 0,-1 1,1-1,0 0,-1-1,1 1,-1 0,0-1,1 1,-1-1,0 0,0 0,0 0,0 0,0 0,0 0,-1 0,1-1,-1 1,1 0,0-4,11-40,-12 40,0 0,0-1,1 1,-1 0,1 0,1 0,-1 0,1 0,0 1,1-1,-1 1,6-6,-8 11,1 0,-1-1,1 1,-1 0,1 0,-1-1,1 1,0 1,-1-1,1 0,-1 0,1 1,-1-1,1 0,-1 1,1 0,-1-1,1 1,-1 0,0 0,1-1,-1 1,0 0,0 1,0-1,1 0,-1 0,0 0,-1 1,1-1,0 0,1 3,29 46,-31-49,0 1,0-1,0 0,0 0,1 0,-1 0,1 0,-1 0,1-1,-1 1,1 0,-1 0,1 0,0 0,-1-1,1 1,0 0,0 0,-1-1,1 1,0-1,0 1,0-1,0 1,0-1,0 1,0-1,2 1,-1-3,1 0,-1 0,0 0,0 0,-1 0,1 0,0-1,-1 1,1-1,0-2,0 2,0 0,0-1,0 1,0 0,1 0,-1-1,1 2,0-1,0 0,0 1,0-1,0 1,0 0,1 0,-1 0,1 0,-1 1,1-1,0 1,0 0,0 0,5 0,-4 1,-1 1,0 0,0 0,0 0,-1 0,1 1,0-1,0 1,-1 0,1 0,-1 1,1-1,-1 0,0 1,0 0,0 0,-1 0,1 0,-1 1,5 6,-3-3,0-1,1 1,0-1,1 0,-1 0,10 7,-3-4</inkml:trace>
  <inkml:trace contextRef="#ctx0" brushRef="#br0" timeOffset="1029.02">848 147,'9'37,"-4"-21,3-45,-7 24,1-1,-1 1,1 0,0 1,0-1,1 0,-1 1,1-1,0 1,0-1,5-4,-7 9,-1-1,1 0,0 1,0-1,-1 1,1-1,0 1,0-1,0 1,0 0,0-1,0 1,0 0,0 0,0 0,0-1,0 1,0 0,0 0,0 0,0 1,-1-1,1 0,1 1,0 0,0 0,0 0,0 1,-1-1,1 1,-1-1,1 1,-1 0,1 0,-1-1,0 1,0 0,0 0,0 0,1 4,5 37,-6-30,5-33,-6 16,1 0,0 1,0-1,0 1,0-1,1 1,0-1,-1 1,1 0,0 0,1 0,-1 0,0 0,4-2,-5 4,-1 1,1-1,0 1,0 0,0-1,-1 1,1 0,0-1,0 1,0 0,0 0,0 0,0 0,-1 0,1 0,0 0,0 0,0 0,0 0,0 1,0-1,-1 0,2 1,0 0,0 1,0-1,0 1,0 0,0 0,0 0,0 0,-1 0,1 0,-1 0,2 4,5 9,2-1,5-34,-13 18,-1 0,0 0,1 0,-1 0,1 0,-1 0,1 0,0 0,0 1,0-1,0 1,0-1,0 1,0 0,5-2,-5 2,-1 1,1 0,0 0,-1 0,1 0,0 0,-1 0,1 1,0-1,-1 0,1 1,-1-1,1 1,-1 0,1-1,-1 1,1 0,1 2,2 1,0 1,-1 0,1 0,-1 0,0 1,-1-1,1 1,-1 0,0 0,2 8,-2-8</inkml:trace>
  <inkml:trace contextRef="#ctx0" brushRef="#br0" timeOffset="1368.99">1327 0,'0'10,"0"5,3 4,1 2,0 4,2 0,1-1,-2-1,-1-1,-1-2,-2-7,0-6</inkml:trace>
  <inkml:trace contextRef="#ctx0" brushRef="#br0" timeOffset="1895.81">1676 17,'-4'-1,"0"1,0-1,0 1,1 0,-1 0,0 0,0 0,0 1,0-1,0 1,0 0,1 0,-1 1,0-1,1 1,-1-1,1 1,0 0,-1 1,1-1,0 1,0-1,-2 4,3-5,1 1,0-1,-1 1,1 0,0 0,0-1,0 1,0 0,0 0,0 0,1 0,-1 0,0 0,1 0,0 0,0 0,-1 0,1 1,0-1,1 0,-1 0,0 0,0 0,1 0,0 0,-1 0,1 0,0 0,0 0,0 0,0-1,0 1,0 0,1 0,-1-1,1 1,-1-1,1 1,-1-1,1 0,0 0,3 2,17 9,-13-8,0 1,0 0,0 0,14 12,-22-16,0 0,0 0,0 0,0 0,0 0,-1 0,1 0,0 0,0 0,-1 0,1 0,-1 0,1 1,-1-1,0 0,0 0,1 1,-1-1,0 0,0 1,0-1,0 0,0 0,0 1,-1-1,1 0,0 0,-1 1,1-1,-1 0,1 0,-1 0,0 0,1 1,-1-1,0 0,0 0,0 0,1-1,-1 1,0 0,0 0,0 0,-3 0,-2 3,0-1,-1 0,1-1,-1 0,0 0,0 0,0-1,0 0,0 0,0-1,0 0,0 0,0-1,0 1,0-1,-8-3,3-1</inkml:trace>
</inkml:ink>
</file>

<file path=word/ink/ink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14T10:10:39.129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25 157,'-1'23,"0"-16,1 0,-1-1,1 1,1 0,-1 0,1 0,1 0,-1 0,1-1,5 13,-6-22,0 1,0-1,0 0,0 1,-1-1,1 0,-1 1,1-1,-1 0,0-4,-4-28,-1 2,-16-56,12 50,8 38,1 0,-1 0,1 0,-1 0,1 0,0 0,0 0,-1 0,1 0,0 0,0 0,0 0,0 0,0 0,1-1,-1 1,0 0,0 0,1 0,-1 0,1 0,-1 0,0 1,1-1,0 0,-1 0,1 0,0 0,-1 1,1-1,0 0,0 0,0 1,-1-1,1 1,0-1,0 1,0-1,0 1,0 0,0-1,0 1,0 0,0 0,0 0,0-1,0 1,2 1,7-1,-1 1,1 1,0 0,15 5,1 0,11-4,-31-3,1 0,0 0,0 1,0 0,-1 0,1 0,0 1,-1 0,1 1,7 3,-13-3,0-1,0 0,0 1,0-1,0 1,-1-1,1 1,-1-1,0 1,0-1,0 1,0 0,0-1,0 1,-1-1,1 1,-1-1,1 1,-2 2,-2 22,16 115,-12-134</inkml:trace>
  <inkml:trace contextRef="#ctx0" brushRef="#br0" timeOffset="381.33">338 175,'-2'46,"0"-33,1 1,1-1,0 1,1-1,0 0,6 24,-6-35,0 0,0 0,0-1,1 1,-1 0,0-1,1 1,0-1,-1 0,1 1,0-1,0 0,0 0,0 0,-1 0,1-1,0 1,1 0,-1-1,0 1,0-1,0 0,0 0,0 0,0 0,1 0,-1 0,4-1,2 0,0-1,0 0,0 0,0 0,0-1,8-4,-3 0</inkml:trace>
  <inkml:trace contextRef="#ctx0" brushRef="#br0" timeOffset="785.12">520 267,'-3'9,"-1"7,0 6,1 6,-2 5,-1 2,1 2,2 1,1-3,0-4,2-5,-1-3,2-5</inkml:trace>
</inkml:ink>
</file>

<file path=word/ink/ink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14T10:10:37.291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25 103,'14'50,"-10"3,-3-29,1-1,9 43,-17-95,-5-56,9 56,-2 0,-1 1,-16-55,21 83,-8-29,14 22,11 10,-2 2,0 0,1-1,-1-1,1-1,-1 0,1-1,0-1,17-1,-31 1,1 0,-1 0,1 0,-1 1,1-1,-1 1,0-1,1 1,-1 0,0 0,1 0,-1 0,0 1,0-1,0 0,0 1,0 0,0-1,-1 1,1 0,-1 0,1 0,-1 0,1 0,-1 0,0 0,0 1,0-1,0 0,-1 1,2 3,2 11,-1 0,-1 1,1 29,-1-7,0-26,0 11,2 1,13 48,-17-75,0 1,0 0,0 0,0 0,1 0,-1 0,0 0,0-1,0 1,0 0,0 0,0 0,0 0,0 0,0 0,0 0,0-1,0 1,0 0,0 0,0 0,1 0,-1 0,0 0,0 0,0 0,0 0,0 0,0 0,0 0,1 0,-1 0,0 0,0 0,0 0,0 0,0 0,0 0,1 0,-1 0,0 0,0 0,0 0,0 0,0 0,0 0,1-10</inkml:trace>
  <inkml:trace contextRef="#ctx0" brushRef="#br0" timeOffset="452.97">336 288,'10'-5,"0"1,0 1,0 0,1 0,-1 1,1 0,10 0,-18 2,0 0,-1 0,1 0,0 0,-1 1,1-1,-1 1,1 0,0 0,-1 0,0 0,1 0,-1 0,4 3,-5-3,0 1,0-1,0 1,0-1,0 1,0-1,0 1,0 0,-1 0,1 0,-1-1,1 1,-1 0,0 0,0 0,1 0,-1-1,-1 1,1 0,0 0,0 0,-1 0,0 2,0 0,-1-1,1 1,-1-1,0 1,0-1,-1 1,1-1,-1 0,1 0,-1 0,0-1,0 1,-1-1,1 1,0-1,-1 0,1 0,-1-1,-5 3,78 21,-58-21,0 1,0 0,-1 0,0 1,0 1,0 0,-1 0,0 1,8 8,-14-13,-1 0,1 0,-1 0,0 0,0 0,0 1,-1-1,1 0,-1 1,0-1,0 1,0 0,1 7,-2-9,-1 1,1 0,-1 0,0 0,1-1,-1 1,0 0,0-1,-1 1,1-1,-1 1,1-1,-1 0,0 1,0-1,0 0,0 0,0 0,0 0,-5 2,0 1,0-1,0 0,-1 0,1-1,-1 0,0 0,0 0,-8 0,11-2,0 0,0 0,0-1,0 0,0 0,1 0,-1-1,0 0,0 0,0 0,1 0,-1-1,0 0,-7-4,-4-5</inkml:trace>
</inkml:ink>
</file>

<file path=word/ink/ink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14T10:10:35.832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14 31,'2'40,"2"0,13 54,-7-40,-28-138,-8-48,25 131,1 0,0 0,-1 0,1-1,0 1,0 0,0 0,-1-1,1 1,1 0,-1 0,0-1,0 1,0 0,1 0,-1 0,0-1,1 1,-1 0,1 0,0 0,-1 0,1 0,0 0,0 0,-1 0,1 0,0 0,0 0,0 1,0-1,0 0,0 1,0-1,1 1,-1-1,0 1,0-1,3 0,2 2,1-1,0 1,-1 0,1 0,0 0,8 5,14 1,-24-6,10 2,0-1,29 0,-41-1,0-1,-1 0,1-1,0 1,0 0,-1-1,1 1,0-1,-1 0,1 0,0 0,-1 0,0-1,1 1,-1-1,0 1,0-1,1 0,-1 0,-1 0,1 0,0 0,1-3,22 61,-13-5,-2 1,5 95,-14-131,-1-16,0 1,0 0,0 0,0 0,0 0,0 0,0 0,1 0,-1 0,0 0,0 0,1 0,-1 0,0 0,1 0,-1 0,1 0,0-1,-1 1,1 0,-1 0,1-1,0 1,1 1,6-2</inkml:trace>
  <inkml:trace contextRef="#ctx0" brushRef="#br0" timeOffset="387.07">419 307,'5'-3,"-1"1,1 0,0 0,1 0,-1 1,0 0,0 0,1 0,-1 1,0-1,1 1,9 2,-13-2,-1 1,1 0,0-1,0 1,0 0,0 0,0 0,-1 1,1-1,-1 0,1 1,-1-1,1 1,-1-1,0 1,0 0,1 0,-1-1,-1 1,1 0,0 0,0 0,-1 0,1 0,-1 0,1 0,-1 0,0 0,0 0,0 0,0 0,0 1,-1-1,1 0,-1 3,-1 3,0 0,-1-1,1 1,-1-1,-1 1,1-1,-1 0,-1 0,-6 9,-20 36,31-52,-1 1,1-1,0 1,0 0,0-1,-1 1,1-1,0 1,0-1,0 1,0 0,0-1,0 1,0-1,0 1,1-1,-1 1,0 0,0-1,0 1,1-1,-1 1,0-1,0 1,1-1,-1 1,0-1,1 1,-1-1,1 1,21 6,32-7,-46 0,65-3,-55 3</inkml:trace>
</inkml:ink>
</file>

<file path=word/ink/ink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14T10:10:34.519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 34,'1'22,"2"-1,0 1,8 26,6 46,-16-55,-1-39,0 0,0 0,0-1,0 1,0 0,0 0,0 0,0 0,-1 0,1 0,0 0,0 0,0 0,0 0,0 0,0 0,0 0,0-1,0 1,0 0,0 0,0 0,0 0,0 0,-1 0,1 0,0 0,0 0,0 0,0 0,0 0,0 0,0 0,0 0,0 0,0 0,-1 0,1 0,0 0,0 0,0 0,0 0,0 0,0 0,0 0,0 0,0 0,0 0,0 1,0-1,-1 0,1 0,0 0,-7-24,-1-6,4 19,1 0,0 0,1 0,0 0,0 0,1-1,1 1,0 0,3-23,-2 33,-1-1,2 0,-1 1,0-1,0 0,0 1,1 0,-1-1,1 1,-1 0,1 0,-1 0,1 0,0 0,-1 0,1 0,0 0,0 1,2-1,43-9,-24 6,-1-1,0-2,-1 0,0-1,27-15,-48 22,1 1,0 0,0-1,0 1,0 0,0 0,0 0,0-1,0 1,0 0,0 0,0 0,0 1,0-1,0 0,0 0,0 0,0 1,0-1,0 1,0-1,0 0,0 1,0 0,0-1,-1 1,1-1,0 1,0 0,-1 0,1-1,-1 1,1 0,0 0,-1 0,1 0,-1 0,0 0,1 0,-1 0,0 0,0 0,1 0,-1 1,11 54,-9-47,2 34,-1 45,3 35,-5-118,-1-1,1 0,0 0,0 0,0 0,1 0,2 6,3-1</inkml:trace>
  <inkml:trace contextRef="#ctx0" brushRef="#br0" timeOffset="342.12">424 439,'6'-17,"0"0,1 0,1 1,1 0,0 1,1 0,21-25,-31 40,1-1,-1 1,0-1,1 1,-1 0,0-1,1 1,-1 0,1-1,-1 1,0 0,1 0,-1-1,1 1,-1 0,1 0,-1 0,1 0,-1 0,1 0,-1 0,1 0,-1 0,1 0,-1 0,0 0,1 0,-1 0,1 0,-1 0,1 0,-1 1,1-1,-1 0,1 1,9 18,-2 39,-7-47,15 110,-16-109</inkml:trace>
</inkml:ink>
</file>

<file path=word/ink/ink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14T10:09:12.134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0 0,'14'13,"14"3,37 1,-35-10,0 1,35 16,-49-18,1-1,1 0,-1-1,0-1,34 2,-50-5,0 0,0 0,0 0,0 0,0 0,0 0,-1 0,1 0,0 1,0-1,0 0,0 0,-1 1,1-1,0 1,0-1,-1 1,1-1,0 1,0-1,-1 1,1-1,-1 1,1 0,-1-1,1 1,-1 0,1 0,0 1,-1 0,-1-1,1 1,0-1,-1 1,1 0,-1-1,1 1,-1-1,0 0,0 1,1-1,-1 1,0-1,0 0,-2 1,-54 50,47-44,-9 10,0 1,1 1,-17 25,11-14,24-31,-1 1,1 0,-1 0,1 0,-1 0,1-1,-1 1,1 0,-1 0,0-1,1 1,-1 0,0-1,0 1,0-1,1 1,-1-1,0 0,0 1,0-1,0 0,0 1,0-1,0 0,0 0,0 0,0 0,0 0,1 0,-3 0,-2-5</inkml:trace>
</inkml:ink>
</file>

<file path=word/ink/ink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14T10:09:10.542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318 0,'-30'15,"-14"6,0 1,2 2,0 3,-65 53,106-79,1-1,-1 1,0 0,1-1,-1 1,0 0,1 0,-1 0,1-1,-1 1,1 0,0 0,-1 0,1 0,0 0,0 0,0 0,-1 0,1 0,0 0,0 0,0 0,1 0,-1 0,0 0,0 0,0-1,1 3,1-1,-1 1,1-1,0 0,-1 1,1-1,0 0,1 0,-1 0,4 3,8 4,1-1,25 11,-35-17,105 51,68 26,-178-78,1-1,0 0,-1 1,1-1,0 0,0 0,0 1,-1-1,1 0,0 0,0 0,0 0,-1 0,1 0,0 0,0-1,0 1,-1 0,1 0,0-1,0 1,-1 0,2-1,3-5</inkml:trace>
</inkml:ink>
</file>

<file path=word/ink/ink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14T10:10:14.256"/>
    </inkml:context>
    <inkml:brush xml:id="br0">
      <inkml:brushProperty name="width" value="0.2" units="cm"/>
      <inkml:brushProperty name="height" value="0.4" units="cm"/>
      <inkml:brushProperty name="color" value="#FFFC00"/>
      <inkml:brushProperty name="tip" value="rectangle"/>
      <inkml:brushProperty name="rasterOp" value="maskPen"/>
      <inkml:brushProperty name="ignorePressure" value="1"/>
    </inkml:brush>
  </inkml:definitions>
  <inkml:trace contextRef="#ctx0" brushRef="#br0">0 6,'755'0,"-723"-3,-29 3,1-1,0 0,0 1,-1 0,1 0,0 0,0 0,-1 1,5 0,-7 0,1 0,-1 0,1 0,-1 0,0 0,0 0,0 1,1-1,-1 0,0 1,0-1,-1 0,1 1,0-1,0 1,-1 0,1-1,-1 1,1-1,-1 1,0 0,0-1,0 1,0 0,0 2,12 45,-9-41,-1-1,1 0,-2 0,1 1,-1-1,0 9,-1-15,-1 0,1 1,-1-1,1 0,-1 0,0 1,1-1,-1 0,0 0,0 0,0 0,1 0,-1 0,0 0,-1 0,1-1,0 1,0 0,0 0,0-1,-1 1,1-1,0 1,0-1,-1 0,1 1,0-1,-1 0,1 0,-3 0,-49 0,42-1,-362-2,227 4,143-1,-18-1,20 1,1-1,0 1,-1 0,1 0,-1 0,1 0,0 0,-1 0,1-1,-1 1,1 0,0 0,-1-1,1 1,0 0,-1 0,1-1,0 1,0 0,-1-1,1 1,0-1,0 1,-1 0,1-1,0 1,0-1,0 1,0 0,0-1,0 1,0-1,0 1,0-1,0 1,0 0,0-1,0 1,0-1,0 0,3-6</inkml:trace>
</inkml:ink>
</file>

<file path=word/ink/ink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14T10:09:14.194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110 95,'-2'-2,"1"1,-1-1,1 0,-1 0,0 1,0-1,0 1,0-1,0 1,0 0,0 0,-1 0,1 0,0 0,-1 1,1-1,0 0,-1 1,1 0,-1 0,1 0,0 0,-1 0,1 0,-1 1,1-1,0 1,-1-1,1 1,0 0,-1 0,1 0,0 0,0 0,0 1,0-1,0 1,0-1,0 1,1 0,-1 0,1 0,-2 2,0-1,1 1,0-1,1 1,-1-1,1 1,0 0,-1-1,2 1,-1 0,0 0,1 0,0 0,-1 0,2-1,-1 1,0 0,1 0,0 0,0 0,0-1,0 1,0 0,1-1,0 1,0-1,0 1,3 3,4 2,1-1,0 0,1 0,0-1,0-1,0 0,23 8,23 14,-42-18,-1-1,0 1,-1 1,22 23,-33-31,1 0,0 1,-1-1,0 1,1-1,-1 1,-1 0,1 0,-1 0,1 0,0 5,-2-6,0-1,0 0,0 0,0 0,-1 0,1 0,-1 0,1 0,-1 0,0 0,0 0,0 0,0 0,0-1,0 1,0 0,0-1,-1 1,1 0,-1-1,1 0,-1 1,-3 1,-1 0,1 0,-1 0,1-1,-1 0,0 0,0 0,0-1,0 0,0 0,0 0,-1-1,1 0,0 0,0-1,-10-1,12 1,0 1,0-1,0 0,0-1,0 1,1-1,-1 1,1-1,-1 0,1-1,-1 1,1 0,0-1,0 0,0 0,1 0,-1 0,1 0,0 0,-1-1,1 1,1-1,-1 1,-2-7,2 1,1-1,-1 1,1-1,1 0,0 0,0 1,1-1,0 0,1 1,0-1,0 1,1 0,7-17,0 8,1 0,0 1,1 0,1 1,21-22,-30 35,0-1,-1-1,1 1,-1 0,0-1,0 0,-1 1,0-1,0 0,0-1,0 1,-1 0,1 0,-1-8,-1 11,0-1,0 0,-1 1,1-1,-1 1,0-1,0 1,0-1,0 1,0-1,0 1,-1 0,1-1,-1 1,1 0,-1 0,0 0,0 1,0-1,0 0,0 1,0-1,-1 1,1 0,0-1,-1 1,1 0,-1 1,0-1,-4-1,-2 0,1 0,-2 0,1 1,-18 0,24 0,0 2,-1-1,1 0,0 1,0-1,-1 1,1 0,0 0,0 0,0 1,0-1,1 1,-1 0,0-1,1 1,-1 0,-2 3,-4 7</inkml:trace>
  <inkml:trace contextRef="#ctx0" brushRef="#br0" timeOffset="393.01">498 428,'-3'9,"-2"7,2 6,-1 3,2 3,1 4,0-1,1-3,0-2,0-4,0-1,-3-8,-1-12,0-10,1-3</inkml:trace>
  <inkml:trace contextRef="#ctx0" brushRef="#br0" timeOffset="1073.99">773 41,'1'2,"0"-1,-1 0,1 0,0 0,0 0,-1 1,1-1,-1 0,1 0,-1 1,0-1,1 1,-1-1,0 0,0 1,0-1,0 0,0 1,0 1,-1-2,1 0,-1-1,1 1,-1 0,0 0,1 0,-1-1,0 1,0-1,1 1,-1 0,0-1,0 1,0-1,0 0,0 1,0-1,0 0,0 1,-1-1,-9 1,1 0,-1-1,0 0,-13-2,4 1,2 0,6 0,0 0,0 1,1 1,-1 0,-18 4,29-5,-1 1,0-1,0 1,1 0,-1 0,0 0,1 0,-1 0,1 0,-1 0,1 0,-1 1,1-1,0 1,0-1,0 1,0-1,0 1,0-1,0 1,0 0,1 0,-1-1,1 1,-1 0,1 0,0 0,-1 0,1-1,0 1,0 0,1 0,-1 0,0 0,0 0,1-1,-1 1,1 0,0 0,0-1,1 4,1 4,0 0,1 0,0 0,1 0,10 14,-13-20,1-1,-1 1,1-1,0 1,0-1,0 0,0 0,0-1,1 1,-1-1,0 1,1-1,-1 0,1 0,-1 0,1-1,0 1,5-1,0 0,0 1,-1 1,0-1,1 1,-1 1,0 0,0 0,0 0,0 1,-1 0,0 1,1 0,-2 0,1 0,0 1,-1 0,0 0,-1 0,1 1,-1 0,-1 0,1 0,-1 1,0 0,-1 0,0 0,0 0,-1 0,0 0,0 1,-1-1,0 1,0-1,-1 1,-1 8,1-14,-1 0,1-1,-1 1,1-1,-1 1,0-1,0 1,0-1,0 0,-1 1,1-1,-1 0,1 0,-1 0,0 0,0 0,0 0,0-1,0 1,0-1,0 1,0-1,-1 0,1 0,-1 0,1 0,-1 0,1 0,-1-1,1 1,-1-1,1 0,-1 0,0 0,-3 0,2 0,-1 0,0 0,0-1,1 0,-1 0,0 0,1 0,-1-1,1 1,-1-1,1-1,0 1,0 0,0-1,0 0,0 0,0 0,-5-7,8 9,1 0,-1 0,1 0,-1 0,1-1,0 1,-1 0,1 0,0 0,0-1,0 1,-1 0,2 0,-1 0,0-1,0 1,0 0,0 0,1-1,-1 1,1 0,-1 0,1 0,0-2,9-12</inkml:trace>
  <inkml:trace contextRef="#ctx0" brushRef="#br0" timeOffset="1435.33">1251 280,'-12'3,"-8"7,-3 5,-1 7,0 5,5 2,5 1,5 0,8-3,6-2,6-3,7-5,7-6,9-7,7-8,1-6,-7-1</inkml:trace>
  <inkml:trace contextRef="#ctx0" brushRef="#br0" timeOffset="2307.03">1381 336,'11'118,"-3"-47,-7-93,0 0,2 0,0 1,2-1,0 1,12-30,-17 50,0 1,0-1,0 1,1-1,-1 0,0 1,0-1,0 1,1-1,-1 0,0 1,1-1,-1 1,1-1,-1 1,0 0,1-1,-1 1,1-1,-1 1,1 0,-1-1,1 1,-1 0,1 0,0-1,-1 1,1 0,-1 0,1 0,0 0,-1 0,1 0,0 0,-1 0,1 0,0 0,1 1,0 0,-1 1,1-1,-1 0,1 1,-1 0,0-1,0 1,0 0,0-1,2 4,19 54,-22-59,3 10,-1-4,1 1,-1 1,-1-1,1 0,-1 0,-1 1,1-1,-1 9,-8-34,2-17,12-24,-5 56,-1 0,1 0,0 0,0-1,0 1,0 0,1 0,-1 0,1 1,0-1,0 0,0 1,0-1,0 1,5-4,-6 6,1-1,0 1,-1 0,1 0,0 0,-1 0,1 0,0 0,-1 1,1-1,0 0,-1 1,1 0,-1-1,1 1,-1 0,1 0,-1 0,1 0,-1 0,0 0,1 0,-1 0,0 0,0 1,0-1,0 0,0 1,1 2,29 45,-28-42,1 0,-1 1,-1-1,1 1,-1 0,-1-1,1 1,-1 0,-1 0,1 0,-1 0,-2 9,-2-14,-1-11,-2-12,6 8,0 0,1 0,1 0,0-1,0 1,1 0,0 1,6-15,-7 23,0 0,0-1,1 1,-1 0,1 0,0 0,0 0,0 0,0 0,1 0,-1 1,1 0,5-5,-6 6,1 0,-1 1,0-1,0 0,1 1,-1 0,0-1,1 1,-1 0,1 0,-1 0,0 0,1 1,-1-1,0 1,0 0,1-1,-1 1,0 0,0 0,0 0,0 1,3 1,-1-1,-1 1,1 0,-1 0,1 0,-1 0,0 1,-1-1,1 1,-1 0,1 0,-1 0,3 7,13 56,-16-54,1 0,1-1,7 20,-5-23,-1-5</inkml:trace>
  <inkml:trace contextRef="#ctx0" brushRef="#br0" timeOffset="4133.3">2265 390,'-1'-2,"-1"-1,1 1,0 0,0 1,-1-1,1 0,-1 0,0 1,1-1,-1 1,0-1,0 1,0 0,0-1,0 1,0 0,-1 1,1-1,0 0,0 0,-1 1,1 0,0-1,-1 1,1 0,0 0,-1 0,1 1,0-1,-1 0,1 1,0-1,-1 1,1 0,0 0,0 0,0 0,0 0,0 1,0-1,0 0,0 1,1 0,-1-1,-1 3,-4 3,0 1,1 0,0 0,0 0,1 1,0 0,0 0,1 0,-4 14,6-16,1-1,0 1,0-1,1 1,0-1,0 1,1-1,-1 1,1-1,1 0,-1 1,1-1,0 0,1 0,-1 0,6 9,-6-12,0-1,0 1,0 0,1-1,-1 1,1-1,-1 0,1 1,0-1,0-1,0 1,0 0,0-1,0 1,0-1,1 0,-1 0,0-1,1 1,-1 0,1-1,-1 0,0 0,1 0,-1 0,1-1,-1 1,1-1,-1 0,0 0,0 0,7-4,-6 3,1-1,-1 0,1-1,-1 1,0-1,0 0,-1 0,1 0,-1 0,0-1,0 1,0-1,-1 0,0 0,0 0,0 0,0 0,-1 0,0-1,0 1,0-7,2-14,-2 1,0 0,-4-28,1 20,-1 0,-2 0,-1 1,-2 0,-16-45,23 76,1 0,0-1,-1 1,1 0,-1 0,0-1,1 1,-1 0,0 0,0 0,1 0,-1 0,0 0,0 0,0 0,0 1,-2-2,-3 16,7 37,12 14,4-1,41 106,-46-136,-11-30,0 0,1 0,0-1,-1 1,1 0,0-1,1 1,-1-1,1 1,-1-1,1 0,0 0,0 0,1-1,-1 1,0-1,7 4,-6-5,-1-1,0 1,0-1,1 0,-1 0,0 0,0-1,1 1,-1-1,0 1,0-1,0 0,1 0,-1-1,-1 1,1-1,0 1,0-1,0 0,-1 0,1 0,-1 0,3-4,2-1,0 0,-1 0,0-1,0 0,-1 0,0 0,-1-1,7-16,-9 22,-1-1,0 1,0-1,0 0,0 1,0-1,-1 0,0 1,1-1,-1 0,-1 0,1 1,0-1,-1 0,0 1,0-1,0 1,0-1,-1 1,0-1,1 1,-1 0,0 0,0 0,-6-6,8 8,-1 0,-1 0,1 0,0 0,0 0,0 0,0 0,-1 0,1 1,0-1,-1 0,1 1,-1 0,1-1,-1 1,1 0,-1-1,1 1,-1 0,1 0,-1 0,1 0,-1 0,1 1,-3 0,3 0,-1 0,0 0,0 1,1-1,-1 1,1-1,-1 1,1 0,0-1,0 1,0 0,-1 0,2 0,-1 0,-1 3,-1 6,0 0,0 1,1 0,1-1,-1 14,3-17,-1 0,1 0,1 0,0 0,0 0,0 0,1 0,0-1,1 1,0-1,5 8,-8-13,1 0,-1 1,1-1,0 0,0 0,-1 0,1 0,0-1,1 1,-1 0,0-1,0 1,1-1,-1 0,1 0,-1 0,1 0,-1 0,1-1,0 1,-1-1,1 0,0 1,-1-1,1 0,0-1,-1 1,1 0,0-1,-1 0,1 1,0-1,-1 0,1 0,-1-1,0 1,3-2,-1 0,0 0,-1 0,0 0,0 0,0 0,0-1,0 1,-1-1,1 0,-1 0,0 0,0 0,-1 0,1 0,-1-1,0 1,1-6,0-9,0 1,-2-1,-1-18,1-20,0 56,0 1,0 0,0 0,0 0,0 0,0-1,0 1,0 0,0 0,0 0,0-1,0 1,0 0,0 0,0 0,1 0,-1-1,0 1,0 0,0 0,0 0,0 0,1 0,-1 0,0-1,0 1,0 0,0 0,1 0,-1 0,0 0,0 0,0 0,1 0,-1 0,0 0,0 0,0 0,1 0,-1 0,0 0,0 0,0 0,1 0,-1 0,0 0,0 0,0 1,0-1,1 0,-1 0,0 0,0 0,0 0,16 12,11 17,-18-18,0 1,-1 0,11 24,-16-31,-1 0,0-1,-1 1,1 0,-1 0,0 0,0 1,0-1,-1 0,1 0,-1 0,-1 0,1 1,-2 4,2-9,0-1,0 1,0 0,0-1,0 1,-1 0,1-1,0 1,0 0,-1-1,1 1,0-1,-1 1,1 0,-1-1,1 1,-1-1,1 1,-1-1,1 0,-1 1,1-1,-1 1,1-1,-1 0,0 1,1-1,-1 0,0 0,1 0,-1 1,0-1,1 0,-1 0,0 0,1 0,-1 0,0 0,0 0,1-1,-1 1,0 0,1 0,-1 0,1-1,-1 1,0 0,1-1,-1 1,0-1,0 0,0 0,-1 0,1 0,1-1,-1 1,0 0,0 0,0-1,1 1,-1-1,1 1,-1 0,1-1,-1 1,1-1,0 1,0-1,0 1,0-1,0 1,0-1,0 1,0-1,1-2,4-5,0 0,0 1,1 0,0 0,0 0,1 1,11-10,-8 8,-1-2,1 1,11-18,-20 27,0-1,0 0,0 0,0 0,0 0,-1 0,1 0,0 0,-1 0,0 0,1 0,-1 0,0 0,0 0,0 0,0 0,0 0,-1 0,1 0,-1 0,1-1,-1 2,0-1,0 0,0 0,-2-3,37 49,-15-21,-2 0,-1 1,16 31,-32-54,1 0,-1 1,1-1,-1 1,0-1,1 1,-1-1,0 1,0-1,0 1,0 0,0-1,0 1,-1-1,1 1,-1-1,1 1,-1-1,1 0,-1 1,0-1,1 1,-1-1,0 0,0 0,0 0,0 1,0-1,0 0,-1 0,1 0,0-1,0 1,-1 0,1 0,0-1,-1 1,1-1,-1 1,1-1,-1 1,1-1,-1 0,-1 0,0 1,-1 0,1-1,0 1,-1-1,1 0,0 1,-1-2,1 1,0 0,-1-1,1 1,0-1,0 0,-1 0,1-1,0 1,0 0,0-1,-4-3,6 4,1 0,-1 0,0 0,1 0,-1 0,1 0,0 0,-1-1,1 1,0 0,0 0,0 0,0 0,0 0,0-1,0 1,0 0,0 0,0 0,1 0,0-2,4-12</inkml:trace>
  <inkml:trace contextRef="#ctx0" brushRef="#br0" timeOffset="4477.06">2945 393,'3'12,"1"8,3 3,0 5,0-1,-3 0,-1-3,-1-2,2-4,0-9,0-9,-1-8,-4-8,-2-8,-1 0</inkml:trace>
  <inkml:trace contextRef="#ctx0" brushRef="#br0" timeOffset="4867.85">2945 243,'9'9,"7"7,0 0</inkml:trace>
  <inkml:trace contextRef="#ctx0" brushRef="#br0" timeOffset="5211.4">3073 576,'0'-26,"-1"7,0 0,2 0,3-23,-4 39,1 0,-1 1,1-1,-1 0,1 0,0 1,0-1,0 1,0-1,1 1,-1-1,1 1,-1 0,1-1,0 1,0 0,0 0,0 0,0 1,0-1,1 0,-1 1,0-1,1 1,0 0,-1 0,1 0,3-1,-2 2,-1 1,1-1,-1 0,0 1,1 0,-1-1,0 1,0 1,1-1,-1 0,0 1,0 0,0-1,-1 1,1 0,0 1,-1-1,1 0,-1 1,0-1,0 1,0 0,0 0,0 0,-1 0,3 5,5 11,-1 1,-1-1,5 24,-8-28,8 34,-10-41</inkml:trace>
</inkml:ink>
</file>

<file path=word/ink/ink1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14T10:08:57.999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228 222,'-25'-1,"-135"2,158 0,0-1,0 1,0 0,0 0,0 0,0 0,0 0,0 0,0 0,0 1,1-1,-1 0,0 1,1 0,-1-1,1 1,0 0,0 0,0 0,0 0,0 0,0 0,0 0,0 0,1 0,-1 0,1 1,0-1,-1 0,1 4,-1 12,1 0,3 34,-1-25,-2-16,0-4,0 0,0-1,1 1,-1-1,2 1,2 10,-3-15,0-1,-1 0,1 0,0 0,0 0,0 0,0 0,0 0,0 0,0 0,0 0,0-1,0 1,1 0,-1-1,0 1,0-1,1 1,-1-1,1 0,-1 1,0-1,1 0,-1 0,0 0,1 0,-1 0,1 0,-1-1,0 1,1 0,-1-1,0 1,0-1,1 1,-1-1,2-1,4-1,-1 0,1 0,-1 1,1 0,0 0,0 1,0 0,0 0,0 0,0 1,1 0,-1 1,0-1,0 1,0 1,0-1,0 1,-1 1,1-1,-1 1,1 0,-1 1,0-1,0 1,0 0,10 10,-5-4,1 1,-2 1,1 0,-2 0,1 1,-2 0,0 0,7 16,-13-25,0 1,-1-1,0 0,0 1,0-1,0 1,0-1,-1 1,0-1,0 1,0-1,-1 1,-1 7,0-9,1 1,-1-1,1 0,-1 0,0 0,-1 0,1 0,0-1,-1 1,1-1,-1 1,0-1,0 0,0 0,0 0,0-1,0 1,-1-1,-5 2,-2 1,0-2,0 0,0 0,0-1,0 0,0 0,0-2,0 1,-16-4,22 3,-1 0,1 0,-1 0,1-1,0 0,-1 0,1 0,0-1,0 1,1-1,-1-1,1 1,-1-1,1 1,0-1,0 0,1-1,-1 1,1-1,-4-6,6 9,1 0,-1 0,0 0,1-1,0 1,0 0,-1 0,1-1,0 1,1 0,-1 0,0-1,1 1,-1 0,1 0,0 0,0 0,-1 0,1 0,1 0,-1 0,0 0,2-2,8-8</inkml:trace>
  <inkml:trace contextRef="#ctx0" brushRef="#br0" timeOffset="421.66">504 406,'-7'16,"1"0,1 0,0 0,2 1,-1-1,2 1,0 0,2 0,-1 0,5 29,-4-39,2 0,-1 0,1-1,0 1,1 0,-1-1,1 1,0-1,1 0,0 0,0 0,6 7,-6-10,0 0,0 1,0-2,0 1,1 0,-1-1,1 0,-1 0,1 0,0-1,0 0,0 0,0 0,0 0,0-1,0 1,0-1,0-1,6 0,-6 1,1-1,-1 0,1 0,-1 0,0 0,1-1,-1 0,0 0,0 0,0-1,0 0,-1 0,1 0,-1 0,0-1,0 0,0 0,0 0,0 0,-1 0,0-1,0 0,0 1,-1-1,1 0,-1 0,2-10,-2 5,0 0,-1 0,-1 0,1 0,-2 0,1 0,-2 0,1 0,-1 0,-1 0,1 0,-2 1,1-1,-8-12,0 3,0 1,0 1,-21-24,26 35,1 0,-1 0,0 1,0-1,0 2,-1-1,0 1,0 0,0 0,0 0,-1 1,-7-2,13 5,1-1,-1 1,0 0,1 0,-1 0,1 0,-1 0,1 0,-1 1,0-1,1 0,-1 1,1-1,-1 1,1 0,0-1,-1 1,1 0,0 0,-1 0,1 0,0 0,0 0,0 0,0 0,0 0,0 1,0-1,0 0,0 1,1-1,-1 1,1-1,-2 3,-3 14</inkml:trace>
  <inkml:trace contextRef="#ctx0" brushRef="#br0" timeOffset="1604.87">1019 589,'-1'2,"-1"1,0 0,1 0,0 0,-1 0,1 1,0-1,1 0,-1 0,1 1,-1-1,1 0,0 1,0-1,0 0,1 1,-1-1,1 0,1 5,21 62,-23-68,6-80,-8 46,1 23,0 1,0-1,1 1,0-1,0 1,1-1,0 1,1-1,0 1,0 0,5-10,-7 17,1 0,0 0,-1 0,1 0,0 0,0 1,0-1,0 0,0 0,0 1,0-1,0 1,0-1,0 1,0-1,0 1,0 0,0-1,0 1,1 0,-1 0,0 0,0 0,0 0,0 0,2 0,0 1,0 0,0 0,0 0,0 1,0-1,0 1,0-1,-1 1,5 3,0 2,1 1,-1-1,0 1,0 1,5 9,20 44,-30-57,0 0,0 1,-1-1,1 1,-1-1,-1 1,1-1,-1 1,0 11,-4-10,-1-19,-1-19,6 23,0 0,0 0,1 1,0-1,0 0,0 0,1 0,1 1,5-13,-8 18,1 1,0-1,0 1,0-1,0 1,0-1,1 1,-1 0,0 0,0 0,1-1,-1 1,1 1,-1-1,1 0,0 0,-1 0,1 1,2-1,-2 1,0 0,1 0,-1 0,1 1,-1-1,1 1,-1-1,0 1,1 0,-1 0,0 0,0 1,1-1,-1 0,0 1,0-1,3 4,1 1,-1-1,0 1,0 0,0 1,0-1,-1 1,0 0,0 0,-1 0,0 1,-1-1,1 1,-1 0,-1-1,1 1,-1 0,-1 0,0 11,1-29,6-79,-6 83,0 0,0 0,1 0,0 0,0 0,1 0,-1 1,1-1,0 1,1 0,-1 0,9-10,-11 15,0-1,0 0,0 1,-1-1,1 1,0-1,0 1,0-1,0 1,0 0,0-1,0 1,0 0,0 0,0 0,0 0,0 0,0 0,0 0,1 0,-1 0,0 0,0 1,0-1,1 1,23 20,-19-12,1 1,-2 0,9 18,16 62,-30-90,0 0,0 0,0 0,0 0,1 0,-1-1,0 1,0 0,0 0,0 0,0 0,0 0,0 0,0 0,1 0,-1 0,0 1,0-1,0 0,0 0,0 0,0 0,0 0,0 0,0 0,1 0,-1 0,0 0,0 0,0 0,0 0,0 0,0 0,0 1,1-8</inkml:trace>
  <inkml:trace contextRef="#ctx0" brushRef="#br0" timeOffset="2434.63">1884 717,'3'-5,"0"0,-1 0,0-1,0 0,0 1,-1-1,0 0,0 0,0 1,-1-1,0 0,0 0,0 0,-1 0,0 0,0 1,-1-1,1 0,-4-7,1 6,1 1,-1 0,0 0,-1 1,1-1,-1 1,0 0,0 0,-1 1,1-1,-1 1,0 1,0-1,-1 1,-8-4,29 8,-1-1,0-1,1 0,23-6,7 1,-42 5,0 1,0-1,0 1,0 0,0 0,1-1,-1 2,0-1,0 0,0 0,0 1,0-1,0 1,0 0,0-1,0 1,0 0,0 0,0 0,-1 0,1 1,0-1,-1 1,1-1,-1 1,1-1,-1 1,1 2,0 1,0 1,-1 0,1 0,-2 0,1 0,-1 0,1 0,-3 11,2-7,0 0,1-1,0 1,0-1,1 1,0-1,1 0,0 0,5 11,-7-17,0 0,1-1,0 1,-1 0,1 0,0-1,0 1,1-1,-1 0,0 0,1 1,-1-1,1-1,0 1,0 0,0-1,0 0,0 1,0-1,0 0,0-1,0 1,0 0,1-1,-1 0,0 0,0 0,1 0,-1 0,4-1,9-3</inkml:trace>
  <inkml:trace contextRef="#ctx0" brushRef="#br0" timeOffset="4339.72">2159 644,'15'-5,"0"-1,-1-1,17-11,-28 17,0-1,0 1,0-1,0 0,-1 0,1 0,-1-1,1 1,-1-1,0 1,0-1,0 0,0 0,0 0,-1 0,1 0,-1 0,0 0,0 0,0-1,0-2,0 4,-1 1,-1 0,1 0,0 0,0-1,0 1,-1 0,1 0,0 0,-1 0,1 0,-1 0,1 0,-1-1,0 2,1-1,-1 0,0 0,0 0,0 0,0 0,0 1,1-1,-1 0,-1 1,1-1,0 1,0-1,0 1,0-1,0 1,0 0,-1 0,1-1,0 1,0 0,0 0,0 0,-1 0,1 0,-2 1,1 0,0-1,-1 1,1 0,0 0,-1 0,1 0,0 0,0 1,0-1,0 1,0-1,1 1,-1 0,0-1,1 1,-1 0,1 0,-1 0,-1 4,2-1,-1 0,1 0,0 0,1 0,-1 0,1 0,0 0,0 0,1 0,-1 0,1 0,0 0,0-1,1 1,0 0,-1 0,1-1,1 1,-1-1,1 0,0 0,0 0,0 0,0 0,1-1,0 1,-1-1,1 0,5 3,0 1,1-1,-1-1,1 1,0-2,0 1,0-1,1-1,-1 0,1 0,0-1,0-1,16 1,-20-2,0-1,1 0,-1 0,0 0,0-1,0-1,0 1,0-1,-1 0,1 0,-1-1,0 0,0 0,0 0,0-1,7-7,-10 8,0-1,1 1,-2-1,1 1,0-1,-1 0,0 0,0 0,0 0,-1 0,1 0,-1-1,-1 1,1 0,-1-1,0 1,0 0,0-1,-1 1,0 0,0-1,0 1,-3-6,3 8,1 1,-1 0,0-1,0 1,0 0,0 0,0 0,0 0,-1 0,1 0,-1 0,0 1,1-1,-1 0,0 1,0-1,0 1,0 0,0 0,0 0,0 0,0 0,-1 0,1 0,0 1,-1-1,1 1,0 0,-1-1,1 1,-1 0,1 1,0-1,-1 0,1 1,0-1,-5 2,3 0,-1 0,1 0,0 0,-1 1,1-1,1 1,-1 0,0 0,1 1,-1-1,1 1,0-1,0 1,0 0,1 0,-1 1,1-1,-2 6,2-2,0-1,1 2,0-1,0 0,0 0,1 0,1 0,-1 0,3 10,-3-16,1 0,-1 0,1 0,-1 0,1 0,-1 0,1 0,0 0,0 0,0 0,0 0,0-1,1 1,-1 0,1-1,-1 1,1-1,-1 0,1 1,0-1,-1 0,1 0,0 0,0 0,0 0,0-1,0 1,0 0,0-1,0 0,0 1,0-1,0 0,0 0,0 0,0 0,1-1,-1 1,0-1,3 0,-1-1,1 0,-1 0,0-1,0 1,0-1,-1 0,1 0,-1 0,1-1,-1 1,0-1,0 0,-1 1,1-1,-1-1,3-4,-2 3,0 0,-1 0,0-1,0 1,0-1,-1 1,0-1,0 0,0 1,-1-12,-4 7,0 19,1 22,3-25,1-1,1 1,-1 0,0-1,1 1,0-1,0 1,1-1,-1 0,1 0,0 0,0 0,0-1,0 1,1-1,-1 0,1 0,0 0,0 0,5 2,-6-4,0 0,0 0,0-1,0 1,0 0,0-1,0 0,1 0,-1 0,0 0,0-1,0 1,0-1,0 1,0-1,0 0,0-1,0 1,0 0,0-1,0 0,-1 1,1-1,-1 0,1 0,-1-1,0 1,0 0,0-1,0 1,2-4,3-5,-1 0,0 0,-1-1,0 0,-1 0,0 0,-1 0,0-1,-1 1,0-1,-1 0,-1 1,0-1,0 0,-3-13,1 11,-1-1,0 1,-1 1,-1-1,0 0,-1 1,0 0,-1 0,-1 1,0 0,-1 0,-12-12,21 24,-1-1,0 1,0 0,0 0,0 0,0 1,0-1,0 0,0 0,0 0,0 1,0-1,-1 1,1-1,0 1,0-1,-1 1,1 0,0-1,-1 1,1 0,-2 0,2 1,0-1,0 1,0 0,0-1,0 1,1 0,-1 0,0 0,0 0,1 0,-1-1,1 1,-1 0,1 0,-1 1,1-1,0 0,-1 0,1 0,0 2,-2 9,1 0,0 0,2 19,-1-29,1 26,1 0,2-1,1 1,1-1,1 0,1 0,2-1,0 0,2-1,18 30,-26-50,1 1,0-1,0 0,0 0,0 0,1-1,0 0,0 0,0 0,1-1,-1 0,1 0,-1-1,1 1,0-2,0 1,0-1,14 1,-16-2,-1 0,1 0,-1-1,1 1,-1-1,1 0,-1-1,1 1,-1-1,0 0,0 0,0 0,0-1,0 1,-1-1,1 0,-1 0,1 0,-1 0,0-1,0 0,-1 1,1-1,-1 0,0 0,0 0,0 0,0-1,1-8,6-41,-9 53,0-1,1 1,-1-1,0 1,0-1,0 1,0 0,0-1,0 1,0-1,-1 1,1-1,0 1,-1-1,1 1,-1 0,0-1,1 1,-1 0,0 0,0 0,0-1,0 1,0 0,0 0,0 0,0 0,0 0,0 1,-1-1,1 0,-2 0,2 1,0 0,0 0,0 1,0-1,0 1,0-1,1 0,-1 1,0 0,0-1,1 1,-1-1,0 1,1 0,-1 0,1-1,-1 1,1 0,-1 0,1 0,0-1,-1 1,1 0,0 0,-1 0,1 0,0 0,0 0,0 0,0 0,0 0,0-1,0 1,0 0,1 0,-1 0,0 0,1 1,7 39,-6-33,2 1,-1 0,1-1,0 0,1 0,0 0,0 0,0-1,11 11,-14-16,0 0,0 0,0-1,0 1,0-1,0 1,0-1,0 0,1 0,-1 0,0 0,1 0,-1 0,1-1,-1 1,1-1,-1 1,1-1,0 0,-1 0,1 0,-1-1,1 1,-1-1,1 1,-1-1,1 0,-1 0,1 0,-1 0,0 0,0-1,0 1,0-1,0 1,0-1,0 0,3-3,-1 0,-1 0,0 0,0 0,0 0,0-1,-1 1,0-1,0 0,-1 1,1-1,-1 0,0 0,0-11,-1-11,-5-45,4 60,-4-38,-19-167,67 337,19 132,-60-246,0 0,0-1,0 1,0-1,1 0,-1 1,1-1,0 0,1-1,-1 1,1 0,-1-1,1 0,0 0,0 0,1 0,-1-1,1 0,-1 0,1 0,-1 0,1-1,0 1,0-1,0-1,0 1,0-1,0 0,5 0,-1 0,-1-1,0 1,0-2,1 1,-1-1,0-1,0 1,-1-1,1-1,0 1,-1-1,0-1,0 1,0-1,-1 0,1-1,4-6,-9 9,0 0,0 0,0 0,-1 0,0 0,1 0,-1-1,0 1,-1 0,1-1,-1 1,1-1,-1 1,0-1,0 1,-1-1,1 1,-1-1,0 1,1 0,-3-6,2 7,0 0,0-1,0 1,0 0,0 0,-1 0,1 0,-1 0,1 0,-1 0,0 0,1 1,-1-1,0 1,0-1,0 1,0 0,-1 0,1 0,0 0,0 0,-1 0,1 1,-1-1,1 1,0-1,-1 1,1 0,-1 0,-3 1,5-1,0 0,-1 0,1 0,0 1,0-1,0 0,0 1,1-1,-1 1,0-1,0 1,0-1,0 1,0 0,1-1,-1 1,0 0,0 0,1 0,-1-1,1 1,-1 0,1 0,-1 0,1 0,0 0,-1 0,1 1,-1 2,1-1,0 1,0-1,0 1,1-1,-1 0,1 1,2 6,2 4,1 1,14 23,-18-34,0 0,1 0,0 0,0-1,0 0,0 1,1-1,-1 0,1-1,0 1,0-1,-1 1,2-1,-1 0,7 2,-3-2,0-1,0 1,0-1,0-1,0 1,0-2,0 1,11-2,-1-2,-1 0,0-1,0-1,0-1,0 0,-1-1,18-12,-8 2</inkml:trace>
  <inkml:trace contextRef="#ctx0" brushRef="#br0" timeOffset="4685.89">3081 460,'12'-3,"11"-1,11-3,8-1,5 2,-8 1</inkml:trace>
  <inkml:trace contextRef="#ctx0" brushRef="#br0" timeOffset="5043.99">3595 130,'-12'9,"-11"7,-5 0,4-2</inkml:trace>
  <inkml:trace contextRef="#ctx0" brushRef="#br0" timeOffset="5044.99">2914 222,'0'0</inkml:trace>
  <inkml:trace contextRef="#ctx0" brushRef="#br0" timeOffset="5403.69">2382 0,'-7'9,"-7"7,-6 6,-1 6,1 5,3 2,3-4</inkml:trace>
  <inkml:trace contextRef="#ctx0" brushRef="#br0" timeOffset="6196.62">4204 627,'218'-17,"-74"18,66-4,-209 3,-1 0,1 0,-1 0,1 0,-1 0,1 1,-1-1,1-1,-1 1,1 0,0 0,-1 0,1 0,-1 0,1 0,-1 0,1-1,-1 1,0 0,1 0,-1-1,1 1,-1 0,1-1,-1 1,0-1,1 1,-1 0,0-1,1 1,-1-1,0 1,1-2,-15-10,-27-7,-42-9,86 25,16 0,21 2,-15 2,0 2,41 9,-57-10,0 1,-1 0,0 0,0 1,0-1,0 2,0-1,-1 1,0 1,0-1,7 8,-13-12,0 0,0-1,0 1,-1 0,1 0,0 0,-1 0,1 0,0 0,-1 0,1 0,-1 0,1 0,-1 0,0 0,1 1,-1-1,0 0,0 0,0 0,0 0,0 1,0-1,0 1,-1-1,0 0,0 0,0 0,0 0,1 0,-1 0,0-1,-1 1,1 0,0-1,0 1,0 0,0-1,0 0,-1 1,1-1,0 0,-2 1,-10 1,0-1,0 0,-18-2,21 0,-28 1,4-1</inkml:trace>
  <inkml:trace contextRef="#ctx0" brushRef="#br0" timeOffset="6668.22">4276 516,'-15'7,"-2"1,0 0,0 1,1 0,0 2,1 0,0 0,-25 27,38-36,1-1,0 1,0 0,0 0,-1-1,2 1,-1 0,0 0,0 0,1 0,-1 1,1-1,-1 0,1 0,0 0,0 0,0 0,0 0,0 1,1-1,-1 0,1 2,1-1,-1 0,1-1,0 1,-1-1,1 0,0 1,1-1,-1 0,0 0,1 0,-1-1,1 1,5 2,4 1,1 0,0 0,0-2,1 0,23 3,35-5,-43-5</inkml:trace>
</inkml:ink>
</file>

<file path=word/ink/ink1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14T10:12:30.833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 56,'93'-10,"-69"7,0 0,36 1,-58 2,0 0,0 0,0 1,-1-1,1 0,0 1,0 0,0-1,-1 1,1 0,0 0,-1 0,1 0,-1 1,1-1,-1 0,0 0,1 1,-1-1,0 1,0-1,0 1,0 0,0-1,0 1,0 0,-1 0,1 0,-1-1,1 5,1 5,-1 1,0 0,-1 0,-1 13,0 11,29 140,-11-81,-17-90,-2-5</inkml:trace>
  <inkml:trace contextRef="#ctx0" brushRef="#br0" timeOffset="344.02">129 350,'13'-7,"10"-1,10-3,7 0,2-1,-6 2</inkml:trace>
  <inkml:trace contextRef="#ctx0" brushRef="#br0" timeOffset="759.62">497 55,'-3'8,"0"1,0 0,1 1,0-1,1 0,0 0,0 1,1-1,0 1,1-1,0 0,0 1,1-1,0 0,1 0,0 0,0 0,7 11,-2-3,1-1,0-1,1 0,1 0,1 0,0-2,0 0,23 18,-25-24,-7-5,0-1,-1 1,1 0,0-1,-1 1,1 1,-1-1,0 0,1 1,-1-1,0 1,-1-1,1 1,2 4,-5-6,0 0,0 0,0 0,0 0,0 0,0-1,0 1,0 0,0 0,0-1,0 1,0-1,-1 1,1-1,0 0,0 1,-1-1,1 0,0 0,-1 0,1 0,0 0,0 0,-2-1,-36 1,39 0,-8-1,1 1,0-1,0 0,0-1,0 0,0 0,0 0,0-1,0 0,-6-4,11 5,0 0,0 1,0-1,1 0,-1 0,0 0,1 0,0-1,-1 1,1 0,0 0,0-1,0 1,0-1,1 1,-1-1,1 1,-1-1,1 1,0-1,0 1,0-1,1 0,-1 1,0-1,1 1,0-1,-1 1,1-1,0 1,2-4,9-18,0 1,2 0,1 1,28-33,-25 33,-1-1,-1 0,24-47,-39 68,0 0,0 1,0-1,-1 0,1 1,0-1,-1 0,1 0,-1 1,0-1,0 0,1 0,-1 0,0 1,-1-1,1 0,0 0,0 0,-1 0,1 1,-1-1,0 0,1 1,-1-1,0 0,0 1,-2-4,1 4,0 0,0 1,0-1,0 0,0 1,0-1,-1 1,1-1,0 1,0 0,0 0,0 0,-1 0,1 1,0-1,0 1,0-1,0 1,0-1,0 1,0 0,0 0,-3 2,-1 0,1 1,-1 0,1 0,-1 0,1 0,1 1,-1 0,1 0,-1 0,2 0,-1 1,0 0,1 0,0 0,1 0,-4 11,-2 9</inkml:trace>
  <inkml:trace contextRef="#ctx0" brushRef="#br0" timeOffset="1116.91">864 350,'0'12,"0"8,0 6,4 2,0 0,0-3,-1-1,3-3,-1-7,0-10,1-8,1-3</inkml:trace>
  <inkml:trace contextRef="#ctx0" brushRef="#br0" timeOffset="1520">975 73,'10'-4,"0"1,0-1,0 1,0 1,1 0,-1 1,1 0,0 0,11 1,-19 0,0 0,-1 0,1 0,0 0,0 1,-1-1,1 1,0 0,-1 0,1 0,-1 0,1 0,-1 0,1 1,-1-1,0 1,0-1,1 1,-1 0,-1 0,1 0,0 0,0 1,-1-1,1 0,-1 1,0-1,0 1,0-1,0 1,0-1,0 1,-1 0,1 0,-1-1,0 1,0 0,0 0,0 5,-2-2,1 0,-1 0,0 0,-1-1,1 1,-1 0,0-1,-1 0,1 0,-1 0,0 0,0 0,-6 4,-13 18,23-27,0 1,-1-1,1 0,0 1,0-1,0 1,0-1,0 1,0-1,0 0,0 1,0-1,0 1,0-1,0 1,0-1,0 0,1 1,-1-1,0 1,0-1,0 0,1 1,-1-1,0 1,0-1,1 0,-1 0,0 1,1-1,-1 0,0 1,1-1,-1 0,0 0,1 0,-1 1,1-1,-1 0,0 0,1 0,-1 0,1 0,24 9,-19-8,8 5,0 0,0 0,-1 1,0 1,-1 0,14 11,-23-17,1 1,-1 0,1 0,-1 0,0 0,0 1,-1-1,1 1,-1-1,0 1,1 0,-2 0,1 0,0 0,-1 0,0 0,0 1,0-1,0 0,-1 1,0-1,0 1,0-1,0 0,-2 6,0-7,0 1,0-1,0 0,0 0,-1 0,0 0,0 0,1-1,-1 1,-1-1,1 0,0 0,-1 0,1 0,-1 0,1-1,-1 0,0 0,-5 1,0 1,0-1,0 0,-1-1,1 0,0-1,0 0,-12-1,7-3</inkml:trace>
  <inkml:trace contextRef="#ctx0" brushRef="#br0" timeOffset="2614.28">1529 295,'0'37,"0"19,0-40,0-13,1-6,1-16,2-1,9-31,-11 43,1 0,0 0,0 0,1 0,0 0,1 1,0 0,8-10,-13 16,1 1,-1-1,0 1,0 0,1-1,-1 1,1 0,-1-1,0 1,1 0,-1-1,1 1,-1 0,0 0,1 0,-1-1,1 1,-1 0,1 0,-1 0,1 0,-1 0,1 0,-1 0,1 0,-1 0,1 0,-1 0,1 0,-1 0,1 1,-1-1,1 0,-1 0,1 0,-1 1,0-1,1 0,-1 1,1-1,-1 1,10 25,-5 34,-5-59,-1 50,0 6,1-43,2-18,0-5,17-66,-18 69,1 1,1-1,-1 0,1 1,0-1,0 1,1 0,-1 0,1 0,5-4,-8 8,0 0,-1 0,1 0,0 1,0-1,0 0,0 1,1-1,-1 1,0-1,0 1,0 0,0-1,0 1,1 0,-1 0,0-1,0 1,0 0,1 0,-1 1,0-1,0 0,0 0,1 1,1 0,-1 0,0 1,0-1,0 1,-1 0,1-1,-1 1,1 0,-1 0,1 0,-1 0,0 0,2 4,0 4,0 0,0-1,0 1,-2 0,2 15,-2 2,-1-35,0-1,1 1,0 0,0-1,4-12,-3 16,-1 1,1 0,0 0,0 0,1 1,-1-1,1 1,0-1,0 1,0 0,1 0,-1 0,1 0,-1 1,7-4,-8 5,-1 0,1 1,-1 0,1-1,0 1,-1 0,1 0,-1 0,1 0,-1 0,1 0,0 0,-1 0,1 1,-1-1,1 1,-1-1,3 2,-2-1,0 1,1 0,-1 0,0 0,0 0,0 0,-1 0,1 0,0 1,-1-1,1 1,-1-1,2 5,-1 1,1 0,-2 0,1 0,-1 0,0 1,-1-1,1 0,-2 9,2 29,-1-46,0 1,0-1,0 0,0 0,0 0,0 1,0-1,0 0,0 0,0 0,0 0,0 1,1-1,-1 0,0 0,0 0,0 0,0 0,1 1,-1-1,0 0,0 0,0 0,0 0,1 0,-1 0,0 0,0 0,0 0,1 0,-1 0,0 0,0 0,0 0,1 0,-1 0,0 0,0 0,0 0,1 0,-1 0,0 0,0 0,0 0,1 0,-1 0,0 0,0-1,0 1,0 0,1 0,-1 0,0 0,0 0,0-1,0 1,0 0,0 0,0 0,1-1,-1 1,7-7</inkml:trace>
  <inkml:trace contextRef="#ctx0" brushRef="#br0" timeOffset="2957.36">2007 38,'0'9,"3"10,1 7,3 6,1 7,-2 3,2 0,-1-3,-2-2,-1-5,-1-4,-2-4,-1-3,0-2,3-7,4-6,4-6,0-5</inkml:trace>
  <inkml:trace contextRef="#ctx0" brushRef="#br0" timeOffset="3377.97">2429 147,'-7'-1,"0"0,1 0,-1 1,0 0,0 0,0 1,1-1,-1 2,0-1,1 1,-1 0,-11 5,16-6,0 0,1 0,-1 0,0 0,0 0,1 1,-1-1,1 0,-1 1,1 0,0-1,-1 1,1 0,0 0,0-1,0 1,0 0,0 2,1-1,0-1,0 1,0-1,0 1,0-1,1 1,-1-1,1 0,0 1,0-1,0 0,0 1,0-1,0 0,0 0,1 0,-1 0,1 0,2 2,7 7,0-1,0-1,1 1,1-2,14 9,30 20,-56-36,0 0,1-1,-1 1,0 0,0 0,0 0,0 0,0 0,0 0,0 0,0 0,0 0,-1 0,1 0,0 1,-1-1,1 0,-1 1,1-1,-1 0,0 1,1-1,-1 1,0-1,0 2,-1-2,0 1,0-1,0 0,0 0,0 0,0 0,0 0,-1-1,1 1,0 0,-1 0,1-1,0 1,-1-1,1 1,-1-1,1 0,-3 1,-13 1,1-1,-30 0,46-1,-18-1</inkml:trace>
</inkml:ink>
</file>

<file path=word/ink/ink1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14T10:12:07.431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0 29,'8'-4,"0"0,0 0,0 1,0 0,1 0,-1 1,1 0,0 1,0 0,-1 0,1 1,0 0,0 0,14 3,-19-2,0-1,-1 1,1 0,0 0,-1 1,1-1,0 1,-1-1,0 1,1 0,-1 0,0 1,0-1,0 1,0-1,-1 1,1 0,-1 0,0 0,0 0,0 1,0-1,0 1,-1-1,1 1,-1 0,0-1,0 1,0 0,-1 0,1-1,-1 1,0 0,0 0,-1 4,-1 0,0 0,0-1,0 1,-1-1,-1 0,1 0,-1 0,0-1,-1 1,1-1,-1 0,0 0,-1 0,0-1,1 0,-13 8,6-4,1 1,1 1,-12 13,21-23,0 0,1 0,-1 0,0 0,0 0,1 0,-1 1,1-1,-1 0,1 0,0 1,-1-1,1 0,0 1,0-1,0 0,0 1,0-1,0 0,0 0,0 1,1-1,-1 0,0 1,1-1,-1 0,1 0,0 0,-1 1,1-1,0 0,0 0,-1 0,1 0,0 0,0 0,0 0,0-1,0 1,1 0,-1 0,0-1,0 1,0-1,1 1,-1-1,0 0,3 1,10 4,0-1,0-1,23 4,-23-5,3 0,0 0,0-2,31-1,-18-2</inkml:trace>
  <inkml:trace contextRef="#ctx0" brushRef="#br0" timeOffset="499.31">404 29,'11'-2,"0"0,1 0,-1 1,0 0,19 2,-25 0,0-1,1 1,-1 0,0 0,1 1,-1-1,0 1,0 1,0-1,-1 1,1-1,0 1,6 6,-10-8,0 0,0 1,0-1,0 0,0 0,0 1,-1-1,1 0,0 1,-1-1,1 1,-1-1,0 1,1-1,-1 1,0 0,0-1,0 1,0-1,0 1,0-1,0 1,-1-1,1 1,0-1,-1 1,0-1,1 1,-1-1,0 1,0-1,-1 2,-4 5,-1 0,0 0,0 0,-10 7,-13 16,30-30,0 0,0 0,0 0,0-1,0 1,0 0,0 0,0 0,1 0,-1-1,0 1,1 0,-1 0,0-1,1 1,-1 0,1 0,-1-1,1 1,-1 0,1-1,0 1,-1-1,1 1,0-1,0 1,-1-1,1 0,0 1,0-1,-1 0,1 1,0-1,1 0,37 15,-31-12,3 1,0 1,0 1,-1 0,1 1,9 8,-18-13,1 0,-1 0,0 0,0 1,0-1,0 1,0-1,-1 1,1 0,-1 0,2 3,-3-4,0-1,0 0,1 1,-1-1,0 0,-1 1,1-1,0 1,0-1,0 0,-1 1,1-1,-1 0,1 0,-1 1,0-1,1 0,-1 0,0 0,0 0,0 0,0 0,0 0,0 0,0 0,-1 1,-1 0,0 0,-1-1,1 1,0-1,-1 1,1-1,0 0,-1-1,1 1,-1 0,0-1,1 0,-1 0,1 0,-1 0,0-1,-3 0,-7-3</inkml:trace>
  <inkml:trace contextRef="#ctx0" brushRef="#br0" timeOffset="873.16">810 251,'3'9,"1"7,4 3,-1 5,2 1,0 0,-2-1,-2-2,1-5,0-1,-1-7,1-9,0-6,-1-4</inkml:trace>
  <inkml:trace contextRef="#ctx0" brushRef="#br0" timeOffset="1215.78">957 48,'38'30,"-1"1,-1 1,-1 2,29 39,-61-69,0 0,-1-1,1 1,-1 1,0-1,0 0,-1 0,1 1,-1-1,1 6,-2-9,0 0,0 0,0 0,0 0,0 0,0 0,0 0,0-1,-1 1,1 0,0 0,-1 0,1 0,-1 0,1-1,0 1,-1 0,0 0,1-1,-1 1,0 1,-1-1,0-1,1 1,-1 0,0-1,1 1,-1-1,0 1,1-1,-1 0,0 0,0 0,1 0,-1 0,0 0,-3-1,-3-1,1 0,-1-1,0 0,1 0,0-1,-1 1,-9-8,-5-4</inkml:trace>
  <inkml:trace contextRef="#ctx0" brushRef="#br0" timeOffset="1591.53">938 30,'16'0,"14"0,18 0,13 0,6 0,1 3,-5 1,-11 0,-13-1</inkml:trace>
  <inkml:trace contextRef="#ctx0" brushRef="#br0" timeOffset="1947.38">239 656,'12'0,"20"-4,21 0,19-3,17 0,14-2,13 0,5-1,0 1,-4 1,-10 4,-14 1,-16-2,-18 1,-19 0</inkml:trace>
  <inkml:trace contextRef="#ctx0" brushRef="#br0" timeOffset="3202.36">479 913,'-1'21,"2"1,0-1,1 0,2 0,8 35,-10-52,-1 0,1 1,0-1,0 0,0 0,0 0,1 0,0 0,0-1,0 1,0-1,0 0,1 0,0 0,-1 0,1 0,0-1,0 0,0 0,1 0,-1 0,0-1,1 1,-1-1,1 0,0-1,-1 1,1-1,-1 0,1 0,0 0,7-2,-9 2,1 0,-1-1,0 1,0-1,0 0,0 0,0 0,0 0,0 0,0 0,0-1,0 0,-1 1,1-1,0 0,-1 0,0-1,0 1,1 0,-1-1,-1 1,1-1,0 0,-1 0,1 0,-1 1,0-1,0-1,0 1,0 0,0 0,-1 0,1 0,-1 0,0-1,0 1,0 0,-1 0,1 0,-1-1,0 1,-1-4,-2-6,0 1,0-1,-1 1,-1 0,0 1,-1-1,0 1,-1 0,-9-10,11 15,0 0,0 1,-1-1,0 1,0 1,-10-6,16 9,0 1,0-1,-1 0,1 1,0-1,-1 1,1-1,0 1,-1 0,1-1,0 1,-1 0,1 0,-1 0,1 0,0 0,-1 1,1-1,-1 0,1 1,0-1,-1 0,1 1,0 0,0-1,0 1,-1 0,1 0,0-1,0 1,0 0,0 0,0 0,0 0,0 1,1-1,-1 0,0 0,1 0,-1 1,0-1,1 0,0 1,-1-1,1 2,-5 19,3 1</inkml:trace>
  <inkml:trace contextRef="#ctx0" brushRef="#br0" timeOffset="3624.61">846 1080,'3'13,"4"6,2 4,1 1,0 0,-3-2,-1 0,-3-2,-1-7,-1-9,-1-8,-1-4</inkml:trace>
  <inkml:trace contextRef="#ctx0" brushRef="#br0" timeOffset="4238.43">1012 858,'9'-5,"0"0,1 0,0 1,-1 1,1-1,0 2,1-1,-1 1,0 1,1 0,-1 0,1 1,15 2,-25-2,0 0,0 0,1 0,-1 0,0 0,0 1,0-1,0 0,0 1,0-1,0 1,0-1,0 1,0-1,0 1,0 0,0-1,0 1,0 0,0 0,-1 0,1 0,0 0,0-1,-1 1,1 1,-1-1,1 0,-1 0,0 0,1 0,-1 0,0 0,0 0,0 0,1 1,-1-1,0 0,-1 0,1 0,0 0,0 0,0 1,-2 1,-1 4,-1 0,0 0,-1 0,0 0,-8 8,-5 9,18-24,0 1,0-1,0 1,0 0,0-1,0 1,0-1,0 1,0 0,0-1,0 1,0-1,1 1,-1-1,0 1,0-1,1 1,-1-1,0 1,1-1,-1 1,1-1,-1 1,0-1,1 1,-1-1,1 0,-1 1,1-1,-1 0,1 0,0 1,-1-1,1 0,-1 0,1 0,-1 0,1 0,1 0,33 8,-24-6,-5-1,-1 1,1 0,0 1,-1 0,0-1,1 2,-1-1,0 1,-1-1,1 1,4 5,-7-6,0-1,0 0,0 1,0-1,0 1,-1 0,1-1,-1 1,0 0,0 0,0 0,0 0,-1 0,1 0,-1 0,1 1,-1-1,0 0,0 0,-1 0,1 0,-1 0,-1 4,1-4,0-1,-1 0,0 0,1-1,-1 1,0 0,0 0,0-1,0 1,0-1,-1 0,1 1,0-1,0 0,-1-1,1 1,-1 0,1-1,-1 1,1-1,-1 0,1 1,-5-2,-64-1,65 1,-15-2,4-2</inkml:trace>
  <inkml:trace contextRef="#ctx0" brushRef="#br0" timeOffset="4853.36">1878 581,'9'0,"10"0,4 0,5 0,4 3,3 1,-2 0,0 0,-6-2</inkml:trace>
  <inkml:trace contextRef="#ctx0" brushRef="#br0" timeOffset="5364.44">1932 783,'12'0,"11"0,8 0,1 0,-1 0,-6 0</inkml:trace>
</inkml:ink>
</file>

<file path=word/ink/ink1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14T10:12:06.619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0 1,'10'0,"8"0,9 0,5 0,4 0,-2 0,-2 0,-5 0,-6 0</inkml:trace>
  <inkml:trace contextRef="#ctx0" brushRef="#br0" timeOffset="345.79">74 148,'13'0,"9"0,9 0,4 0,6 0,2-3,-2-1,-10 0</inkml:trace>
</inkml:ink>
</file>

<file path=word/ink/ink1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14T10:12:04.968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1 134,'20'48,"21"74,-34-101,15 58,-12-40,1-1,26 57,-37-94,0-1,0 0,0 1,0-1,0 0,0 1,0-1,1 1,-1-1,0 0,0 1,0-1,0 0,0 0,1 1,-1-1,0 0,0 1,1-1,-1 0,0 0,0 1,1-1,-1 0,0 0,1 0,-1 0,0 1,1-1,-1 0,0 0,1 0,-1 0,0 0,1 0,-1 0,1 0,-1 0,0 0,1 0,4-17,-5-26,-13-193,13 191,2-1,2 0,12-53,-16 97,1-1,-1 1,1-1,-1 1,1 0,0-1,0 1,0 0,0 0,0 0,1 0,-1 0,1 0,-1 0,1 0,0 0,-1 1,1-1,0 1,0-1,0 1,0 0,1 0,-1-1,0 2,0-1,1 0,-1 0,1 1,-1-1,0 1,1 0,-1 0,1 0,4 1,8-1</inkml:trace>
  <inkml:trace contextRef="#ctx0" brushRef="#br0" timeOffset="779.86">387 448,'21'101,"-18"-74,-3-21,1 1,-1 0,1 0,0 0,1-1,0 1,0 0,0-1,1 0,3 8,-5-31,-5-10,-8-14,5 18,1 0,0 0,2-1,-3-43,7 65,0 1,1-1,-1 0,0 0,1 0,-1 1,1-1,-1 0,1 1,0-1,0 0,0 1,0-1,0 1,0-1,0 1,0 0,1-1,-1 1,0 0,1 0,-1 0,1 0,-1 0,1 0,0 1,-1-1,1 0,0 1,0-1,-1 1,4-1,7 0,1 0,-1 1,1 0,12 2,20-1,-21-8,-3 1,-21 6,1-1,-1 1,0 0,1 0,-1 0,0 0,1 0,-1 0,0 0,1 0,-1 0,0 0,1 0,-1 0,0 0,1 0,-1 0,0 0,1 0,-1 1,0-1,0 0,1 0,-1 0,0 0,1 1,-1-1,0 0,0 0,1 1,-1-1,0 0,0 0,0 1,0-1,1 1,7 52,3 0,2-1,25 63,-24-95,-13-20,0 1,0-1,0 0,-1 0,1 0,0 0,0 0,0 0,0 0,-1 0,1 0,0 0,0 0,0 0,0 0,-1-1,1 1,0 0,0-1,0 1,-1-1,1 1,0-1,-1 1,1-1,0 0,10-9</inkml:trace>
  <inkml:trace contextRef="#ctx0" brushRef="#br0" timeOffset="1260.35">810 558,'4'-2,"-1"-1,0 1,1 0,-1 0,1 1,0-1,0 1,-1 0,1 0,0 0,0 0,0 1,0-1,0 1,0 0,0 0,0 1,7 1,-8-1,-1 0,0 0,1 1,-1-1,0 1,0 0,0 0,0 0,-1 0,1 0,0 0,-1 0,1 0,-1 1,0-1,0 1,0-1,0 1,0-1,-1 1,1-1,-1 1,1 0,-1-1,0 1,0 0,0-1,-1 6,0-4,0-1,1 0,-1 0,0 0,0 0,-1 0,1 0,-1 0,1 0,-1-1,0 1,-3 3,4-5,1 0,-1 0,0 0,0 0,0 0,-1 0,1 0,0 0,0 0,0-1,-1 1,1 0,0-1,-1 1,1-1,0 0,-1 1,1-1,-1 0,1 0,-1 0,1 0,-1 0,1 0,0 0,-1 0,1-1,-3 0,6 0,1 0,-1 0,0 0,1 0,-1 1,1-1,0 1,-1-1,1 1,4 0,-4 1,1 0,-1 1,0-1,0 1,1-1,-1 1,-1 0,1 0,0 1,0-1,-1 0,1 1,-1 0,0-1,0 1,0 0,0 0,0 0,-1 1,1-1,-1 0,1 4,-1-4,-1-1,1 0,-1 1,1-1,-1 0,0 1,0-1,0 0,0 1,0-1,-1 1,1-1,-1 0,0 0,1 1,-1-1,0 0,0 0,-1 0,1 0,0 0,-1 0,1 0,-1 0,1-1,-1 1,0 0,0-1,0 0,0 1,0-1,-4 2,3-1,-1-1,1 1,-1-1,1 0,-1 0,0 0,1-1,-1 1,0-1,0 0,1 0,-1 0,0-1,1 1,-1-1,0 0,-5-1,-4-6</inkml:trace>
</inkml:ink>
</file>

<file path=word/ink/ink1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14T10:12:03.657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1 221,'12'3,"14"1,18 0,17-1,11-4,6-2,-5 0,-8 0,-12 1,-11 1,-14 3,-11 5,-9 1</inkml:trace>
  <inkml:trace contextRef="#ctx0" brushRef="#br0" timeOffset="517.19">38 405,'12'0,"17"0,16 0,16-3,10-1,3 0,-6 1,-10 1,-13 1,-11 0,-10 1</inkml:trace>
  <inkml:trace contextRef="#ctx0" brushRef="#br0" timeOffset="865.63">405 0,'15'4,"19"6,15 9,12 7,2 2,-7 2,-9 4,-11 0,-7 6,-5 1,-8 3,-9 1,-9-2,-7-4,-6-6,-3-6,2-7</inkml:trace>
</inkml:ink>
</file>

<file path=word/ink/ink1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14T10:11:55.349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17 423,'0'3,"0"4,0 5,-3 2,-1 3,0 4,1 2,1 0,3-3,3-3,2-4,2-4</inkml:trace>
  <inkml:trace contextRef="#ctx0" brushRef="#br0" timeOffset="372.46">145 74,'-1'8,"1"-1,-1 1,2-1,-1 1,1-1,0 1,1-1,0 0,0 0,1 1,-1-1,1-1,1 1,0 0,0-1,0 0,0 0,1 0,0 0,0-1,1 0,0 0,7 5,34 18,25 17,-68-42,0 0,0 0,-1 1,1-1,-1 1,0 0,1 0,-2 0,1 1,0-1,-1 1,3 8,-4-11,-1-1,1 1,-1-1,0 1,1 0,-1-1,0 1,0 0,0-1,0 1,-1 0,1-1,0 1,-1-1,1 1,-1-1,1 1,-1-1,0 1,0-1,1 1,-1-1,-2 2,1-1,0-1,0 1,-1-1,1 0,-1 1,1-1,0 0,-1-1,0 1,1 0,-1-1,1 1,-4-1,-5 0,1 0,-1 0,0-2,1 1,-22-6,9-1</inkml:trace>
  <inkml:trace contextRef="#ctx0" brushRef="#br0" timeOffset="718.83">146 0,'9'0,"10"0,8 0,8 0,5 0,5 4,4 3,0 4,-9 1</inkml:trace>
  <inkml:trace contextRef="#ctx0" brushRef="#br0" timeOffset="1515.93">660 332,'0'90,"0"-101,1 0,0 1,1-1,0 0,0 1,1-1,0 1,1 0,0 0,1 0,0 1,1-1,0 1,0 0,1 1,7-8,-12 15,-1-1,0 1,0 0,1 0,-1 0,1 0,-1 1,1-1,-1 0,1 1,-1-1,1 1,0-1,-1 1,1 0,0-1,-1 1,1 0,0 0,-1 1,1-1,0 0,0 0,2 2,-1-1,0 1,0 0,-1 0,1 0,-1 0,1 0,-1 1,0-1,0 1,0-1,0 1,1 3,4 8,-1 0,0 0,-1 1,5 21,-2 21,-1-82,2 0,13-23,-22 46,1-1,0 1,0 0,0 0,0 0,0 0,0 0,0 1,1-1,-1 0,1 1,-1-1,1 1,0-1,0 1,0 0,0-1,2 0,-3 2,1 0,-1 0,0 0,0 0,0 1,1-1,-1 0,0 1,0-1,0 0,0 1,0 0,0-1,0 1,0 0,0-1,0 1,0 0,-1 0,1 0,0 0,0 0,1 2,4 7,-1 1,1 0,-2 0,7 22,45-90,-55 55,1 1,0-1,0 1,0 0,0 0,0 0,0 0,0 1,0-1,0 0,0 1,1-1,-1 1,0 0,0 0,1 0,-1 0,0 0,0 0,0 1,1-1,2 2,-1 0,-1 0,0 0,1 0,-1 0,0 1,0-1,0 1,0 0,0 0,-1 0,5 7,-3-3,1 1,-1 0,0 0,-1 1,0-1,0 1,-1 0,0 0,-1 0,2 17,-5-13</inkml:trace>
</inkml:ink>
</file>

<file path=word/ink/ink1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14T10:11:43.241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30 4,'1'0,"-1"0,0 0,0 0,0-1,0 1,0 0,0 0,1 0,-1-1,0 1,0 0,0 0,1 0,-1 0,0-1,0 1,1 0,-1 0,0 0,0 0,0 0,1 0,-1 0,0 0,0 0,1 0,-1 0,0 0,0 0,1 0,-1 0,0 0,0 0,1 0,-1 0,0 0,0 0,1 0,-1 1,0-1,0 0,0 0,1 0,-1 0,0 1,0-1,0 0,1 0,-1 1,3 17,-5 20,-16 13,14-42,0 0,1 0,0 1,0-1,1 1,0-1,1 1,0 12,1-21,0 1,0-1,1 1,-1-1,0 1,1-1,0 1,-1-1,1 0,0 1,0-1,0 0,-1 0,1 0,1 0,-1 0,0 0,0 0,0 0,0 0,1 0,-1 0,0-1,1 1,-1-1,1 1,-1-1,0 1,1-1,-1 0,1 0,-1 0,1 0,-1 0,1 0,2 0,8-2,-1 1,0-2,22-6,-15 4,13-4,-21 5,1 1,-1 0,0 1,1 0,0 1,-1 0,1 0,19 3,-14 1</inkml:trace>
  <inkml:trace contextRef="#ctx0" brushRef="#br0" timeOffset="341.61">287 95,'-3'10,"-1"5,0 8,-2 5,-1 1,2 3,-2 1,0-2,2-2,-2-4,0-2,2-9,4-10,3-5</inkml:trace>
  <inkml:trace contextRef="#ctx0" brushRef="#br0" timeOffset="721.83">434 132,'7'13,"4"10,4 4,6 4,2 3,1-1,-1 0,-2-3,0-3,-4-3,-2-5,-4-4,-3-6,-3-9,-3-4</inkml:trace>
  <inkml:trace contextRef="#ctx0" brushRef="#br0" timeOffset="1090.46">637 187,'-10'10,"-5"8,-4 6,-2 1,3 2,1 1,3-3,5-1,0-5,5-6,7-5,2-4</inkml:trace>
  <inkml:trace contextRef="#ctx0" brushRef="#br0" timeOffset="1449.04">712 59,'3'9,"0"-1,1 0,0 0,1 0,0-1,0 0,0 0,12 12,59 44,-64-56,0 1,-1 1,0 0,0 0,-1 1,0 1,-1 0,0 0,-1 0,13 26,-20-36,-1 0,1 0,-1 0,0 0,1 0,-1 0,0 0,0 0,1 0,-1 0,0 0,0 0,0 0,0 1,-1-1,1 0,0 0,0 0,-1 0,1 0,0 0,-1 0,1 0,-1 0,0 0,1 0,-1 0,0-1,0 2,-1-1,0 1,-1-1,1 0,0 0,0-1,-1 1,1 0,-1-1,1 0,0 1,-1-1,-3 0,-3 0,0-1,-1 0,2-1,-1 1,0-2,-12-4,-7-8,3-1</inkml:trace>
  <inkml:trace contextRef="#ctx0" brushRef="#br0" timeOffset="1450.04">785 41,'10'0,"11"0,13 0,10 0,3 0,-7 0</inkml:trace>
  <inkml:trace contextRef="#ctx0" brushRef="#br0" timeOffset="1804.51">1169 95,'-5'6,"0"1,0-1,0 1,1-1,0 2,0-1,1 0,0 1,0-1,1 1,-1 0,2 0,-1 0,1 0,1 0,-1 0,1 0,1 0,0 0,0 0,0 0,1 0,0 0,0 0,1-1,0 1,1-1,0 0,0 0,0 0,1 0,0-1,0 0,0 0,1 0,0-1,0 0,1 0,0 0,-1-1,1 0,1 0,-1-1,13 5,-11-6,0 0,1-1,-1 1,1-2,-1 0,1 0,-1 0,1-1,-1-1,1 1,-1-2,0 1,0-1,10-5,-15 6,0 0,0 0,0-1,-1 1,1-1,0 0,-1 0,0 0,0-1,0 1,0-1,0 0,-1 0,0 0,0 0,0 0,0 0,0-1,-1 1,0 0,0-1,0 0,0 1,-1-1,0 1,0-1,0 1,-1-1,1 0,-3-7,2 5,-1 0,-1 0,1 1,-1-1,0 0,-1 1,1 0,-1 0,0 0,-1 0,0 0,0 1,0 0,0 0,-11-7,6 6,1 1,-1 0,0 0,0 1,0 0,-1 1,1 1,-1-1,-18-1,-17 2</inkml:trace>
  <inkml:trace contextRef="#ctx0" brushRef="#br0" timeOffset="2165.24">48 721,'16'-3,"23"-1,25-3,22-1,20-1,13 0,8 2,4 2,3 2,-4 2,-4 0,-9 1,-11 0,-15 1,-19-1,-19 0,-18-3,-16 0</inkml:trace>
  <inkml:trace contextRef="#ctx0" brushRef="#br0" timeOffset="2898.6">417 906,'-1'0,"-1"1,0-1,0 1,1 0,-1-1,1 1,-1 0,1 0,-1 0,1 0,-1 0,1 0,0 0,0 1,-1-1,1 0,0 1,0-1,0 1,1-1,-1 1,0-1,1 1,-2 3,2-3,0 1,0 0,1 0,-1 0,1 0,0-1,-1 1,1 0,0-1,1 1,-1 0,0-1,4 5,6 7,0 0,2 0,23 20,-32-30,20 17,-5-5,0 1,-2 0,28 36,-44-52,0 0,0 0,0 1,0-1,0 0,0 1,-1-1,1 1,0-1,-1 1,0-1,1 1,-1-1,0 1,0-1,1 1,-1 0,-1-1,1 1,0-1,0 1,-1 3,0-4,0 0,0 0,-1 0,1 0,0 0,0 0,0 0,-1 0,1 0,-1-1,1 1,0 0,-1-1,1 0,-1 1,0-1,1 0,-3 1,-5-1,0 1,0-2,-1 1,1-1,0 0,-14-5,17 4,0 0,0-1,0 0,0 0,0-1,1 1,-1-1,1 0,0-1,1 1,-1-1,-3-5,6 8,1 0,-1 0,1 0,0 0,0-1,0 1,0 0,0 0,1-1,-1 1,1-1,-1 1,1 0,0-1,0 1,0-1,0 1,1 0,-1-1,1 1,-1-1,1 1,0 0,0 0,0-1,0 1,0 0,0 0,1 0,-1 0,1 0,-1 0,1 1,0-1,3-2,6-4,0 1,1 0,-1 0,24-9,-27 14,0-1,0-1,0 1,0-1,-1 0,0-1,0 0,0 0,0-1,-1 1,0-1,0-1,-1 1,7-11,-11 14,0 0,0 0,0 0,-1 0,1 0,-1 0,0 0,0-1,0 1,0 0,-1 0,1 0,-1 0,0 0,0-1,0 1,0 1,0-1,-1 0,1 0,-1 0,0 1,0-1,0 1,0-1,0 1,-1 0,1 0,-1 0,1 0,-1 0,0 1,-4-3,4 2,0 1,0-1,0 1,0 0,0-1,0 1,0 1,0-1,0 0,-1 1,1 0,0-1,0 1,-1 0,1 1,0-1,0 1,-1-1,1 1,0 0,0 0,0 1,0-1,0 0,0 1,0 0,1 0,-1 0,1 0,-1 0,1 0,0 1,-3 3,-5 12</inkml:trace>
  <inkml:trace contextRef="#ctx0" brushRef="#br0" timeOffset="3242.59">766 1145,'4'13,"0"7,0 3,-1 4,0 1,-2-2,0-8,2-10,1-7</inkml:trace>
  <inkml:trace contextRef="#ctx0" brushRef="#br0" timeOffset="3602.79">1005 888,'28'38,"2"-1,53 51,-60-66,-20-18,1 0,0 0,-1 0,0 1,0-1,0 1,3 8,-5-12,-1 0,0 0,1 0,-1 0,0 0,0 0,0 0,0 0,0 0,0 0,0 0,-1 0,1 0,0 0,-1 0,1 0,0 0,-1 0,1 0,-1 0,1 0,-1-1,0 1,1 0,-1 0,0-1,1 1,-1 0,0-1,0 1,0-1,0 1,0-1,0 1,1-1,-1 0,0 1,0-1,0 0,0 0,0 0,0 1,-1-1,1 0,0-1,-1 1,-13 2,1-2,0 1,0-2,-29-4,21 1</inkml:trace>
  <inkml:trace contextRef="#ctx0" brushRef="#br0" timeOffset="3944.51">1042 906,'15'-3,"12"-4,8-1,0 0,1 3,-2 1,-8 2</inkml:trace>
  <inkml:trace contextRef="#ctx0" brushRef="#br0" timeOffset="4320.46">1982 629,'12'0,"11"0,7 0,3 0,0 0,3 0,-6 0</inkml:trace>
  <inkml:trace contextRef="#ctx0" brushRef="#br0" timeOffset="4687.23">2037 813,'12'0,"11"0,8 0,7 0,7 0,3 0,-8 0</inkml:trace>
  <inkml:trace contextRef="#ctx0" brushRef="#br0" timeOffset="5047.96">2663 520,'1'-4,"0"0,0 1,1-1,0 0,0 1,0-1,0 1,0 0,0 0,1 0,0 0,0 0,0 0,0 1,0-1,0 1,0 0,1 0,-1 0,1 0,0 1,-1-1,1 1,0 0,0 0,0 1,0-1,0 1,0 0,0 0,0 0,0 0,0 1,0 0,0-1,-1 1,1 1,0-1,0 1,-1-1,1 1,-1 0,1 0,-1 1,0-1,0 1,0-1,0 1,-1 0,1 0,-1 0,1 1,-1-1,0 0,0 1,-1 0,1-1,-1 1,2 5,-1 1,0 0,-1-1,0 1,-1 0,0 0,0-1,-1 1,0 0,-1 0,0-1,0 1,-1-1,-6 13,-5 7,-1 0,-33 44,24-38,23-34,1-1,0 1,0-1,-1 0,1 1,0-1,0 1,-1-1,1 1,0-1,0 1,0 0,0-1,0 1,0-1,0 1,0-1,0 1,0-1,0 1,0-1,0 1,0-1,1 1,-1-1,0 1,0-1,1 1,-1-1,0 1,1-1,-1 1,0-1,1 0,-1 1,0-1,1 0,-1 1,1-1,-1 0,1 0,-1 1,1-1,-1 0,1 0,-1 0,1 0,-1 1,1-1,-1 0,1 0,0 0,-1 0,1 0,-1 0,2-1,40 1,-34 0,218-5,-194 5</inkml:trace>
  <inkml:trace contextRef="#ctx0" brushRef="#br0" timeOffset="5652.67">3104 483,'8'-4,"0"0,0 0,0 0,1 1,-1 1,1-1,0 2,0-1,0 1,0 0,-1 1,1 0,16 2,-19-1,-1-1,0 1,0 0,1 1,-1-1,0 1,0 0,-1 0,1 1,0 0,-1-1,1 1,-1 1,0-1,0 1,0 0,-1 0,1 0,-1 0,0 0,0 1,0-1,-1 1,3 6,-4-9,0 1,-1-1,1 0,-1 1,0-1,1 1,-1-1,0 0,0 1,-1-1,1 1,0-1,-1 0,1 1,-1-1,0 0,0 1,0-1,0 0,0 0,-1 0,1 0,0 0,-4 3,-1 0,0 1,-1-2,0 1,0-1,-12 6,37-5,-1 0,24 10,-16-5,48 26,-67-33,-1 0,0 1,1-1,-1 1,0 0,-1 0,1 1,-1 0,0 0,0 0,-1 0,1 0,-1 1,5 10,-8-14,0 0,0-1,1 1,-1 0,0 0,0-1,-1 1,1 0,0 0,-1-1,1 1,-1 0,1-1,-1 1,0 0,1-1,-1 1,0-1,0 1,0-1,-1 0,1 1,0-1,0 0,-1 0,1 0,-1 0,1 0,-1 0,1 0,-1 0,1-1,-1 1,0-1,1 1,-1-1,0 0,-2 1,-10 2,1-1,-1 0,-23-1,32 0,-99-2,78 0</inkml:trace>
</inkml:ink>
</file>

<file path=word/ink/ink1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14T10:11:28.201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67 158,'17'79,"-16"1,-1-58,0 0,1-1,1 1,10 41,-103-362,89 293,1-1,-1 1,1-1,0 1,0-1,1 0,0-6,0 11,0 1,1 0,-1 0,1-1,-1 1,1 0,-1 0,1-1,0 1,-1 0,1 0,0 0,0 0,0 0,0 0,0 0,0 0,0 1,0-1,0 0,0 1,0-1,1 1,-1-1,0 1,0-1,1 1,-1 0,0-1,1 1,-1 0,0 0,1 0,-1 0,0 1,1-1,-1 0,0 0,1 1,-1-1,2 1,9 2,1-1,0 0,0-1,0-1,0 0,0-1,23-4,-32 4,1 0,0-1,-1 0,1 0,-1 0,0-1,1 1,-1-1,0 0,-1 0,1-1,-1 1,1-1,-1 0,0 0,0 0,-1 0,1 0,-1-1,0 1,0-1,0 1,1-8,5 30,0 15,47 400,-54-423</inkml:trace>
  <inkml:trace contextRef="#ctx0" brushRef="#br0" timeOffset="515.39">380 399,'6'-4,"1"0,0 1,-1 0,1 0,0 1,1 0,-1 0,0 1,1 0,8 0,-14 0,0 1,-1 0,1 0,0 0,0 1,0-1,-1 0,1 1,0-1,-1 1,1-1,0 1,-1 0,1 0,-1 0,1 0,-1 0,1 0,-1 0,0 0,1 0,-1 1,0-1,0 1,0-1,0 1,0-1,0 1,-1-1,1 1,0 0,-1-1,1 1,-1 0,0 0,0-1,0 1,0 0,0 0,0 0,0-1,0 1,0 0,-1 0,1-1,-1 1,-1 2,-2 12,1 5,4-20,1 1,-1-1,0 0,0 0,1 0,-1 0,0 0,1 0,-1 0,1 0,-1 0,1-1,0 1,2 0,6 4,-1 0,0 0,0 1,0 0,-1 1,0 0,0 0,8 10,-14-15,0 1,0-1,0 1,-1 0,1-1,-1 1,0 0,1 0,-1 0,0 0,-1 0,1 0,0 6,-1-7,-1 0,1 0,-1 0,1 0,-1 0,0 0,1 0,-1-1,0 1,-1 0,1-1,0 1,0-1,-1 1,1-1,0 1,-1-1,0 0,1 0,-1 0,0 0,1 0,-1 0,-3 1,2-1,0 1,-1-1,1 0,-1 0,1 0,-1 0,1 0,-1-1,0 0,1 0,-1 0,1 0,-1 0,0-1,1 0,-1 1,1-1,-1-1,1 1,0 0,-1-1,1 0,0 0,0 0,0 0,-4-4,-2-6</inkml:trace>
  <inkml:trace contextRef="#ctx0" brushRef="#br0" timeOffset="1309.29">748 121,'1'16,"1"-1,1 0,0 0,1 0,8 21,9 35,6 73,-34-169,-21-47,6 16,-64-149,85 204,1-1,-1 1,0-1,1 1,-1-1,1 1,-1-1,1 0,0 1,0-1,0 0,0 1,0-1,0-1,1 2,-1 0,0 1,1-1,-1 0,0 1,1-1,-1 1,1-1,-1 1,1-1,-1 1,1-1,-1 1,1-1,0 1,-1 0,1-1,-1 1,1 0,0 0,0-1,1 1,4-1,1 1,0 0,0 1,-1-1,13 3,10 1,-18-3,-1-2,1 1,0-1,20-5,-28 5,0 0,1 0,-1 0,0-1,0 1,0-1,0 0,0 0,0 0,0 0,-1 0,1 0,-1-1,0 0,0 1,1-1,-2 0,1 0,2-3,-4 5,0 1,0 0,0-1,0 1,0 0,0-1,0 1,0 0,0-1,0 1,0 0,0-1,0 1,1 0,-1-1,0 1,0 0,0 0,1-1,-1 1,0 0,0 0,1-1,-1 1,0 0,0 0,1 0,-1 0,0-1,1 1,-1 0,0 0,1 0,-1 0,0 0,1 0,-1 0,0 0,1 0,-1 0,0 0,1 0,7 18,3 50,-7-40,73 310,-73-322,-4-15,0-1,0 1,0-1,0 0,0 1,0-1,0 0,0 1,0-1,1 1,-1-1,0 0,0 1,0-1,0 0,1 1,-1-1,0 0,0 0,1 1,-1-1,0 0,1 0,-1 1,0-1,1 0,-1 0,0 0,1 1,-1-1,0 0,1 0,-1 0,0 0,1 0,2-4</inkml:trace>
  <inkml:trace contextRef="#ctx0" brushRef="#br0" timeOffset="1651.32">1116 324,'0'6,"0"6,0 3,0 3,0 1,0 0,0 1,3-1,4-3,5-4,2-5,3-3,1-2,1-5,0-5,-3-1</inkml:trace>
  <inkml:trace contextRef="#ctx0" brushRef="#br0" timeOffset="2040.28">1264 379,'-3'10,"-1"9,0 4,1 2,0 2,2 1,0-3,1-1,0-2,0-2,3-4,2-1,-1-4</inkml:trace>
  <inkml:trace contextRef="#ctx0" brushRef="#br0" timeOffset="3543.32">1503 712,'1'-5,"1"-1,-1 1,0 0,0-1,-1 1,1 0,-1-1,-1 1,1 0,-1-1,-2-9,-1 2,-1 0,-1 1,-9-16,11 21,4 6,-1 0,1 1,-1-1,1 0,-1 1,1-1,0 0,-1 1,1-1,0 0,0 0,0 1,-1-1,1 0,0 0,0 0,0 1,0-1,0 0,0 0,1 0,-1 1,0-1,0 0,0 0,1 1,-1-1,0 0,1 0,1 0,-1 0,0 1,1-1,-1 1,0-1,1 1,-1 0,0-1,1 1,-1 0,1 0,-1 0,0 0,1 0,1 1,65 17,-55-14,-10-3,1 1,-1 0,0 0,0 1,0-1,0 1,0-1,-1 1,1 0,-1 0,0 0,0 0,0 0,0 1,0-1,-1 1,0-1,1 1,-1 0,-1-1,2 5,-1-2,1 0,0 0,0-1,1 1,-1-1,1 1,5 6,-6-11,0 1,-1-1,1 1,0-1,0 0,0 0,0 0,0 0,0 0,1 0,-1 0,0-1,0 1,1-1,-1 0,0 0,1 0,-1 0,0 0,1 0,-1 0,0-1,0 1,3-2,-1 1,-1 0,1 0,-1-1,0 0,1 1,-1-1,0 0,0-1,0 1,-1 0,1-1,-1 0,1 1,-1-1,0 0,3-5,-4 6,1 0,-1-1,0 1,0 0,-1 0,1-1,0 1,-1 0,0-1,1 1,-1-1,0 1,0 0,0-1,-1 1,1-1,0 1,-1 0,0-1,1 1,-1 0,0 0,0-1,-1 1,-1-3,3 4,-1 1,1-1,0 0,-1 1,1-1,-1 0,1 1,-1-1,1 1,-1-1,0 1,1-1,-1 1,0-1,1 1,-1-1,0 1,1 0,-1 0,0-1,0 1,0 0,1 0,-1 0,0 0,0 0,1 0,-1 0,0 0,0 0,0 0,1 0,-1 1,0-1,0 0,1 0,-1 1,0-1,1 0,-1 1,0-1,1 1,-1-1,0 1,1 0,-1-1,1 1,-1-1,1 1,0 0,-1-1,1 1,0 0,-1 0,1-1,0 1,0 0,-1 0,1 0,-2 4,1-1,-1 1,1 0,0 0,0 0,1 0,-1 0,1 7,1-8,-1 0,1 0,0 0,1 0,-1 0,1 0,-1-1,1 1,0 0,0-1,1 1,-1-1,1 0,0 0,0 0,0 0,0 0,0 0,1-1,-1 0,1 0,0 0,-1 0,1 0,0-1,0 0,0 0,0 0,0 0,0 0,1-1,-1 0,0 0,0 0,0 0,0-1,7-1,-7 1,0 1,0-1,0-1,0 1,0 0,0-1,0 0,-1 0,1 0,-1 0,1-1,-1 1,0-1,0 0,0 0,0 0,-1-1,1 1,-1 0,0-1,0 0,0 1,0-1,-1 0,1 0,-1 0,0 0,0 0,-1 0,1 0,-1 0,0-1,0 1,0 0,-1 0,1 0,-3-6,3 9,0-1,0 1,0-1,0 1,-1 0,1-1,-1 1,1 0,-1-1,1 1,-1 0,0 0,0-1,1 1,-1 0,0 0,0 0,0 0,0 0,-1 0,1 0,0 1,0-1,0 0,-1 1,1-1,0 1,-1-1,1 1,0-1,-1 1,1 0,-3 0,2 0,1 1,-1 0,1 0,-1 0,1 0,0 0,-1 0,1 1,0-1,0 0,0 1,0-1,0 0,0 1,0-1,1 1,-1 0,1-1,-1 1,1 0,-1-1,1 1,0 0,0-1,0 1,0 0,0-1,0 3,0 2,1-1,-1 1,1-1,0 1,0-1,1 1,0-1,0 0,0 0,1 0,-1 0,1 0,0 0,1-1,7 9,-9-11,1 0,-1 1,1-1,0 0,0 0,0-1,0 1,0-1,0 1,1-1,-1 0,0 0,1-1,-1 1,1-1,-1 1,1-1,-1 0,1 0,-1-1,1 1,-1-1,0 0,1 0,-1 0,5-2,-1-1,1 0,-1-1,1 0,-1 0,-1-1,1 0,-1 0,0-1,0 1,-1-1,0 0,0-1,-1 1,0-1,0 0,-1 0,0 0,0-1,-1 1,2-14,-2 13,-1 0,0-1,0 1,-1-1,-1 1,0-1,0 1,0 0,-1 0,-1-1,1 1,-2 0,1 1,-1-1,-1 1,1-1,-1 1,-1 1,-6-9,12 16,-1-1,1 0,0 1,-1-1,1 1,-1-1,0 0,1 1,-1-1,1 1,-1 0,0-1,1 1,-1-1,0 1,1 0,-1 0,0-1,0 1,1 0,-1 0,0 0,0 0,0 0,1 0,-1 0,0 0,0 0,1 0,-1 0,0 1,0-1,-1 1,1 0,-1 1,1-1,0 1,0 0,0 0,0 0,0-1,0 1,0 0,1 0,-1 0,0 3,-6 60,8-48,0 0,2 0,0-1,0 1,2-1,0 0,1 0,11 22,-14-32,1 0,0 0,0 0,0-1,1 0,-1 0,1 0,1 0,-1-1,8 5,-9-6,0-2,0 1,1 0,-1-1,0 0,0 0,1 0,-1 0,1-1,-1 0,1 0,-1 0,0 0,1-1,-1 0,1 1,5-4,9-3</inkml:trace>
  <inkml:trace contextRef="#ctx0" brushRef="#br0" timeOffset="3973.35">1815 324,'-4'9,"-3"10,-1 5,1 0,1-2</inkml:trace>
  <inkml:trace contextRef="#ctx0" brushRef="#br0" timeOffset="4315.23">2534 86,'9'0,"10"0,8 0,5 0,4 0,-2 0,1 0,-7 0</inkml:trace>
  <inkml:trace contextRef="#ctx0" brushRef="#br0" timeOffset="4674.31">2625 306,'10'0,"8"0,9 0,8 0,5 0,-1 0,-8 0</inkml:trace>
</inkml:ink>
</file>

<file path=word/ink/ink1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14T10:11:12.239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85 99,'-3'-1,"1"0,-1 1,1-1,-1 0,1 1,-1 0,0-1,1 1,-1 0,0 0,1 1,-1-1,1 1,-1-1,1 1,-1 0,1 0,-1 0,1 0,0 0,-1 0,1 1,0-1,0 1,0 0,0 0,0-1,0 1,1 0,-3 4,2-3,1 0,0 0,0 0,0 0,0 0,0 0,0 1,1-1,0 0,-1 1,1-1,0 0,1 1,-1-1,1 0,-1 0,1 1,0-1,0 0,1 0,-1 0,0 0,5 5,6 7,1 0,1-1,0 0,1-1,0-1,24 14,-25-18,-1 1,1 1,-2 0,1 1,-1 0,-1 1,0 0,-1 0,0 2,8 14,-17-27,-1 0,1 0,0 1,-1-1,1 0,-1 1,1-1,-1 0,0 1,0-1,0 1,0-1,0 1,0-1,0 0,0 1,0-1,-1 1,1-1,0 0,-1 1,1-1,-1 0,0 1,0 0,-1 0,0 0,0-1,0 0,0 1,0-1,0 0,0 0,0 0,0 0,0 0,-1 0,1-1,-5 1,-1 0,-1 0,1-1,-1 0,1 0,-1-1,1 0,-14-4,16 3,1 1,0-1,1-1,-1 1,0-1,1 1,-1-2,1 1,0 0,0-1,0 1,0-1,1 0,0-1,-1 1,2 0,-1-1,0 0,-2-6,4 6,0 1,0-1,1 0,-1-1,1 1,0 0,0 0,1 0,-1 0,1 0,0 0,1 1,-1-1,1 0,0 0,0 1,1-1,-1 1,1 0,4-6,2 0,0 0,1 1,0 0,0 0,20-11,-19 13,0-1,-1 0,1 0,-2-1,15-16,-23 22,0 1,1-1,-1 1,0-1,-1 0,1 1,0-1,-1 0,1 0,-1 0,0 1,0-1,0 0,-1 0,1 1,0-1,-1 0,0 0,0 1,0-1,0 1,0-1,0 1,-1-1,1 1,-1-1,1 1,-1 0,0 0,0 0,0 0,0 0,-1 1,-3-3,3 1,-1 0,1 1,0-1,-1 1,0 0,1 0,-1 0,0 1,0-1,0 1,0 0,0 0,0 1,0-1,0 1,-1 0,1 0,0 0,0 0,0 1,0 0,0-1,-5 3,5 0,1-1,-1 1,1 0,-1 0,1 0,0 0,1 0,-4 6,-5 8</inkml:trace>
  <inkml:trace contextRef="#ctx0" brushRef="#br0" timeOffset="345.4">489 395,'0'12,"-4"8,0 6,0 3,1 1,1 0,0 1,1-3,1-1,0-13,0-11,0-13,1-5</inkml:trace>
  <inkml:trace contextRef="#ctx0" brushRef="#br0" timeOffset="705.69">544 174,'11'19,"2"-1,0 0,1 0,1-1,1-1,20 16,-21-20,-1 0,-1 1,0 1,-1 0,0 0,-1 1,-1 1,-1 0,13 27,-21-42,0 1,-1-1,1 1,-1-1,1 1,-1-1,1 1,-1-1,0 1,0 0,1-1,-1 1,-1-1,1 1,0 0,0-1,0 1,-1-1,1 1,-1-1,1 1,-1-1,0 1,0-1,1 1,-1-1,0 0,0 1,0-1,-1 0,1 0,0 0,0 0,-1 0,1 0,0 0,-1-1,1 1,-1 0,1-1,-1 1,1-1,-1 1,1-1,-1 0,-3 0,0 1,0-1,0 0,0-1,-1 1,1-1,0 0,0 0,0-1,0 0,0 0,1 0,-1 0,-7-5,-11-15,3 0</inkml:trace>
  <inkml:trace contextRef="#ctx0" brushRef="#br0" timeOffset="1126.98">580 118,'13'-3,"10"-2,7 1,3-2,4 0,2 0,1 2,-6 2</inkml:trace>
  <inkml:trace contextRef="#ctx0" brushRef="#br0" timeOffset="1512.93">1151 303,'-13'6,"-3"5,-3 5,2 4,4 4,4-1,4 3,8 0,8-1,8-5,9-6,8-9,-1-5,-5-2</inkml:trace>
  <inkml:trace contextRef="#ctx0" brushRef="#br0" timeOffset="2044.2">1298 394,'39'75,"-27"-51,8-122,-17 90,-1 1,1-1,0 1,1 0,0 0,0 0,5-6,-8 12,-1 1,1-1,-1 0,1 1,0-1,-1 1,1-1,0 1,-1-1,1 1,0 0,0-1,-1 1,1 0,0-1,0 1,0 0,0 0,-1 0,1 0,0 0,0 0,0 0,0 0,-1 0,3 1,-1 0,0 0,-1 1,1-1,0 1,-1 0,1-1,-1 1,0 0,1 0,-1 0,0 0,0 0,0 0,-1 1,2 2,3 12,0 0,-1 1,-1 0,-1 0,0 35,-4-76,0-49,2 68,0-1,1 1,-1-1,1 1,0-1,0 1,1 0,-1-1,1 1,0 0,0 0,0 0,4-4,-6 8,1-1,-1 1,1-1,-1 1,1-1,-1 1,1 0,-1-1,1 1,-1 0,1-1,-1 1,1 0,0 0,-1 0,1-1,-1 1,1 0,0 0,-1 0,1 0,0 0,-1 0,1 0,-1 0,1 1,0-1,-1 0,1 0,-1 0,1 1,0-1,17 21,5 36,-21-51,2 17,-4-20,-2-14,1 5,1 1,0-1,1 1,-1 0,1 0,0-1,0 1,1 0,0 0,0 0,0 0,0 0,1 1,-1-1,1 0,0 1,1 0,-1 0,1 0,0 0,4-3,-6 6,0 0,0-1,-1 1,1 0,0 0,0 0,0 1,0-1,0 0,0 1,0-1,1 1,-1 0,0 0,0 0,0 0,0 0,0 0,0 0,1 1,1 0,-1 0,-1 1,1 0,-1 0,1 0,-1 0,1 0,-1 1,0-1,0 0,0 1,-1 0,1-1,0 1,-1 0,0 0,0 0,0 0,1 5,25 107,-21-101</inkml:trace>
  <inkml:trace contextRef="#ctx0" brushRef="#br0" timeOffset="2789.41">2090 376,'254'-17,"-48"15,-204 2,-1 0,1 0,0 0,0 0,0 0,-1-1,1 1,0-1,0 1,-1-1,1 0,-1 1,1-1,0 0,0-1,-1 1,-1 1,0-1,0 1,1-1,-1 1,0-1,0 1,0-1,0 0,0 1,0-1,0 1,0-1,0 1,0-1,0 1,-1-1,1 1,0-1,0 0,0 1,-1-1,1 1,0 0,-1-1,1 1,0-1,-1 1,1-1,-1 1,-7-8,0 1,0 0,-17-10,5 3,19 14,1 0,0 0,0 0,0 0,0 0,0-1,0 1,0 0,0 0,-1 0,1 0,0 0,0 0,0 0,0-1,0 1,0 0,0 0,0 0,0 0,0 0,0 0,0-1,0 1,0 0,0 0,0 0,0 0,0 0,0 0,0-1,0 1,0 0,0 0,0 0,0 0,0 0,0 0,1 0,-1-1,0 1,0 0,0 0,0 0,0 0,0 0,0 0,0 0,0 0,1 0,-1 0,0 0,0-1,0 1,0 0,0 0,0 0,1 0,-1 0,0 0,0 0,15 0,15 5,-8 0,1 2,-1 0,31 16,-47-20,-1-1,0 1,1 0,-1 1,0-1,-1 1,1 0,-1 0,0 0,0 1,0 0,0 0,-1 0,0 0,0 0,0 0,-1 1,4 11,-6-16,0 0,0 0,0 1,0-1,0 0,0 1,0-1,-1 0,1 1,0-1,-1 0,1 0,-1 0,1 1,-1-1,0 0,1 0,-1 0,0 0,0 0,0 0,0 0,0 0,0-1,0 1,0 0,0 0,0-1,-1 1,1-1,0 1,0-1,-1 0,1 1,-2-1,-50 6,46-6,-23 1</inkml:trace>
  <inkml:trace contextRef="#ctx0" brushRef="#br0" timeOffset="3129.67">2164 248,'-13'9,"-7"7,0 3,0 2,4 0,4 3,7 1,9-2,8-3,10-3,13-5,9 0,5-3,-7-2</inkml:trace>
  <inkml:trace contextRef="#ctx0" brushRef="#br0" timeOffset="3628.91">3158 119,'-2'4,"0"0,1 1,-1-1,1 1,0-1,0 1,0-1,1 1,0 0,0-1,0 1,0 0,1-1,0 1,0-1,0 1,0-1,1 1,-1-1,1 0,0 0,6 8,4 5,2 1,0-2,32 28,-33-32,0 0,-1 0,0 1,17 26,-28-37,0-1,0 1,0 0,0-1,0 1,-1 0,1 0,-1-1,1 1,-1 0,0 0,1 0,-1 0,0-1,0 1,0 0,-1 0,1 0,0 0,-1 0,0 2,0-3,-1 1,1-1,0 0,0 1,-1-1,1 0,-1 0,1 0,-1 0,1-1,-1 1,1 0,-1-1,0 1,0-1,1 1,-1-1,-2 0,-5 1,0-1,0 0,1 0,-1-1,0 0,0-1,-16-5,15 2,0 0,0 0,0-1,0-1,1 1,0-2,-12-12,-2-3</inkml:trace>
  <inkml:trace contextRef="#ctx0" brushRef="#br0" timeOffset="3985.78">3157 138,'13'-3,"10"-4,7-2,6 2,2 2,1 1,0 5,0 2,-3 4,-9 1</inkml:trace>
  <inkml:trace contextRef="#ctx0" brushRef="#br0" timeOffset="4336.64">3637 210,'-8'8,"1"1,0 0,0 0,1 1,0 0,1 0,0 0,1 1,0-1,1 1,0 0,0 0,1 1,-1 16,3-23,0 1,0 0,0-1,1 1,0-1,0 1,0-1,1 0,-1 0,1 1,1-1,-1 0,1 0,0-1,0 1,0-1,0 1,1-1,0 0,0 0,0 0,0-1,1 0,-1 0,1 0,0 0,0-1,0 1,0-1,0 0,8 1,-7-2,0 0,-1 0,1-1,0 1,0-1,0-1,0 1,0-1,-1 0,1 0,0-1,-1 1,1-1,-1-1,1 1,-1-1,0 0,0 0,0 0,-1-1,8-6,-8 6,-1 0,0 0,0 0,0 0,0 0,0-1,-1 1,0-1,0 1,0-1,-1 0,1 0,-1 0,0 0,-1 0,1 0,-1 0,0 0,0 0,-1-1,1 1,-1 0,0 0,-1 0,-1-5,-4-4,0 0,-1 0,0 0,-1 1,0 0,-19-18,21 23,0 1,-1 0,0 0,0 1,0 0,-1 1,0 0,0 0,0 1,0 0,-15-4,21 7,-1 1,1 0,-1 0,1 0,-1 0,1 0,-1 1,1-1,-1 1,1 0,0 0,-4 2,-12 7</inkml:trace>
  <inkml:trace contextRef="#ctx0" brushRef="#br0" timeOffset="5515.5">4060 338,'17'79,"-17"-79,0 1,0-1,0 0,0 0,0 0,0 0,0 0,0 1,0-1,0 0,0 0,0 0,0 0,0 0,0 1,0-1,0 0,0 0,0 0,0 0,0 0,1 1,-1-1,0 0,0 0,0 0,0 0,0 0,0 0,0 0,0 1,1-1,-1 0,0 0,0 0,0 0,0 0,0 0,1 0,-1 0,0 0,0 0,0 0,0 0,0 0,1 0,-1 0,0 0,0 0,0 0,0 0,0 0,1 0,-1 0,0 0,0 0,0 0,0 0,0-1,0 1,1 0,-1 0,0 0,0 0,0 0,6-15,1-20,-6 21,-1 7,0 1,0-1,1 0,0 1,0-1,0 0,1 1,0 0,1-1,-1 1,1 0,0 0,4-6,-6 12,-1-1,1 1,0-1,-1 1,1-1,0 1,-1-1,1 1,0 0,-1-1,1 1,0 0,0 0,-1-1,1 1,0 0,0 0,0 0,-1 0,1 0,0 0,0 0,0 0,-1 0,1 1,0-1,0 0,1 1,19 20,6 34,-27-54,30 87,-31-101,2-1,0 1,0 0,1 0,1-1,7-21,-9 33,-1 1,1-1,0 1,0 0,-1 0,1-1,0 1,0 0,1 0,-1 0,0 0,0 0,0 0,1 1,-1-1,0 0,1 1,-1-1,1 1,-1-1,0 1,1-1,-1 1,1 0,-1 0,1 0,1 0,0 1,0 0,0 0,0 0,0 1,-1-1,1 1,0-1,-1 1,1 0,-1 0,0 0,4 4,2 4,-1-1,1 2,-1-1,-1 1,9 19,-11 0,-4-26,-1-17,2 5,0 0,0 0,1 0,0 0,0 1,1-1,0 0,1 1,-1 0,6-8,-7 12,0 0,1 0,-1 0,1 0,-1 0,1 1,0-1,0 1,0 0,6-4,-7 6,0-1,0 0,0 1,0-1,0 1,0 0,0 0,0 0,0 0,0 0,0 0,0 0,0 0,0 1,0-1,0 1,-1 0,1-1,0 1,0 0,2 2,1 0,-1 1,0 0,-1-1,1 1,-1 1,1-1,-1 0,-1 1,1 0,0-1,-1 1,2 7,0 1,0 0,-1-1,3 27,-5-22</inkml:trace>
  <inkml:trace contextRef="#ctx0" brushRef="#br0" timeOffset="6871.65">4760 467,'2'3,"2"-9,4-11,-7 8,0-1,0 0,-1 0,-1 0,0 0,0 0,-3-11,-4-34,8 54,0 1,0-1,0 0,0 0,0 1,0-1,0 0,0 0,0 1,1-1,-1 0,0 1,0-1,1 0,-1 0,0 1,1-1,-1 1,1-1,-1 0,1 1,-1-1,1 1,-1-1,1 1,0 0,-1-1,1 1,1-1,23 3,24 22,-45-21,1 0,-1 0,0 1,0-1,0 1,0 0,-1 0,1 1,-1-1,0 1,-1-1,1 1,-1 0,0 0,0 0,0 1,-1-1,2 9,9 28,-11-40,0-1,-1 1,1 0,0-1,0 1,0-1,0 1,1-1,-1 1,0-1,1 0,-1 0,1 1,-1-1,1 0,-1 0,1-1,0 1,-1 0,1 0,0-1,0 1,0-1,-1 0,1 1,0-1,0 0,0 0,0 0,0 0,0-1,-1 1,1 0,0-1,0 0,0 1,-1-1,4-1,-2 0,1 1,-1-1,1 0,-1 0,1 0,-1-1,0 1,0-1,0 0,0 0,-1 0,1 0,-1 0,0 0,0-1,0 1,2-7,-3 5,0 0,0 0,-1-1,0 1,0 0,0-1,-2-7,2 11,0 1,0-1,0 1,-1-1,1 1,-1-1,1 1,-1-1,0 1,0 0,1-1,-1 1,0 0,0-1,0 1,0 0,-1 0,1 0,0 0,0 0,-1 0,1 1,0-1,-1 0,1 1,-1-1,1 1,-1-1,-2 0,3 2,0-1,0 1,-1-1,1 1,0 0,0-1,0 1,0 0,0 0,0-1,0 1,0 0,0 0,0 0,0 0,1 1,-1-1,0 0,1 0,-1 0,1 1,-1-1,1 0,-1 0,1 1,0-1,0 0,0 1,0-1,0 2,-3 44,3-43,0 1,0 0,1-1,0 1,-1-1,1 1,1-1,-1 1,1-1,0 1,0-1,0 0,0 0,1 0,-1 0,1-1,0 1,1-1,-1 1,0-1,1 0,0-1,0 1,-1 0,2-1,-1 0,0 0,0 0,1-1,-1 1,1-1,-1 0,1-1,-1 1,1-1,0 1,-1-1,1-1,0 1,-1-1,1 0,0 0,-1 0,0 0,1-1,-1 0,0 0,0 0,0 0,0-1,0 0,0 0,-1 0,1 0,-1 0,0-1,0 1,0-1,4-7,-3 4,0 0,-1 0,0-1,0 1,0-1,2-14,-5 19,1 0,-1 1,1-1,-1 0,0 0,0 0,0 0,0 0,-1 0,1 0,-1 0,0 0,0 0,0 1,0-1,0 0,0 1,-1-1,0 1,1-1,-4-2,5 4,-1 1,1-1,-1 1,1 0,-1-1,1 1,-1 0,1-1,-1 1,1 0,-1 0,0-1,1 1,-1 0,1 0,-1 0,0 0,1 0,-1 0,1 0,-1 0,0 0,1 0,-1 0,1 0,-1 1,0-1,1 0,-1 0,1 0,-1 1,0 0,-13 21,4 30,10-48,0 0,0 1,0-1,1 0,0 0,0 1,0-1,0 0,1 0,-1 0,1 0,0 0,1-1,-1 1,0 0,1-1,0 0,0 1,0-1,0-1,0 1,5 2,-5-3,1 0,-1-1,1 0,0 1,-1-1,1-1,0 1,0-1,0 1,0-1,-1 0,1 0,0-1,0 1,0-1,0 0,-1 0,1 0,0-1,-1 1,1-1,-1 0,1 0,5-4,-3 1,1 0,-1 0,-1-1,1 1,-1-1,0-1,0 1,-1-1,1 0,-1 1,-1-2,5-12,-4 7,-1 0,0-1,-1 1,0 0,-2-1,1 1,-2-14,-3-7,-2 0,-1 0,-2 1,0 1,-17-36,9 36,7 27,3 21,2 33,2-1,2 1,2 0,15 92,-14-131,0 0,0 0,1 0,0 0,1-1,0 0,1 1,0-1,9 13,-10-18,0 0,0 0,0 0,0-1,1 0,0 0,-1 0,1 0,0-1,0 1,1-1,-1-1,0 1,1-1,-1 0,1 0,-1 0,10-1,19-1</inkml:trace>
  <inkml:trace contextRef="#ctx0" brushRef="#br0" timeOffset="7214.36">5146 44,'-3'9,"-1"4</inkml:trace>
</inkml:ink>
</file>

<file path=word/ink/ink2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14T10:11:20.917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286 0,'-15'17,"0"0,0 1,2 1,1 0,0 1,1 0,1 1,1 0,1 0,1 1,1 0,0 0,2 1,1-1,-1 25,6-17,2-1,1 0,1 0,12 34,7 30,-17-55,-1 0,-2 0,-2 1,-2 42,-2-66,0-1,-2 1,1-1,-2 0,0 0,-1 0,0 0,-1-1,-1 0,0 0,0-1,-1 0,-1 0,-11 12,-32 24,48-45,0-1,1 1,-1-1,0 0,0 0,-1 0,1 0,0-1,-1 0,1 0,0 0,-1 0,-6-1,10 1,1-1,0 0,-1 0,1 0,-1 0,1 0,-1 0,1 0,0 0,-1 0,1 0,-1 0,1 0,-1 0,1-1,0 1,-1 0,1 0,-1 0,1 0,0-1,-1 1,1 0,0-1,-1 1,1 0,0-1,-1 1,1 0,0-1,0 1,0 0,-1-1,1 1,0-1,0 1,0 0,0-1,0 1,-1-1,1 1,0-1,0 1,0 0,0-1,0 1,1-1,-1 1,0-1,0 1,0 0,0-1,0 1,0-1,1 1,-1 0,0-1,0 1,1 0,-1-1,0 1,1 0,-1-1,0 1,1 0,0-1,23-19,-18 17,0 0,0 0,1 1,-1 0,1 0,-1 0,1 1,0 0,0 1,-1-1,1 1,0 0,0 1,0 0,-1 0,1 0,0 1,-1 0,1 0,-1 1,0 0,0 0,0 0,0 1,0 0,-1 0,0 0,0 1,0-1,0 1,-1 1,1-1,-1 0,-1 1,1 0,-1 0,0 0,0 1,-1-1,2 7,4 25,-1 1,-2-1,1 57,-14 116,2-120,5-78,1 0,0 0,1 0,1 0,0 0,0 0,2 0,7 22,-8-30,0 1,-1-1,2 0,-1 0,0-1,1 1,0-1,0 0,1 0,-1 0,1 0,-1-1,1 0,0 0,1 0,-1 0,0-1,1 0,-1 0,1-1,11 3,-2-3,-1 1,1-1,0-1,-1-1,1 0,-1-1,24-6,-10-1</inkml:trace>
</inkml:ink>
</file>

<file path=word/ink/ink2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14T10:11:00.800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3 318,'439'11,"-414"-8,1-2,0-1,-1-1,1-1,0-1,-1-2,26-7,-51 12,1 0,-1 0,0 0,1 0,-1 0,0 0,1 0,-1 0,0 0,1-1,-1 1,0 0,1 0,-1 0,0 0,1-1,-1 1,0 0,0 0,1 0,-1-1,0 1,0 0,1-1,-1 1,0 0,0 0,0-1,1 1,-1 0,0-1,0 1,0 0,0-1,0 1,0 0,0-1,0 1,0-1,-14-7,-23-1,29 7,0 1,0 0,-1-1,1 0,0 0,0-1,1 0,-1 0,-14-9,22 11,0 1,1-1,-1 1,0-1,0 1,1-1,-1 1,0 0,0-1,1 1,-1-1,0 1,1 0,-1-1,0 1,1 0,-1 0,1-1,-1 1,1 0,-1 0,0 0,1-1,-1 1,1 0,-1 0,1 0,-1 0,1 0,-1 0,1 0,-1 0,1 0,-1 0,1 0,-1 0,1 1,0-1,26-2,-6 2,1 1,0 1,33 7,-48-8,-1 0,1 1,-1 0,0 0,0 1,0 0,0 0,0 0,-1 1,1 0,-1 0,0 0,0 1,0-1,-1 1,5 7,-8-11,0 0,0 1,0 0,0-1,-1 1,1-1,0 1,-1 0,1 0,-1-1,0 1,1 0,-1 0,0-1,0 1,0 0,0 0,-1 0,1-1,0 1,-1 0,1-1,-1 1,0 0,1-1,-1 1,0 0,0-1,0 1,0-1,0 0,0 1,-1-1,1 0,0 0,-1 0,1 0,-1 0,1 0,-1 0,0 0,1 0,-1-1,0 1,1-1,-4 1,-5 2,1-1,-1 0,0-1,0 0,0 0,0-1,-11-1,-12-3,3-1</inkml:trace>
  <inkml:trace contextRef="#ctx0" brushRef="#br0" timeOffset="340.37">113 208,'-12'6,"-8"6,0 3,0 2,3 2,5 4,5 1,3 3,8-1,7-1,15-5,11-5,9-7,-3-3</inkml:trace>
  <inkml:trace contextRef="#ctx0" brushRef="#br0" timeOffset="1247.29">1089 133,'8'33,"-1"-1,-1 1,2 58,4 27,-5-93,-2-40,-3-42,-8 8,-1 0,-3 1,-2 0,-21-54,17 54,18 39,9 12,22 18,-17-10,-11-9,-1 1,1-1,1 0,-1 0,0 0,0-1,1 0,-1 0,1 0,-1-1,1 1,-1-1,1-1,-1 1,1-1,9-2,-12 1,1 1,-1-1,0 0,0 0,0 0,0-1,0 1,0-1,-1 1,1-1,-1 0,0 0,0 0,0 0,0-1,0 1,-1-1,1 1,-1-1,0 1,0-1,0 1,-1-1,1 0,-1-4,2 1,1 10,7 25,5 40,60 281,-74-347,-1-2,-1 1,1-1,0 1,0 0,0-1,0 1,0-1,0 1,0 0,1-1,-1 1,0-1,0 1,0-1,1 1,-1 0,0-1,0 1,1-1,-1 1,0-1,1 0,-1 1,1-1,-1 1,1-1,-1 0,1 1,-1-1,1 0,-1 1,1-1,-1 0,1 0,1 1,2-5</inkml:trace>
  <inkml:trace contextRef="#ctx0" brushRef="#br0" timeOffset="1711.74">1439 336,'8'0,"-1"0,1 0,0 1,0 0,-1 1,1-1,7 4,-13-4,-1-1,1 1,-1 0,1 0,-1 0,0 0,0 0,1 0,-1 0,0 1,0-1,0 0,0 1,0-1,-1 0,1 1,0-1,0 1,-1 0,1-1,-1 1,0-1,0 1,1 0,-1-1,0 1,0 0,0-1,0 1,-1-1,1 1,0 0,-1-1,1 1,-1-1,0 1,1-1,-1 1,-1 1,1-2,1-1,0 1,-1 0,1-1,0 1,0 0,0-1,-1 1,1 0,0-1,0 1,0 0,0-1,0 1,0 0,0 0,0-1,1 1,-1 0,0-1,0 1,1 0,-1-1,0 1,1 0,-1-1,0 1,1-1,-1 1,1-1,-1 1,1-1,-1 1,1-1,0 1,-1-1,1 0,-1 1,1-1,0 0,-1 0,2 1,40 5,-2 0,-35-3,-1 0,1 0,-1 1,0-1,0 1,0 0,-1 0,1 0,-1 1,0-1,0 1,-1 0,1 0,-1 0,0 0,2 10,-3-13,-1 0,0 0,1 0,-1 0,0 0,0 0,0 0,-1 1,1-1,0 0,-1 0,1 0,-1 0,0 0,0 0,0-1,0 1,-1 2,0-2,0 0,0-1,0 1,0-1,0 1,-1-1,1 0,0 0,-1 0,1 0,0-1,-1 1,1-1,-1 1,1-1,-1 0,1 0,-6 0,4-1,0 1,0-1,0 0,0 0,0 0,0 0,0-1,0 0,0 0,1 0,-1 0,1 0,-1-1,1 0,0 1,0-1,-4-5,-4-7</inkml:trace>
  <inkml:trace contextRef="#ctx0" brushRef="#br0" timeOffset="2460.8">1788 98,'2'37,"2"-1,1 1,13 43,-9-41,-1-1,3 57,-13-108,-1 0,-1 0,-9-22,-2-7,-1-11,3-1,-13-106,26 160,0-1,1 0,-1 1,0-1,0 0,0 1,0-1,1 0,-1 1,0-1,1 0,-1 1,0-1,1 1,-1-1,1 0,-1 1,1-1,-1 1,1 0,-1-1,1 1,-1-1,1 1,0 0,-1-1,1 1,0 0,-1 0,1 0,0-1,-1 1,1 0,0 0,0 0,-1 0,1 0,0 0,-1 0,1 0,0 1,42 6,-24-4,-11-3,-1 0,1-1,0 0,-1 0,12-4,28-3,-44 8,-1 1,1 0,-1 0,0 0,1 0,-1 1,0-1,0 1,0-1,0 1,0 0,0 0,0-1,-1 1,1 0,0 1,-1-1,0 0,0 0,1 1,-1-1,-1 1,1-1,1 5,15 65,-4 36,-10-69,2 0,15 61,-20-100,0 0,0-1,0 1,0 0,0 0,0 0,0 0,0 0,0 0,1 0,-1 0,0 0,0 0,0 0,0 0,0 0,0 0,0 0,0 0,1 0,-1 0,0 0,0 0,0 0,0 0,0 0,0 0,0 0,0 0,1 0,-1 1,0-1,0 0,0 0,0 0,1-8</inkml:trace>
  <inkml:trace contextRef="#ctx0" brushRef="#br0" timeOffset="3393.59">2119 319,'3'0,"0"0,0 0,1 0,-1 0,0 1,0-1,0 1,0 0,0 0,0 0,0 0,0 1,0-1,-1 1,1-1,0 1,-1 0,1 0,-1 0,0 1,3 3,-3-3,-1 0,1 1,-1 0,0-1,0 1,0 0,0 0,-1-1,0 1,0 0,0 0,0 0,0-1,-1 1,1 0,-1 0,-3 6,3-8,0 0,1 0,-1 1,0-1,1 0,-1 0,1 1,0-1,0 0,0 0,0 1,0-1,0 0,0 1,1-1,-1 0,1 0,0 0,0 1,0-1,0 0,1 2,1-2,0-1,-1 1,1 0,0-1,0 0,0 0,0 0,0 0,0 0,1-1,-1 1,0-1,0 0,0 0,6 0,9-1,-1 1</inkml:trace>
  <inkml:trace contextRef="#ctx0" brushRef="#br0" timeOffset="3736.22">2284 410,'0'9,"0"6,0 5,3 0,1 5,0 0,-1-1,0-1,-2-1,0-2,-1-1,0 0,0-7,0-5</inkml:trace>
  <inkml:trace contextRef="#ctx0" brushRef="#br0" timeOffset="5041.8">2506 631,'4'-10,"-1"-1,1 1,-2-1,0 0,0 0,-1 0,0 0,0-1,-2 1,1 0,-2 0,-3-17,5 28,0 0,0-1,-1 1,1-1,0 1,0 0,0-1,0 1,0-1,0 1,0-1,0 1,0 0,0-1,0 1,0-1,0 1,0-1,0 1,0 0,0-1,0 1,1-1,-1 1,0 0,0-1,0 1,1-1,-1 1,0 0,1-1,-1 1,0 0,1 0,-1-1,0 1,1 0,-1 0,0-1,1 1,-1 0,1 0,0 0,22 8,21 28,-41-32,-1 1,1 0,0 0,-1 0,0 0,-1 0,1 1,-1-1,2 10,-3-10,1 0,0 0,0 0,1 0,-1 0,1 0,0 0,1-1,4 8,-6-11,0 1,0-1,0 0,0 0,1 1,-1-1,0 0,1 0,-1-1,1 1,-1 0,1 0,-1-1,1 1,0-1,-1 1,1-1,0 0,-1 0,1 0,0 0,2 0,0-1,-1 1,0-1,0-1,1 1,-1 0,0-1,0 0,-1 1,1-1,5-5,-2 2,-1 0,0-1,0 0,0 0,-1 0,0 0,0-1,0 1,4-14,-7 18,-1 0,1 0,-1 0,0 0,1 0,-1-1,0 1,0 0,0 0,-1 0,1 0,0-1,-1 1,-1-3,2 4,0 1,-1-1,1 0,-1 1,1-1,-1 1,0-1,1 0,-1 1,1-1,-1 1,0 0,0-1,1 1,-1-1,0 1,0 0,1 0,-1-1,0 1,0 0,0 0,1 0,-1 0,-1 0,-1 1,1-1,0 1,-1 0,1 0,0 0,0 0,0 0,0 0,0 0,0 1,0-1,0 1,1 0,-1 0,0-1,1 1,0 0,-1 0,1 0,0 0,0 1,0-1,0 0,-1 4,1-1,-1 0,1 0,0 0,1 0,-1 0,1 0,0 0,0 0,0 0,1 0,0 0,0 0,0 0,1 0,-1 0,1 0,0 0,1-1,2 5,-3-6,1 0,0-1,-1 1,1-1,0 1,0-1,1 0,-1 0,0 0,1-1,-1 1,1-1,-1 0,1 0,0 0,-1 0,1-1,0 0,0 1,-1-1,1-1,0 1,0 0,0-1,-1 0,6-1,-1-2,0 0,0 0,0 0,-1-1,1 0,-1 0,0-1,-1 0,0 0,0-1,0 0,0 0,-1 0,0-1,-1 1,4-10,-7 16,-1 1,1-1,-1 0,1 0,-1 0,0 0,1 0,-1 0,0 0,0 0,0 0,0 0,0 0,0 0,0 0,0 0,0 0,0 0,0 0,-1 1,1-1,0 0,-1 0,1 0,-1 0,1 0,-1 0,1 1,-1-1,0 0,1 0,-1 1,0-1,1 0,-1 1,0-1,-2 0,2 1,0-1,-1 1,1 0,-1 0,1 0,-1 0,1 0,-1 0,1 1,0-1,-1 0,1 1,-1-1,1 1,0-1,-1 1,1 0,0 0,0-1,0 1,0 0,0 0,-1 0,2 0,-3 2,1 0,-1 1,1-1,0 1,0-1,0 1,1 0,-1 0,1 0,0 0,0 0,0 0,1 0,-1 0,1 0,0 0,0 0,1 0,-1 0,1 0,0 0,0 0,0 0,0 0,1 0,3 6,-4-8,1 1,0 0,0-1,0 1,0-1,1 0,-1 0,0 0,1 0,0 0,-1-1,1 1,0-1,0 1,0-1,0 0,0 0,0 0,0-1,0 1,1-1,-1 0,0 0,0 0,0 0,0 0,1-1,-1 1,0-1,0 0,0 0,0 0,4-2,1-1,0 0,-1 0,1-1,-1 0,0 0,0 0,0-1,-1 0,1-1,-2 1,1-1,-1 0,0-1,0 1,-1-1,0 0,5-15,-6 11,0 0,-1-1,0 1,-1-1,0 1,-1-1,0 1,-1-1,-1 1,0-1,-7-22,5 20,3 9,0 0,-1 0,1 0,-1 0,-1 0,1 0,-1 0,0 1,-1-1,1 1,-1 0,-8-9,12 14,-1 0,1 0,-1-1,1 1,0 0,-1 0,1 0,-1 0,1 0,-1 0,1 0,-1 0,1 0,-1 0,1 0,-1 0,1 0,-1 0,1 0,-1 0,1 0,0 1,-1-1,1 0,-1 0,1 1,0-1,-1 0,1 0,-1 1,1-1,-1 1,-8 19,3 24,6-43,-2 25,1-1,2 1,0 0,7 29,-5-41,0-1,1 1,0-1,1 0,1 0,0 0,1-1,0 0,12 14,-17-23,0-1,0 1,1-1,-1 0,1 0,0 0,0 0,-1 0,1-1,0 1,1-1,-1 0,0 0,0 0,0 0,1 0,-1-1,0 1,1-1,-1 0,0 0,1-1,-1 1,0-1,1 1,-1-1,0 0,0 0,4-2,17-7</inkml:trace>
  <inkml:trace contextRef="#ctx0" brushRef="#br0" timeOffset="5386.6">2745 79,'0'9,"0"4</inkml:trace>
</inkml:ink>
</file>

<file path=word/ink/ink2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14T10:10:57.889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48 1,'-1'15,"0"0,-2-1,0 1,0 0,-11 25,-6 26,19-64,1-1,0 0,-1 1,1-1,0 1,0-1,0 1,0-1,0 0,0 1,0-1,0 1,1-1,-1 0,1 1,-1-1,1 0,-1 1,1-1,0 0,0 0,-1 1,1-1,0 0,0 0,1 1,1-1,-1 1,1-1,0 0,-1 0,1-1,0 1,-1 0,1-1,0 1,0-1,0 0,4-1,10 0,0-2,0 0,24-8,-36 9,19-5,-5 1</inkml:trace>
  <inkml:trace contextRef="#ctx0" brushRef="#br0" timeOffset="357.12">215 38,'0'12,"0"8,0 7,0 4,0 4,-4 2,0 0,-3 2,0-4,1-5,1-3,-1-8,0-3,-2-4,0-8,-1-7,1-6,1-3</inkml:trace>
  <inkml:trace contextRef="#ctx0" brushRef="#br0" timeOffset="837.47">601 204,'-3'-1,"1"0,-1 0,0 0,1 0,-1 0,0 0,0 1,0-1,0 1,0 0,1 0,-1 0,0 0,0 1,0-1,0 1,1 0,-1 0,0-1,0 2,-3 1,2 0,-1 0,1 1,0-1,-1 1,2 0,-1 0,0 1,1-1,0 1,-4 8,2-4,0 1,1 0,0 0,1 1,0-1,1 1,0 0,1-1,0 1,0 0,2 12,-1-20,1 0,-1 0,1 0,0 0,0 0,0-1,0 1,0 0,1-1,-1 1,1-1,0 1,-1-1,1 0,0 0,0 0,1 0,-1 0,0 0,1 0,-1-1,1 1,-1-1,1 0,0 0,0 0,5 1,-1-1,0 0,0-1,0 0,1-1,-1 1,0-1,0-1,0 1,0-1,7-3,16-7</inkml:trace>
  <inkml:trace contextRef="#ctx0" brushRef="#br0" timeOffset="1818.24">692 295,'10'76,"-1"-14,-7-144,-1 74,0 0,0 0,1 0,0 0,0 0,1 0,0 1,0-1,8-10,-11 17,1 0,-1 0,1 0,0 1,-1-1,1 0,0 1,-1-1,1 0,0 1,0-1,0 1,-1-1,1 1,0 0,0-1,0 1,0 0,0-1,0 1,0 0,0 0,0 0,0 0,0 0,0 0,0 0,-1 0,1 1,2-1,-1 2,1-1,-1 1,0-1,0 1,0 0,0 0,0 0,0 0,0 0,2 5,3 5,0 0,-1 1,6 15,-5-9,-2-5,0 0,0 1,2 19,-8-30,-3-13,-3-17,7 17,0 0,1 0,0 0,1 0,0 0,5-12,-7 18,1 1,0-1,0 0,1 1,-1-1,0 1,1-1,-1 1,1 0,0 0,0-1,0 1,0 0,0 1,0-1,1 0,-1 1,1-1,-1 1,1 0,-1 0,1 0,0 0,3-1,-3 3,-1-1,1 1,-1 0,0 0,1 0,-1 0,0 0,0 0,0 1,0-1,0 1,0-1,0 1,0 0,-1 0,1 0,0 0,-1 0,0 0,0 0,1 1,-1-1,0 0,-1 1,2 4,1-1,-1 1,0 0,-1 0,0 0,0 0,0 0,0 0,-2 9,-3-7,-1-19,0-18,6 22,-1 1,1-1,0 0,0 1,0-1,1 1,0 0,0 0,1-1,-1 1,1 1,0-1,0 0,1 1,-1-1,1 1,6-5,-8 7,0 1,0-1,1 1,-1-1,0 1,1 0,-1 0,1 0,-1 1,1-1,-1 0,1 1,0 0,-1 0,1 0,0 0,-1 0,1 0,0 0,-1 1,1 0,-1-1,1 1,-1 0,1 0,-1 0,0 1,1-1,-1 0,0 1,0 0,0-1,0 1,0 0,0 0,-1 0,1 0,1 3,2 2,-1 1,0-1,-1 0,0 1,0 0,0 0,-1-1,0 2,-1-1,0 0,0 0,-1 0,0 1,0-1,-1 0,-3 15,4-23</inkml:trace>
</inkml:ink>
</file>

<file path=word/ink/ink2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14T10:10:24.611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1 139,'10'184,"-9"-164,-4-29,-5-34,7 26,2-212,-1 228,0 0,0 0,0 0,0 0,0-1,1 1,-1 0,0 0,0 0,1 0,-1 0,1 0,-1 0,1 0,0 0,-1 0,1 0,0 0,-1 0,3-1,-3 2,1 0,0 0,0 0,-1 0,1 0,0 0,0 0,-1 0,1 0,0 0,0 1,-1-1,1 0,0 0,-1 1,1-1,0 0,-1 1,1-1,-1 1,1-1,0 1,4 4,-1-1,0 1,0-1,0 1,-1 0,4 6,2 11,14 25,-22-45,0-1,0 1,1 0,-1 0,1 0,-1-1,1 1,0 0,-1-1,1 0,0 1,0-1,0 0,0 0,0 0,0 0,4 1,-4-3,0 1,0 0,0-1,0 1,0-1,0 1,-1-1,1 0,0 0,0 0,-1 0,1 0,0 0,-1-1,0 1,1 0,-1-1,0 1,1-1,-1 0,0 1,0-1,0 0,0 0,-1 1,1-1,0-3,17-56,-18 59,15-61,-6 87,0 17,2 50,-8-59,0-1,2 1,2-1,19 56,-26-87,0 1,0-1,0 1,1 0,-1-1,0 1,1-1,-1 1,1 0,-1-1,1 1,-1-1,1 1,-1-1,1 0,-1 1,1-1,-1 0,1 1,0-1,-1 0,1 1,-1-1,1 0,0 0,-1 0,1 0,0 0,1 0,7-2</inkml:trace>
  <inkml:trace contextRef="#ctx0" brushRef="#br0" timeOffset="512.94">350 266,'30'0,"-21"-2,0 2,0-1,0 1,0 1,0-1,0 2,0-1,0 1,0 0,-1 1,1 0,14 8,-22-11,-1 0,1 1,0-1,0 1,-1-1,1 1,0-1,-1 1,1-1,-1 1,1 0,-1-1,1 1,-1 0,1-1,-1 1,1 0,-1 0,0 0,1-1,-1 1,0 0,0 0,0 0,0-1,0 1,0 0,0 0,0 0,0 0,0-1,0 1,0 0,-1 0,1 0,0 0,-1-1,1 1,0 0,-1-1,1 1,-1 0,1 0,-1-1,1 1,-2 0,-42 25,14-9,30-17,0 1,0-1,0 1,0 0,0-1,0 1,0-1,0 1,0-1,0 1,0-1,1 1,-1-1,0 1,0-1,1 1,-1-1,0 1,1-1,-1 1,0-1,1 1,-1-1,0 0,1 1,-1-1,1 0,-1 1,1-1,-1 0,1 0,-1 1,1-1,-1 0,1 0,-1 0,2 0,25 12,-23-11,17 7,-12-5,1 0,0 1,-1 0,0 0,0 1,-1 0,1 1,-1-1,0 2,10 9,-18-15,1-1,0 1,-1 0,1-1,-1 1,1 0,-1 0,1-1,-1 1,1 0,-1 0,0 0,0 0,1 0,-1 0,0 0,0 0,0-1,0 1,0 0,0 0,0 0,0 0,-1 0,1 0,0 0,0 0,-1 0,0 0,0 1,-1-1,1 0,-1 1,1-1,-1 0,1 0,-1 0,0 0,0-1,0 1,1 0,-1-1,-3 1,-61 5,64-6,0 0,-1 0,0 1,1-1,-1 0,1 0,-1-1,0 1,1-1,-1 1,1-1,-1 0,1 1,-1-1,1-1,0 1,-1 0,1-1,0 1,0-1,0 1,0-1,0 0,-2-3,-1-7</inkml:trace>
  <inkml:trace contextRef="#ctx0" brushRef="#br0" timeOffset="1309.11">664 83,'22'124,"-19"-93,2-1,1 1,1-1,1-1,18 38,-36-98,2-1,1 0,2 0,-2-48,1 23,-10-90,17 154,0-1,1 0,-1 1,1-1,1 0,-1 0,6 10,-6-14,0 1,0-1,0 0,0 0,0 0,0-1,1 1,-1-1,0 1,1-1,0 0,-1 1,1-1,0-1,-1 1,1 0,0-1,0 1,0-1,-1 0,1 0,0 0,4-1,-1 1,0-1,0 0,0-1,0 1,0-1,0-1,0 1,-1-1,1 0,-1 0,0 0,0-1,0 0,0 0,0 0,-1-1,0 1,5-8,18-16,-27 29,0-1,1 0,-1 0,1 1,-1-1,1 0,-1 1,0-1,1 0,-1 1,0-1,1 1,-1-1,0 1,0-1,1 1,-1-1,0 0,0 1,0-1,0 1,0-1,1 1,-1 0,0-1,0 1,0-1,0 1,-1-1,1 1,0-1,0 1,0-1,0 1,0 25,2 19,2-1,2 1,1-1,3 0,2-1,22 57,-27-74,-5-27</inkml:trace>
  <inkml:trace contextRef="#ctx0" brushRef="#br0" timeOffset="1654.94">1067 321,'0'3,"0"5,0 3,0 4,0 1,0 2,0 1,4-2,0-2,3-3,3-4,4-3,2-2,1-2,2-1,0-4,0-1,-3 1</inkml:trace>
  <inkml:trace contextRef="#ctx0" brushRef="#br0" timeOffset="2043.81">1196 378,'0'6,"0"6,0 3,0 2,0 2,0 4,0 1,0-1,0 0,0-8,0-7</inkml:trace>
  <inkml:trace contextRef="#ctx0" brushRef="#br0" timeOffset="3733.16">1510 560,'0'-1,"-1"0,1 0,-1 0,0 0,1 0,-1 0,0 1,0-1,0 0,0 0,0 0,0 1,0-1,0 0,0 1,0-1,0 1,0-1,0 1,0 0,0 0,-1-1,1 1,0 0,0 0,0 0,-1 0,0 0,-37 2,36-1,0 1,0 0,0-1,0 1,1 1,-1-1,1 0,-1 1,1-1,0 1,0 0,0-1,0 1,0 0,0 0,1 1,0-1,-1 0,1 0,1 1,-1-1,0 0,1 1,-1-1,1 1,0-1,1 1,-1-1,0 0,1 1,0-1,0 1,1 2,-2-3,1 0,-1 0,1 0,0 0,0 0,0 0,1 0,-1-1,1 1,-1-1,1 1,0-1,0 1,0-1,0 0,0 0,1 0,-1 0,1 0,-1-1,1 1,0-1,0 1,-1-1,1 0,0 0,0 0,0-1,0 1,0-1,0 0,0 0,0 0,0 0,1 0,-1 0,4-2,-3 0,0 0,1-1,-1 1,-1-1,1 0,0 0,-1-1,0 1,1-1,-1 1,-1-1,1 0,0 0,-1 0,0-1,0 1,0-1,-1 1,2-7,1-6,0 1,-1 0,-1-1,1-20,-4 9,-1 0,-1 1,-2-1,0 1,-11-31,60 230,-34-137,-3-9,17 41,-22-61,0-1,1 0,0 1,0-1,0-1,1 1,0 0,0-1,0 0,0 0,0 0,1 0,6 3,-9-6,-1 0,1 0,-1 0,1-1,-1 1,1-1,-1 0,1 1,0-1,-1 0,1 0,0 0,-1 0,1 0,0 0,-1 0,1-1,-1 1,1 0,0-1,-1 0,1 1,-1-1,3-2,-1 1,-1 0,1-1,-1 1,0-1,0 0,0 0,0 0,0 0,-1 0,1 0,1-6,-1 3,0-1,0 0,-1 0,0 0,0 0,-1 0,0 0,0 0,0-1,-1 1,-2-11,2 18,1-1,0 0,0 0,0 0,-1 1,1-1,0 0,-1 0,1 1,0-1,-1 0,1 1,-1-1,1 0,-1 1,0-1,1 1,-1-1,0 1,1-1,-1 1,0-1,1 1,-1 0,0-1,-1 1,1 0,1 1,-1-1,0 1,0-1,1 1,-1 0,0-1,1 1,-1 0,0-1,1 1,-1 0,1 0,-1 0,1 0,0-1,-1 1,1 2,-11 46,11-43,1 1,-1-1,1 0,0 1,1-1,0 0,0 1,0-1,0 0,1 0,0-1,0 1,1-1,0 1,6 6,-7-9,0 0,0 0,0 0,1 0,-1-1,1 0,0 1,0-1,0 0,0-1,0 1,0-1,0 0,0 0,1 0,-1-1,0 1,1-1,-1 0,0 0,1 0,-1-1,0 0,7-1,-8 0,-1 1,1 0,0-1,0 1,-1-1,1 0,-1 0,0 0,0 0,1 0,-1-1,0 1,-1 0,1-1,0 0,-1 1,0-1,1 0,-1 0,0 0,0 0,-1 0,1 0,-1 0,1 0,-1 0,0 0,-1-6,0-10,0 0,-2 0,-7-29,4 22,17 35,-1 0,-1 1,12 15,-20-25,16 19,22 26,-37-42,0-1,-1 1,1 0,0 0,-1-1,0 1,0 0,0 0,0 0,0 1,-1-1,1 0,-1 0,0 6,-1-7,0 0,0-1,0 1,-1 0,1-1,0 1,-1-1,1 0,-1 1,0-1,1 0,-1 0,0 0,0 0,0 0,1-1,-1 1,0-1,0 1,0-1,0 1,0-1,0 0,0 0,0 0,0 0,0-1,0 1,0 0,0-1,0 1,0-1,0 0,0 0,0 1,0-1,1-1,-4-1,5 2,-1 0,1 0,0 0,0 0,0 0,0 0,0 0,0 0,0 0,1 0,-1 0,0 0,0 0,1 0,-1 0,1 0,-1 0,1 0,-1 0,1 0,-1 0,1 1,0-1,-1 0,1 0,0 1,0-1,0 0,1 0,31-22,-28 20,1 0,-1-1,0 0,1 0,-2 0,1 0,0-1,5-7,-8 9,-1 1,0-1,0 1,0-1,0 0,-1 1,1-1,-1 0,1 0,-1 0,0 1,0-1,0 0,-1 0,1 0,-1 1,1-1,-3-5,47 39,-36-23,-1 0,0 0,0 1,9 17,-14-24,-1 0,0 0,-1 0,1 0,0 0,-1 1,1-1,-1 0,1 0,-1 0,0 1,0-1,0 3,-1-4,1 0,-1 0,1 0,-1 0,0 0,1 0,-1 0,0 0,0 0,1 0,-1-1,0 1,0 0,0-1,0 1,0 0,0-1,0 1,0-1,0 0,0 1,0-1,-1 0,1 0,0 1,0-1,-2 0,2 0,0 0,0 0,0 0,0 0,0 0,0 0,0 0,0-1,0 1,0 0,0 0,0-1,0 1,0-1,0 1,0-1,0 1,1-1,-1 1,0-1,-1-1,-3-6</inkml:trace>
  <inkml:trace contextRef="#ctx0" brushRef="#br0" timeOffset="4095.78">2245 580,'-3'13,"-1"7,3 3,5-2,2-8,0-9,-1-6</inkml:trace>
  <inkml:trace contextRef="#ctx0" brushRef="#br0" timeOffset="4472.25">2171 396,'10'3,"3"1</inkml:trace>
  <inkml:trace contextRef="#ctx0" brushRef="#br0" timeOffset="4473.25">2356 672,'-3'-5,"0"0,0-1,1 1,0 0,0-1,0 0,1 0,0 1,0-1,0-11,1 16,0-1,0 1,0-1,0 0,1 1,-1-1,0 1,1-1,-1 1,1-1,-1 1,1-1,0 1,0 0,0-1,-1 1,1 0,0 0,1 0,-1-1,0 1,0 0,0 0,1 1,-1-1,0 0,1 0,-1 1,1-1,-1 1,1-1,-1 1,1-1,-1 1,1 0,0 0,-1 0,1 0,-1 0,1 0,-1 0,1 1,0-1,-1 1,2 0,1 0,0 1,0-1,0 1,0 0,0 1,0-1,-1 1,1-1,-1 1,0 0,0 0,0 1,0-1,-1 0,1 1,-1 0,0 0,0-1,3 10,-3-9,0 1,1 0,-1-1,1 1,0-1,0 0,0 0,1 0,-1-1,1 1,7 4,-1-5,-2-4</inkml:trace>
  <inkml:trace contextRef="#ctx0" brushRef="#br0" timeOffset="5001.93">2614 119,'13'0,"7"0,6 0,2 0,0 3,-2 1,-3 0,-5 0</inkml:trace>
  <inkml:trace contextRef="#ctx0" brushRef="#br0" timeOffset="5362.21">2670 305,'12'0,"8"-3,6-1,6 0,-1 0,-4 2</inkml:trace>
</inkml:ink>
</file>

<file path=word/ink/ink2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14T10:10:15.894"/>
    </inkml:context>
    <inkml:brush xml:id="br0">
      <inkml:brushProperty name="width" value="0.2" units="cm"/>
      <inkml:brushProperty name="height" value="0.4" units="cm"/>
      <inkml:brushProperty name="color" value="#FFFC00"/>
      <inkml:brushProperty name="tip" value="rectangle"/>
      <inkml:brushProperty name="rasterOp" value="maskPen"/>
      <inkml:brushProperty name="ignorePressure" value="1"/>
    </inkml:brush>
  </inkml:definitions>
  <inkml:trace contextRef="#ctx0" brushRef="#br0">1 21,'215'-17,"216"14,-364 4,-66-2,0 1,0 0,0 0,0 0,0 0,1 0,-1 0,0 0,0 0,0 0,0 0,0 1,0-1,0 0,0 1,0-1,0 1,0-1,0 1,0 0,0-1,0 1,0 0,-1-1,1 1,1 1,-10 23,-1-4,2 3,1 0,2 0,0 0,2 1,1 48,-1 7,2-78,-1-1,1 1,0-1,-1 1,1-1,0 1,-1-1,0 0,1 1,-1-1,0 0,0 1,0-1,0 0,0 0,0 0,0 0,0 0,0 0,0 0,-1 0,1 0,0-1,-1 1,1 0,0-1,-1 1,1-1,-1 0,1 1,-1-1,1 0,-1 0,1 0,-1 0,1 0,-3-1,-10 0,1-1,-1 0,-19-7,3 2,-150-7,71 8,-78-2,195 12,3 0</inkml:trace>
</inkml:ink>
</file>

<file path=word/ink/ink2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14T10:10:05.048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 19,'12'0,"11"0,11 0,8-3,11-2,8 1,3 1,0 1,-7 0,-11 5,-10 1,-5 0,-7 2,-5 1,-6-5,-4-5,-8-3,-4 1</inkml:trace>
  <inkml:trace contextRef="#ctx0" brushRef="#br0" timeOffset="546.42">278 38,'1'0,"1"0,-1 1,1-1,-1 1,1 0,-1-1,1 1,-1 0,0 0,1 0,-1 0,0 0,0 0,0 0,0 0,0 0,0 1,0-1,0 0,0 1,0-1,-1 0,1 1,-1-1,1 1,-1-1,0 1,1 0,-1 2,3 47,-7-7,1-25,1 0,1 0,0 0,2 1,4 31,-3-46,-1 0,1 0,-1-1,1 1,1-1,-1 1,1-1,-1 0,1 0,1 0,-1 0,0 0,1-1,0 1,0-1,0 0,0 0,0-1,1 1,-1-1,1 0,-1 0,1-1,0 1,0-1,9 1,-4 0,-1-1,1-1,-1 1,1-2,0 1,-1-1,1-1,-1 0,1 0,-1-1,0 0,0-1,0 0,0 0,-1-1,0 0,0 0,12-11,-11 8</inkml:trace>
</inkml:ink>
</file>

<file path=word/ink/ink2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14T10:10:00.078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370 332,'1'-2,"-1"0,1 0,0 0,0 1,-1-1,1 0,0 0,0 1,1-1,-1 1,0-1,0 1,1 0,-1-1,1 1,-1 0,1 0,0 0,-1 0,1 0,0 0,0 1,-1-1,1 0,0 1,0 0,0-1,0 1,3 0,59-3,-61 3,0 1,0-1,-1 1,1-1,0 1,0 0,-1 0,1 0,-1 1,1-1,-1 1,1-1,-1 1,2 2,-3-3,0 0,0 0,-1 0,1 0,0 0,-1 0,1 0,-1 0,0 0,1 0,-1 0,0 0,0 0,1 0,-1 1,0-1,0 0,0 0,0 0,-1 0,1 0,0 1,0-1,-1 0,1 0,-1 0,1 0,-1 0,1 0,-1 0,1 0,-1 0,0 0,0 0,-1 1,1-1,1-1,-1 1,0 0,1 0,-1 0,1 0,0 1,-1-1,1 0,0 0,-1 0,1 0,0 0,0 0,0 0,0 1,0-1,0 0,1 0,-1 0,0 0,0 0,1 0,-1 0,1 0,-1 0,1 0,-1 0,1 0,0 0,-1 0,1 0,0 0,0-1,0 1,-1 0,1-1,0 1,2 1,50 30,-32-21,-18-10,-1 0,1 1,-1-1,0 1,0-1,0 1,0 0,0-1,0 1,0 0,-1 0,1 1,-1-1,1 0,-1 0,0 1,0-1,0 1,0-1,0 1,-1-1,1 1,-1 0,0-1,0 1,0 0,0-1,0 4,-2-3,1 0,-1 0,0 0,0 0,0 0,0 0,-1-1,1 1,-1-1,1 0,-1 1,0-1,0 0,0-1,0 1,0-1,-1 1,1-1,0 0,-7 1,-1 1,0-1,0 0,-1-1,-19 0,27-1,1-1,-1 1,0-1,1 0,-1 0,0 0,1 0,-5-3,6 4,1-1,0 0,0 0,0 1,0-1,0 0,0 0,0 0,1 0,-1 0,0 0,0 0,1-1,-1 1,1 0,-1 0,1 0,0-1,-1 1,1 0,0-1,0 1,0-2,1-6</inkml:trace>
  <inkml:trace contextRef="#ctx0" brushRef="#br0" timeOffset="1040.39">720 91,'32'101,"28"144,-79-334,7 37,2-1,-5-78,14 114,0 8,1 1,0 0,0-1,1 1,3-14,-4 21,0 1,0 0,1-1,-1 1,0 0,0 0,1-1,-1 1,0 0,0 0,1 0,-1-1,0 1,1 0,-1 0,0 0,1 0,-1 0,0 0,1 0,-1-1,1 1,-1 0,0 0,1 0,-1 1,0-1,1 0,-1 0,0 0,1 0,-1 0,0 0,1 0,-1 1,0-1,1 0,-1 0,0 0,1 1,-1-1,0 0,0 0,1 1,-1-1,0 0,0 1,0-1,0 0,1 1,-1-1,0 0,0 1,19 22,-17-19,12 15,-9-10,1 0,0-1,1 0,0 0,0-1,0 1,1-2,0 1,0-1,14 8,-20-14,0 0,0 0,0 0,-1 0,1 0,0-1,0 1,-1 0,1-1,0 1,-1-1,1 0,-1 0,1 0,0 0,-1 0,0 0,1 0,-1 0,0 0,1-1,-1 1,0 0,0-1,0 1,1-4,27-48,-23 40,30-63,-36 76,0 0,0 0,0 0,0-1,1 1,-1 0,0 0,0 0,0 0,0 0,1 0,-1-1,0 1,0 0,0 0,0 0,1 0,-1 0,0 0,0 0,0 0,1 0,-1 0,0 0,0 0,0 0,1 0,-1 0,0 0,0 0,0 0,1 0,-1 0,0 0,0 0,0 0,1 1,-1-1,0 0,0 0,0 0,0 0,0 0,1 1,-1-1,0 0,0 0,0 0,0 0,0 1,0-1,0 0,9 18,1 19,20 223,-29-240,0-7,0-1,1 1,1 0,6 17,-9-30,0 1,0-1,0 0,0 0,0 1,0-1,0 0,0 0,1 1,-1-1,0 0,0 0,0 0,0 1,1-1,-1 0,0 0,0 0,0 0,1 1,-1-1,0 0,0 0,1 0,-1 0,0 0,0 0,1 0,-1 0,0 0,0 0,1 0,-1 0,0 0,0 0,1 0,-1 0,0 0,0 0,1 0,-1 0,1 0,3-4</inkml:trace>
  <inkml:trace contextRef="#ctx0" brushRef="#br0" timeOffset="1381.06">1217 275,'0'10,"0"5,0 4,0 2,0 0,0 0,0 0,0-1,3-4,4-5,5-3,5-7,4-4,1-4,-3-1</inkml:trace>
  <inkml:trace contextRef="#ctx0" brushRef="#br0" timeOffset="1771.17">1327 331,'0'6,"0"5,0 8,0 2,0 2,0 3,0 0,0 2,0 0,0-3,0-2,0-7,0-8</inkml:trace>
  <inkml:trace contextRef="#ctx0" brushRef="#br0" timeOffset="3299.16">1639 514,'1'-4,"0"0,-1 0,1-1,-1 1,0 0,0-1,0 1,-1 0,0 0,1-1,-2 1,1 0,0 0,-1 0,-3-7,2 5,1 1,0-1,0 0,0 0,1 0,0 0,0-9,1 14,0-1,1 0,-1 0,1 1,0-1,-1 1,1-1,0 0,0 1,0-1,0 1,0 0,0-1,1 1,-1 0,0 0,1 0,-1 0,1 0,-1 0,1 0,-1 0,1 0,0 1,-1-1,1 1,0-1,-1 1,1 0,2-1,1 0,1 0,-1 0,0 0,1 1,-1 0,0 0,1 0,-1 1,0-1,1 1,-1 1,0-1,7 3,-10-2,1-1,-1 1,1 0,-1 0,0 0,1 0,-1 0,0 1,-1-1,1 1,0-1,-1 1,1 0,-1-1,0 1,0 0,0 0,0 0,0 0,-1 0,1 0,-1 0,0 0,0 4,0 0,0 8,1 1,0-1,1 1,6 23,-7-37,-1 0,1 0,-1 0,1 0,0 0,0 0,0 0,0 0,0 0,0-1,0 1,0 0,1-1,-1 1,1-1,-1 0,1 1,0-1,-1 0,1 0,0 0,0 0,0 0,0-1,0 1,0 0,0-1,0 1,0-1,0 0,0 0,0 0,0 0,0 0,0 0,1-1,-1 1,0-1,0 1,0-1,-1 0,1 0,0 1,3-3,0 0,0 0,0-1,0 0,-1 1,1-1,-1-1,0 1,0-1,0 1,-1-1,0 0,0-1,0 1,0 0,1-7,-2 8,-1 0,0 0,1 0,-2 0,1 0,0 0,-1 0,0 0,0 0,0-1,0 1,-1 0,0 0,0 0,0 0,0 0,0 0,-1 1,0-1,0 0,0 1,-4-6,6 9,0-1,0 1,-1-1,1 1,0-1,-1 1,1 0,-1-1,1 1,0-1,-1 1,1 0,-1 0,1-1,-1 1,1 0,-1 0,1-1,-1 1,1 0,-1 0,0 0,1 0,-1 0,1 0,-1 0,1 0,-1 0,1 0,-1 0,0 0,1 0,-1 1,0-1,-9 20,4 29,5-44,1 0,0 0,0 0,1 0,0 1,0-1,0 0,0 0,1-1,0 1,0 0,0 0,1-1,-1 1,1-1,0 0,0 0,1 0,-1 0,1-1,0 1,6 3,-6-4,0-1,1-1,-1 1,1-1,0 1,-1-1,1-1,0 1,-1-1,1 0,0 0,0 0,0 0,-1-1,1 0,0 0,-1 0,1-1,-1 1,1-1,-1 0,0 0,0-1,7-4,-6 3,0-1,0 0,0 0,0 0,-1 0,0-1,0 1,0-1,4-10,-6 13,-1 1,0 0,0-1,0 1,0-1,0 0,-1 1,1-1,-1 1,0-1,1 0,-1 0,0 1,-1-1,1 0,0 1,-1-1,0 0,1 1,-1-1,0 1,0-1,-1 1,1-1,0 1,-1 0,-1-3,2 4,0 0,0 1,0-1,0 0,0 0,0 1,0-1,0 0,0 1,-1-1,1 1,0-1,0 1,0 0,-1 0,1-1,0 1,0 0,-1 0,1 0,0 0,0 1,-1-1,1 0,0 0,0 1,0-1,-1 1,1-1,0 1,0-1,0 1,0 0,0-1,0 1,0 0,0 0,0 0,0 0,1 0,-1 0,0 0,1 0,-1 0,0 0,1 0,0 1,-1-1,0 1,-1 4,0-1,0 1,0-1,0 1,1-1,0 1,0 0,0 0,1 9,1-10,-1-1,1 0,0 1,1-1,-1 0,1 0,0 1,0-1,0-1,0 1,1 0,0 0,0-1,0 0,0 1,0-1,0 0,1-1,0 1,-1-1,1 1,0-1,0 0,0-1,1 1,-1-1,0 1,1-1,-1-1,0 1,7 0,-5-1,0 0,-1 0,1-1,-1 1,1-1,-1-1,1 1,-1-1,0 0,1 0,-1 0,0-1,0 0,-1 0,1 0,-1 0,1-1,-1 0,0 0,0 0,-1 0,1-1,-1 1,0-1,2-5,2-7,-1 1,-1-1,-1-1,0 1,-1-1,-1 1,-1-1,0 0,-3-21,-1 3,-2 0,-2-1,-15-48,4 37,16 45,1 1,0-1,0 1,-1 0,0-1,1 1,-1 0,0 0,0 0,0 1,0-1,0 0,0 1,-1-1,-4-1,6 3,1 0,-1 0,0 0,0 0,1 0,-1 0,0 0,1 0,-1 0,0 1,0-1,1 0,-1 0,0 1,1-1,-1 0,0 1,1-1,-1 1,1-1,-1 1,1-1,-1 1,1 0,-1-1,1 1,-1-1,1 1,0 0,-1-1,1 1,0 0,0 0,0-1,0 1,-1 0,1 0,0 1,-3 35,3-32,-1 34,2-1,13 76,-10-90,2 0,0-1,2 1,0-1,22 39,-28-58,0 0,0 0,1-1,-1 1,1-1,0 1,0-1,1 0,-1 0,0-1,1 1,0-1,0 1,-1-1,1 0,1-1,-1 1,0-1,0 0,1 0,-1 0,0 0,1-1,-1 1,1-1,-1-1,0 1,1 0,6-3,11-4</inkml:trace>
  <inkml:trace contextRef="#ctx0" brushRef="#br0" timeOffset="3657.8">2026 19,'0'9,"0"7,0 0</inkml:trace>
  <inkml:trace contextRef="#ctx0" brushRef="#br0" timeOffset="4248.14">1 736,'32'7,"0"-1,1-2,0-1,0-2,46-3,-10 1,1273-42,-705-3,-600 42,-48 4</inkml:trace>
</inkml:ink>
</file>

<file path=word/ink/ink2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14T10:09:54.465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19 61,'10'145,"-1"2,-4-104,-3-38,-6-27,-35-262,39 282,-1 0,1 0,0-1,0 1,0 0,0 0,0 0,1 0,-1-1,1 1,-1 0,1 0,0 0,-1 0,3-3,8 5,7 16,31 54,-36-49,1 0,32 34,-46-54,1-1,-1 1,1-1,-1 1,1-1,-1 1,1-1,0 1,-1-1,1 0,0 1,0-1,-1 0,1 0,0 1,-1-1,1 0,0 0,0 0,0 0,-1 0,1 0,0 0,0 0,-1 0,1 0,0-1,0 1,-1 0,1 0,0-1,-1 1,2-1,0-1,0 0,0 0,0 0,0 0,0-1,-1 1,1-1,-1 1,2-5,21-63,-23 66,9-43,-6 27,0 0,12-30,-16 49,0 1,0 0,0 0,1-1,-1 1,0 0,0 0,0-1,0 1,0 0,0 0,0 0,0-1,0 1,1 0,-1 0,0-1,0 1,0 0,0 0,1 0,-1 0,0-1,0 1,0 0,1 0,-1 0,0 0,0 0,0 0,1 0,-1 0,0 0,0-1,1 1,-1 0,0 0,0 0,1 0,-1 0,0 1,0-1,1 0,-1 0,0 0,0 0,1 0,-1 0,0 0,0 0,0 0,1 1,-1-1,0 0,10 19,1 26,29 283,-21-227,-19-101,-1 0,1 0,0 0,0 0,0 0,0 0,0 0,0 0,0 0,0 0,0 0,0 0,0 0,-1 0,1 0,0 0,0 0,0 0,0 0,0 0,0 0,0 1,0-1,0 0,0 0,0 0,0 0,0 0,-1 0,1 0,0 0,0 0,0 0,0 0,0 0,0-1,-5-5</inkml:trace>
</inkml:ink>
</file>

<file path=word/ink/ink2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14T10:09:41.571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1 101,'1'0,"0"-1,0 1,0 0,0 0,0 0,0 0,0 0,0 0,0 0,0 0,0 1,0-1,0 0,0 1,0-1,0 0,0 1,0 0,0-1,0 1,0-1,-1 1,1 0,0-1,0 1,-1 0,1 0,0 0,-1 0,1 0,-1 0,0-1,1 1,0 2,24 39,-22-38,108 237,-47-93,-64-149,1 1,-1 0,0 0,0 0,0 0,0 0,0 0,0 0,0 0,0 0,0-1,0 1,0 0,0 0,1 0,-1 0,0 0,0 0,0 0,0 0,0 0,0 0,0 0,0 0,1 0,-1 0,0 0,0 0,0 0,0 0,0 0,0 0,0 0,1 0,-1 0,0 0,0 0,0 0,0 0,0 0,0 0,0 0,0 0,0 0,1 0,-1 0,0 1,0-1,0 0,0 0,0 0,0 0,0 0,0 0,0 0,0 0,0 1,0-1,0 0,3-18,-2-25,-1-8,2 0,16-86,-13 108,3 0,0 0,1 1,2 0,1 1,16-27,-26 50,12-15,-14 19,0-1,1 1,-1-1,1 1,-1 0,0-1,1 1,-1 0,1-1,-1 1,1 0,-1 0,1-1,-1 1,1 0,-1 0,1 0,0 0,-1 0,1 0,-1 0,1 0,-1 0,1 0,-1 0,1 0,-1 0,1 0,0 0,-1 1,1-1,-1 0,1 1,5 4</inkml:trace>
  <inkml:trace contextRef="#ctx0" brushRef="#br0" timeOffset="2910.66">407 488,'0'-1,"0"1,0 0,0 0,1 0,-1 0,0-1,0 1,0 0,1 0,-1 0,0 0,0 0,0 0,1 0,-1 0,0 0,0-1,1 1,-1 0,0 0,0 0,1 0,-1 0,0 1,0-1,1 0,-1 0,0 0,0 0,0 0,1 0,-1 0,0 0,0 0,1 1,-1-1,0 0,0 0,0 0,0 0,1 1,6 13,2 23,-8-33,4 21,-2 0,0 0,-2 0,-2 37,-4-44,0-26,-3-29,-1-30,6 53,0 1,1-1,1 0,0 0,1 1,1-1,0 0,4-20,-5 33,1-1,-1 0,1 1,-1-1,1 1,0-1,0 0,0 1,0 0,0-1,0 1,0 0,0-1,0 1,1 0,-1 0,1 0,-1 0,3-1,-3 1,1 1,-1 0,0 0,1 0,-1 0,1 0,-1 0,0 1,1-1,-1 0,0 1,1-1,-1 1,0-1,0 1,1-1,-1 1,0 0,1 1,3 2,1 1,-2 0,1 0,0 0,-1 1,0 0,-1 0,5 7,4 21,-10-28,0 1,0 0,1-1,0 1,0-1,0 0,1 0,7 10,-10-16,-1 1,1-1,0 1,-1-1,1 1,-1-1,1 0,0 1,-1-1,1 0,0 1,0-1,-1 0,1 0,0 0,0 0,-1 1,1-1,0 0,0-1,-1 1,1 0,0 0,-1 0,1 0,0 0,0-1,0 1,16-19,2-33,-18 50,6-35,-7 30,1 0,0 1,1-1,-1 0,1 1,0 0,1-1,4-8,-6 15,0 0,-1-1,1 1,0 0,-1 0,1 1,0-1,0 0,-1 0,1 0,0 0,-1 1,1-1,-1 0,1 0,0 1,-1-1,1 1,-1-1,1 0,-1 1,1-1,-1 1,1-1,-1 1,1 0,-1-1,0 1,1-1,-1 1,0 0,0-1,0 1,1 0,-1 0,14 25,-10-13,-1 1,0 0,0-1,-2 1,1 1,-2-1,0 0,-3 19,2-20,0 0,1 1,0-1,1 0,0 1,1-1,0 0,1 0,6 14,-9-26,0-1,0 0,0 1,1-1,-1 1,0-1,0 0,0 1,1-1,-1 0,0 1,0-1,1 0,-1 0,0 1,1-1,-1 0,0 0,1 1,-1-1,0 0,1 0,-1 0,0 0,1 0,-1 0,1 1,-1-1,0 0,1 0,-1 0,1 0,-1 0,5-3</inkml:trace>
  <inkml:trace contextRef="#ctx0" brushRef="#br0" timeOffset="3626.38">811 690,'3'-4,"1"0,-1 0,0 1,1-1,0 1,0 0,0 0,0 0,1 0,-1 1,1 0,-1 0,6-2,-8 4,0-1,0 0,0 1,-1-1,1 1,0 0,0 0,0 0,0 0,0 0,0 0,0 1,0-1,0 0,0 1,0 0,0-1,0 1,-1 0,1 0,0 0,0 0,-1 0,1 1,-1-1,1 0,-1 1,0-1,1 1,-1-1,0 1,0 0,0 0,0-1,1 4,-2-3,1 0,-1 0,0 0,0 0,1 0,-1 0,-1 0,1 0,0-1,0 1,-1 0,1 0,-1 0,1 0,-1 0,0-1,0 1,0 0,0 0,0-1,0 1,0-1,0 1,-1-1,-2 3,-13 23,17-26,0-1,0 1,0-1,0 1,0-1,0 1,1-1,-1 1,0-1,0 1,0-1,1 1,-1-1,0 1,1-1,-1 1,0-1,1 0,-1 1,1-1,-1 1,1-1,-1 0,1 0,-1 1,1-1,-1 0,1 0,-1 0,1 1,-1-1,1 0,-1 0,2 0,26 4,-15-2,-8 0,-1-1,1 1,-1 0,1 0,-1 1,0 0,0-1,0 1,0 0,0 1,-1-1,1 1,-1 0,0 0,0 0,0 0,2 5,-4-6,0-1,0 0,0 1,-1-1,1 1,-1-1,1 1,-1 0,0-1,0 1,0-1,0 1,-1 0,1-1,-1 1,1-1,-1 1,0-1,0 1,0-1,0 0,-1 0,1 1,-1-1,1 0,-1 0,0 0,1-1,-1 1,0 0,0-1,-1 1,-3 2,-2 0,-1 1,0-1,0 0,0-1,0 0,0 0,-14 1,20-3,0-1,0 1,0-1,0 0,0 0,0 0,0 0,0 0,0-1,0 1,0-1,0 0,0 0,0 0,0 0,0-1,1 1,-1-1,1 1,-1-1,1 0,-1 0,1 0,0-1,-4-4,0-6</inkml:trace>
  <inkml:trace contextRef="#ctx0" brushRef="#br0" timeOffset="4128.25">1345 321,'12'4,"11"0,5 0,3-1,3-1,-1 0,-4 2,-2 0,-4 0,-9-1,-6-1</inkml:trace>
  <inkml:trace contextRef="#ctx0" brushRef="#br0" timeOffset="4536.14">1363 543,'13'3,"6"1,8 0,1-1,-1-1,-1-1,-3 0,-1-1,-2 0,-7 0,-6 0</inkml:trace>
</inkml:ink>
</file>

<file path=word/ink/ink2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14T10:19:44.721"/>
    </inkml:context>
    <inkml:brush xml:id="br0">
      <inkml:brushProperty name="width" value="0.05" units="cm"/>
      <inkml:brushProperty name="height" value="0.05" units="cm"/>
      <inkml:brushProperty name="color" value="#AB008B"/>
      <inkml:brushProperty name="ignorePressure" value="1"/>
    </inkml:brush>
  </inkml:definitions>
  <inkml:trace contextRef="#ctx0" brushRef="#br0">1 19,'12'0,"11"0,5 0,0-3,-2-5,-4 0</inkml:trace>
</inkml:ink>
</file>

<file path=word/ink/ink3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14T10:13:11.524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0 138,'8'8,"-1"1,0 0,-1 0,0 0,-1 1,0-1,0 1,-1 1,3 10,2 13,7 51,-14-75,-4-5,-4-16,-8-17,5-11,1 0,2-1,-1-45,1 22,6 62,0 0,0 0,-1 0,1 0,0 0,0 0,0 0,0 0,0 0,1 0,-1-1,0 1,0 0,1 0,-1 0,0 0,1 0,-1 0,1 0,0 1,0-2,0 1,0 1,-1 0,1 0,0 0,0 0,-1 0,1 0,0 0,0 0,0 0,-1 0,1 1,0-1,0 0,-1 0,1 1,0-1,-1 0,1 1,0-1,-1 1,2 0,46 43,-31-26,-10-12,1 0,0 0,0-1,0 0,1 0,-1-1,1 0,0-1,18 5,-23-8,0 1,0-1,0 0,-1 0,1-1,0 1,0-1,-1 1,1-1,0 0,-1-1,1 1,-1-1,1 1,-1-1,0 0,0-1,1 1,-2 0,1-1,0 1,0-1,-1 0,0 0,1 0,-1 0,3-7,-1 1,-1 1,1-1,-2 0,1 0,-1 0,0-1,0-18,1 3,14 82,51 248,-68-304,0 1,1-1,-1 0,1 1,-1-1,1 0,-1 0,1 1,0-1,0 0,0 0,-1 0,1 0,0 0,1 0,0 1,7 1</inkml:trace>
  <inkml:trace contextRef="#ctx0" brushRef="#br0" timeOffset="454.7">645 452,'37'-35,"-12"12,29-36,-32 41,-22 18,0 0,1-1,-1 1,1 0,-1 0,1 0,-1 0,1 1,-1-1,1 0,-1 0,0 0,1 0,-1 0,1 0,-1 1,1-1,-1 0,0 0,1 1,-1-1,0 0,1 1,-1-1,0 0,1 1,-1-1,0 0,0 1,1 0,1 5,0 0,0 0,-1 0,0 0,1 13,-1-7,1 8,-2-12,1-1,-1 1,2-1,-1 1,1-1,0 0,4 10,-2-12</inkml:trace>
  <inkml:trace contextRef="#ctx0" brushRef="#br0" timeOffset="1354.67">1104 158,'2'27,"0"0,13 51,-8-48,4 56,-10-71,0 6,-6-40,-44-315,50 341,0 0,1-1,0 1,0 0,0-1,1 0,0 1,1-1,-1 0,1 0,0-1,0 1,1-1,0 0,7 6,-8-8,-1-1,1 0,0 0,0 0,0 0,0-1,1 0,-1 0,0 0,1 0,-1 0,0-1,1 0,-1 0,1 0,-1 0,0-1,1 0,-1 0,0 0,1 0,-1-1,0 0,0 0,7-4,-4 1,1 0,-1 0,0-1,0 0,0-1,-1 1,0-1,0 0,8-16,-4 6,-1-2,-1 1,8-26,-15 164,-1-104,-1 33,7 54,-5-90,1 0,0-1,1 1,1-1,0 0,0 0,1 0,1 0,10 16,-16-28,0 0,0 1,0-1,0 0,0 0,0 0,0 1,0-1,0 0,0 0,0 0,0 1,0-1,0 0,0 0,1 0,-1 0,0 1,0-1,0 0,0 0,0 0,0 0,0 1,1-1,-1 0,0 0,0 0,0 0,0 0,1 0,-1 0,0 1,0-1,0 0,1 0,-1 0,0 0,0 0,0 0,1 0,-1 0,0 0,0 0,0 0,1 0,-1 0,0 0,0 0,0-1,1 1,-1 0,0 0,0 0,0 0,0 0,1 0,-1 0,0 0,0-1,0 1,0 0,1 0,-1-7</inkml:trace>
  <inkml:trace contextRef="#ctx0" brushRef="#br0" timeOffset="1790.2">1620 324,'0'9,"0"7,0 3,0 2,0 0,3 0,4-4,4-4,3-5,6-7,3-6,-1-3,-2 0</inkml:trace>
  <inkml:trace contextRef="#ctx0" brushRef="#br0" timeOffset="2132.47">1767 362,'0'10,"0"5,0 8,0 2,0 0,0 2,0 0,0-2,0-2,0-1,0-2,0-7,4-7,3-6,1-3</inkml:trace>
  <inkml:trace contextRef="#ctx0" brushRef="#br0" timeOffset="3397.96">1989 600,'5'-4,"-1"0,1-1,-1 1,0-1,0 0,0 0,0-1,-1 1,0-1,0 0,-1 1,1-1,-1 0,-1 0,1-1,-1 1,0 0,0-1,-1 1,0 0,0-1,0 1,-1 0,0-1,-3-9,4 15,0 1,0 0,-1 0,1-1,0 1,0 0,0 0,0-1,0 1,0 0,0 0,0-1,0 1,0 0,0 0,0-1,0 1,0 0,0 0,1-1,-1 1,0 0,0 0,0-1,0 1,0 0,0 0,1 0,-1-1,0 1,0 0,0 0,1 0,-1 0,0 0,0-1,1 1,-1 0,0 0,0 0,0 0,1 0,-1 0,0 0,0 0,1 0,-1 0,20 5,25 17,-40-19,1 0,0 1,0 0,-1 0,0 0,0 0,0 1,0 0,-1 0,0 0,0 1,0-1,0 1,2 7,-4-11,-1 0,0 0,1 0,-1 0,1 0,0-1,-1 1,1-1,0 1,0-1,0 0,0 0,0 0,0 0,1 0,-1 0,0 0,0-1,1 1,-1-1,0 0,1 0,-1 0,1 0,-1 0,0 0,1 0,-1-1,0 1,0-1,1 0,-1 0,0 0,0 0,0 0,0 0,0 0,4-4,-4 4,0 0,0 0,0-1,0 1,0-1,0 0,-1 0,1 1,-1-1,1 0,-1 0,1-1,-1 1,0 0,0 0,0 0,0-1,-1 1,1-1,-1 1,1-1,-1 1,0 0,0-1,0 1,0-1,0 1,-1-1,1 1,-1-1,1 1,-1 0,0-1,0 1,-2-4,3 6,0 0,0-1,-1 1,1 0,0-1,0 1,0 0,0-1,-1 1,1 0,0 0,0-1,-1 1,1 0,0 0,-1 0,1 0,0-1,0 1,-1 0,1 0,0 0,-1 0,1 0,0 0,-1 0,1 0,0 0,-1 0,1 0,0 0,-1 0,1 0,0 0,-1 0,1 0,0 0,-1 0,1 0,0 1,-1-1,-7 17,3 22,5-36,0 0,1 0,-1 0,1 0,-1 0,1 0,0 0,0 0,0 0,0 0,1 0,-1-1,1 1,0-1,0 1,0-1,0 1,0-1,0 0,1 0,2 2,-1-2,0 0,0-1,0 1,0-1,0 0,0 0,0 0,1 0,-1-1,0 0,0 0,1 0,-1 0,5-2,-4 2,0-1,0 0,0 0,0-1,0 0,0 0,0 0,-1 0,1-1,-1 1,1-1,-1 0,0-1,0 1,0-1,-1 0,1 0,-1 0,0 0,0 0,-1-1,1 1,-1-1,0 0,3-7,-5 11,0 0,0 0,1 1,-1-1,0 0,0 0,0 0,0 1,0-1,0 0,0 0,0 0,0 1,0-1,-1 0,1 0,0 1,0-1,-1 0,1 0,0 1,-1-1,1 0,-1 1,1-1,-1 1,1-1,-1 0,0 1,1-1,-1 1,0 0,1-1,-1 1,0-1,1 1,-1 0,0 0,0-1,1 1,-1 0,0 0,0 0,0 0,-1 0,1 0,-1 1,1-1,-1 0,1 1,-1-1,1 1,0 0,-1-1,1 1,0 0,0 0,-1 0,1 0,0 0,0 0,0 0,0 1,0-1,0 0,1 0,-1 1,0-1,0 3,0-2,0 0,1 1,-1-1,1 0,-1 0,1 0,0 0,0 1,0-1,0 0,1 0,-1 0,0 0,1 1,0-1,-1 0,1 0,0 0,0 0,0 0,0 0,1-1,-1 1,0 0,1-1,-1 1,1-1,0 1,-1-1,1 1,0-1,0 0,0 0,0 0,0 0,0-1,0 1,0 0,3 0,2 0,-1 1,1-1,0 0,-1-1,1 0,0 0,0 0,-1-1,1 0,0 0,11-4,-11 2,1 0,-1-1,0 1,-1-1,1 0,0-1,-1 0,0 0,0 0,5-7,-7 7,-1 0,0-1,0 1,-1-1,0 1,0-1,0 0,0 1,-1-1,0 0,-1 0,1 0,-1-12,-1-12,-1 0,-10-47,11 68,-1 0,0 1,-1-1,0 1,0 0,-1 0,0 0,0 0,-1 1,0 0,0 0,-1 0,-9-9,14 16,1-1,-1 1,1-1,-1 1,1-1,-1 1,1 0,-1-1,0 1,1 0,-1-1,0 1,1 0,-1 0,0-1,0 1,1 0,-1 0,0 0,0 0,1 0,-1 0,0 0,0 0,1 0,-1 1,0-1,1 0,-1 0,0 1,1-1,-1 0,0 1,1-1,-1 1,0 0,-1 1,1 1,-1-1,1 1,0-1,0 1,0-1,1 1,-1 0,0-1,1 5,0 64,3-43,2 1,1-1,1 0,2-1,1 0,20 41,-25-59,0 0,1-1,0 0,1 0,0-1,0 1,0-2,1 1,13 8,-15-11,1-1,0 0,0 0,0 0,0-1,0 0,0-1,0 0,1 0,-1 0,1-1,-1 0,0-1,12-1,15-5</inkml:trace>
  <inkml:trace contextRef="#ctx0" brushRef="#br0" timeOffset="3819.46">2430 66,'-3'9,"-1"10,-3 4,-1-1</inkml:trace>
  <inkml:trace contextRef="#ctx0" brushRef="#br0" timeOffset="4285.93">130 764,'1263'14,"284"-45,-1505 32,-33 3</inkml:trace>
</inkml:ink>
</file>

<file path=word/ink/ink3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14T10:13:07.626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1 111,'0'0,"0"-1,0 1,0-1,0 1,0 0,-1-1,1 1,0 0,0-1,0 1,0 0,0-1,0 1,0 0,1-1,-1 1,0-1,0 1,0 0,0-1,0 1,0 0,1-1,-1 1,0 0,0 0,1-1,-1 1,0 0,0 0,1-1,-1 1,0 0,0 0,1 0,-1-1,0 1,1 0,-1 0,1 0,-1 0,0 0,1 0,-1 0,1 0,16 13,15 30,-7 4,-3 2,-1 0,15 60,-15-43,36 74,-55-136,-1-1,1 0,0 0,0 0,0 0,0 0,1 0,-1-1,1 1,4 3,-6-6,-1 0,1 1,0-1,-1 0,1 0,-1 0,1 1,-1-1,1 0,0 0,-1 0,1 0,-1 0,1 0,-1 0,1 0,0 0,-1-1,1 1,-1 0,1 0,-1 0,1-1,-1 1,2-1,-1 0,0 0,0-1,0 1,0-1,0 1,0-1,0 1,0-1,-1 1,1-1,0 0,0-3,8-46,-2 0,-2-1,-2 0,-5-69,0 30,1 50,0 26,0 0,1-1,0 1,1 0,1 0,0 0,1 1,6-19,-8 32,0 0,0 0,0 0,0 0,0 0,0 0,0 0,0 0,0 1,0-1,1 0,-1 1,0-1,0 1,1-1,-1 1,0 0,1-1,-1 1,0 0,1 0,-1 0,1 0,-1 0,0 0,1 0,-1 1,0-1,1 0,-1 1,0-1,0 1,1-1,-1 1,0 0,0 0,0-1,0 1,2 1,14 10</inkml:trace>
  <inkml:trace contextRef="#ctx0" brushRef="#br0" timeOffset="805.57">479 496,'25'106,"-14"-55,-12-70,1 0,0-1,6-32,-4 44,0 0,0 0,1 0,0 1,0-1,0 1,1 0,7-10,-10 16,0-1,0 1,0-1,0 1,0 0,1-1,-1 1,0 0,1 0,-1 0,1 0,-1 0,1 0,-1 0,1 1,0-1,-1 1,1-1,0 1,-1-1,1 1,0 0,0 0,-1 0,1 0,0 0,0 0,-1 1,1-1,0 0,0 1,-1 0,1-1,-1 1,1 0,0 0,-1 0,0 0,1 0,-1 0,1 0,-1 0,0 0,2 3,3 3,1 2,-1-1,-1 1,0 0,0 0,0 1,-1-1,-1 1,0 0,0 0,-1 0,0 1,0-1,-1 0,-1 1,-1 16,-4-18,0-21,0-20,5 23,1-1,0 1,1 0,0 0,0 0,1 0,0 1,0-1,1 1,0 0,7-10,-10 16,1-1,0 1,0 0,0 0,0-1,0 1,0 1,0-1,1 0,-1 0,1 1,-1 0,1-1,-1 1,1 0,0 0,0 0,0 1,-1-1,1 1,0-1,0 1,0 0,0 0,0 0,0 1,0-1,0 1,-1-1,1 1,0 0,0 0,-1 0,1 1,-1-1,1 1,-1-1,4 4,-1-1,1 0,-1 1,0 0,-1 0,1 1,-1-1,0 1,0 0,-1 0,1 0,-2 0,1 1,-1-1,3 10,17 38,-21-52,0 0,1-1,-1 1,0-1,0 1,1-1,-1 0,1 1,-1-1,1 0,-1 0,4 1,6 3</inkml:trace>
  <inkml:trace contextRef="#ctx0" brushRef="#br0" timeOffset="1246.32">1048 531,'-5'11,"-1"0,1 0,1 0,0 1,1 0,0-1,1 1,-2 16,4-24,0 1,-1-1,2 1,-1-1,1 1,-1-1,1 0,0 1,1-1,-1 0,3 6,-2-8,-1 0,0-1,1 1,-1-1,1 1,-1-1,1 1,0-1,-1 0,1 0,0 1,0-1,0-1,0 1,0 0,0 0,0-1,0 1,0-1,1 0,-1 0,0 0,0 0,3 0,-1 0,-1-1,1 0,-1 0,0 0,1 0,-1 0,0-1,0 1,0-1,0 0,0 0,0 0,0-1,0 1,-1 0,0-1,1 0,-1 0,0 1,0-1,0 0,-1-1,1 1,-1 0,0 0,0-1,0 1,0-1,0 1,-1-1,1-4,0 3,-1 0,1 0,-1 0,0 0,-1 0,1 0,-1 0,0 0,0 0,0 0,-1 1,0-1,0 0,0 1,0-1,-1 1,0 0,0 0,0 0,0 0,-6-5,8 8,0 0,0 1,0-1,0 1,0-1,0 1,0-1,0 1,0-1,0 1,0 0,0 0,0 0,0 0,0 0,0 0,-1 0,1 0,0 0,0 0,0 0,-2 1,-5 5</inkml:trace>
  <inkml:trace contextRef="#ctx0" brushRef="#br0" timeOffset="2323.36">1251 533,'0'0,"0"0,0 0,0 0,0 0,0 0,-1 0,1 0,0-1,0 1,0 0,0 0,0 0,0 0,0 0,0 0,0 0,0 0,-1 0,1 0,0-1,0 1,0 0,0 0,0 0,0 0,-1 0,1 0,0 0,0 0,0 0,0 0,0 0,0 0,-1 0,1 0,0 0,0 0,0 0,0 0,0 0,0 0,0 1,-1-1,1 0,0 0,0 0,0 0,0 0,0 0,0 0,0 0,0 0,0 0,-1 1,1-1,0 0,0 0,0 0,0 0,0 0,0 1,0 12,5 16,-2-17,0 0,0 1,0-1,1 0,1 0,8 14,-12-24,0 0,0 0,0 0,1-1,-1 1,1 0,-1-1,1 1,0-1,-1 1,1-1,0 0,0 0,0 0,0 0,0 0,0 0,0-1,0 1,1-1,-1 1,0-1,0 0,0 0,1 0,-1 0,0 0,0 0,1-1,-1 1,0-1,0 0,0 1,0-1,0 0,0 0,0 0,2-2,0 0,0 0,1-1,-1 1,-1-1,1 0,-1 0,1 0,-1-1,0 1,-1-1,1 1,-1-1,0 0,0 0,0 0,-1 0,2-9,0-3,-1 0,-1 0,0 0,-2-19,3 75,3-1,15 64,23 32,15 51,-52-157,0 0,-2 1,-1-1,-2 51,-1-75,0 0,-1 0,1 0,-1 0,0 0,0 0,-1 0,1 0,-1 0,0 0,0 0,0-1,0 1,-1-1,0 0,1 1,-1-1,0 0,-5 3,3-3,0 0,0 0,-1-1,1 0,-1 0,0 0,0-1,0 1,1-1,-1-1,0 1,-9-1,5-1,0 1,-1-2,1 1,0-1,0-1,0 0,0 0,1-1,-1 0,1-1,0 0,0 0,1-1,-1 0,-10-11,16 14,1 0,0 0,-1 0,1-1,0 1,1 0,-1-1,1 1,-1-1,1 0,0 1,0-1,1 0,-1 0,1 1,0-1,0-7,2 5,-1 0,1 0,0 0,0 0,0 1,1-1,0 1,0 0,1 0,4-7,10-7,0 1,1 1,1 0,26-16,-44 31,81-55,-46 32</inkml:trace>
  <inkml:trace contextRef="#ctx0" brushRef="#br0" timeOffset="2666.96">1970 366,'12'3,"11"1,5 0,3-1,3-1,2 0,-2-1,-4-1,-7 0</inkml:trace>
  <inkml:trace contextRef="#ctx0" brushRef="#br0" timeOffset="3043.62">1970 643,'9'-3,"10"-4,8-5,5 1,3-2,3 2,1 3,-7 2</inkml:trace>
</inkml:ink>
</file>

<file path=word/ink/ink3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14T10:13:21.243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1 142,'0'-2,"1"-1,-1 0,1 0,0 1,0-1,1 1,-1-1,0 1,1-1,0 1,-1 0,1 0,0-1,0 1,0 1,0-1,1 0,-1 0,0 1,1 0,-1-1,4 0,60-23,-53 22,0 0,0 1,0 0,0 1,0 1,0 0,19 3,-25-2,0 0,1 1,-1-1,-1 2,1-1,0 1,0 0,-1 0,0 1,0-1,0 2,0-1,0 1,-1-1,5 7,-9-10,0 0,0 0,0-1,0 1,0 0,0 0,-1 0,1 0,0 0,-1 1,1-1,-1 0,1 0,-1 0,0 0,1 1,-1-1,0 0,0 0,0 1,0-1,0 0,0 0,0 1,0-1,-1 0,1 0,0 1,-1-1,1 0,-1 0,1 0,-1 0,0 0,1 0,-1 0,0 0,0 0,0 0,0 0,0 0,-1 0,-5 4,-1-2,0 1,0-1,0 0,-13 2,-20 11,41-16,0 0,0 0,0 0,-1 1,1-1,0 0,0 0,0 1,0-1,0 0,0 0,0 0,0 1,-1-1,1 0,0 0,0 1,0-1,0 0,0 0,0 1,0-1,1 0,-1 0,0 1,0-1,0 0,0 0,0 1,0-1,0 0,0 0,1 0,-1 1,0-1,0 0,0 0,0 0,1 0,-1 1,0-1,0 0,1 0,-1 0,0 0,0 0,0 0,1 0,-1 0,0 1,0-1,1 0,-1 0,0 0,0 0,1 0,-1 0,1-1,18 6,-17-5,36 6,-9-2,44 12,-66-15,-1 1,1 1,-1-1,0 1,0 0,0 1,-1-1,1 1,-1 0,0 1,0-1,7 8,-11-10,0-1,1 1,-1-1,0 1,0-1,0 1,0 0,-1 0,1 0,0-1,-1 1,1 0,-1 0,0 0,0 0,1 0,-1 0,0 0,-1 0,1 0,0 0,0 0,-2 3,0-3,1 1,-1-1,0 0,0 0,0 0,0 0,0 0,0 0,0-1,-1 1,1-1,-1 1,1-1,-5 1,-5 3,-1-2,0 1,-1-2,1 0,-23 1,12-4,19 0,0 0,-1 1,1 0,-1 0,1 0,-1 1,1 0,-1 0,1 0,0 0,-1 1,-6 3,12-5,0 0,0 0,0 0,0 0,0 0,0 0,0 0,0-1,0 1,1 0,-1 0,0 0,0 0,0 0,0 0,0 0,0 0,0 0,1 0,-1 0,0 0,0 0,0 0,0 0,0 0,0 0,0 0,1 0,-1 0,0 0,0 0,0 0,0 0,0 0,0 0,1 0,-1 0,0 0,0 0,0 0,0 0,0 0,0 0,0 0,0 1,1-1,-1 0,0 0,0 0,0 0,0 0,0 0,0 0,0 0,0 1,0-1,0 0,0 0,0 0,0 0,0 0,0 0,0 1,0-1,0 0,0 0,0 0,0 0,9-2</inkml:trace>
  <inkml:trace contextRef="#ctx0" brushRef="#br0" timeOffset="356.64">978 178,'-10'7,"-6"4,-6 4,-3 3,0 4,-3 2,2-1,0 0,3-1,5-2,5-7,9-8,4-6</inkml:trace>
  <inkml:trace contextRef="#ctx0" brushRef="#br0" timeOffset="716.74">737 161,'10'10,"5"8,4 6,2 0,0 1,-3-2,-2-1,0-2,-3 0,0-4,0-5,1-4,-1-4</inkml:trace>
  <inkml:trace contextRef="#ctx0" brushRef="#br0" timeOffset="1167.83">1198 31,'9'0,"10"0,11 0,9 0,8 0,6-3,-1-1,-3 0,-6 1,-7 0,-7 2,-9-3,-4 0,-5 0</inkml:trace>
  <inkml:trace contextRef="#ctx0" brushRef="#br0" timeOffset="1510.63">1381 31,'11'138,"-3"-60,-7-73,-1-1,1 0,-1 1,1-1,1 0,-1 1,1-1,-1 0,1 0,0 0,0 0,1-1,-1 1,1-1,0 1,0-1,0 0,0 0,1 0,-1 0,1-1,0 1,0-1,0 0,0 0,0-1,0 1,0-1,0 0,1 0,-1 0,8 0,0 0,-1-1,1 0,0-1,0 0,0-1,-1-1,1 1,-1-2,1 0,-1 0,13-8,-8 3</inkml:trace>
</inkml:ink>
</file>

<file path=word/ink/ink3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14T10:13:51.844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145 75,'-7'-5,"-1"0,0 0,0 1,0 0,0 1,-1 0,1 0,-15-2,21 5,0-1,0 1,0 0,0-1,0 1,0 0,0 1,0-1,0 0,1 0,-1 1,0-1,0 1,0 0,0-1,0 1,1 0,-1 0,0 0,1 0,-1 0,1 1,-1-1,1 0,0 1,-1-1,1 1,0 0,0-1,0 1,0 0,0-1,1 1,-1 0,0 0,1 0,0 0,-1 0,1 0,0 0,0 0,0-1,0 1,0 0,1 4,0 0,0 0,0 0,1-1,0 1,0 0,0-1,1 1,-1-1,1 1,1-1,-1 0,1-1,0 1,8 7,9 7,45 32,-27-23,-38-27,60 54,-57-52,-1 1,0 0,0 0,0 0,0 0,0 1,-1-1,0 1,0 0,0 0,-1-1,0 1,2 9,-3-13,0 1,0-1,0 1,0-1,-1 1,1-1,0 1,-1-1,1 1,-1-1,1 0,-1 1,0-1,0 0,1 1,-1-1,0 0,0 0,0 0,0 0,-1 0,-1 2,0-2,0 1,0-1,0 1,-1-1,1 0,-1 0,1 0,0-1,-6 1,0-1,0 0,1 0,-1-1,0 0,1 0,-1-1,-10-4,15 5,1-1,-1 1,1-1,0 1,-1-1,1 0,0-1,0 1,0 0,0-1,1 0,-1 1,1-1,0 0,0 0,0-1,0 1,0 0,0-1,1 1,0-1,0 1,0-1,0 0,0 1,1-1,-1-6,2 4,0 1,0-1,1 0,0 1,-1-1,2 1,-1-1,1 1,0 0,0 0,0 0,1 1,-1-1,1 1,0 0,1 0,5-4,5-3,0 2,1 0,21-10,-22 13,-1-1,0 0,-1-1,0-1,13-10,-24 17,0 0,0 1,0-1,-1 0,1 0,0 0,-1-1,0 1,1 0,-1 0,0-1,0 1,0-1,-1 1,1-1,0 1,-1-1,0 1,1-1,-1 0,0 1,-1-1,1 0,0 1,-1-1,1 1,-1-1,0 1,0-1,0 1,0 0,0-1,-1 1,1 0,0 0,-1 0,0 0,0 0,1 0,-1 0,-3-1,-2-4,-1 1,1 1,-2-1,1 1,0 1,-1-1,0 1,0 1,-18-5,22 7,0 0,0 0,0 1,0 0,0 0,0 0,0 1,0-1,-9 4,12-4,0 1,0 0,0 0,0 0,0 0,1 0,-1 1,0-1,1 0,-1 1,1-1,-1 1,1 0,0-1,0 1,0 0,0 0,0 0,0 0,0 0,1 0,-1 0,1 0,-1 0,1 3,-1 17</inkml:trace>
  <inkml:trace contextRef="#ctx0" brushRef="#br0" timeOffset="342.39">440 294,'0'6,"3"9,1 4,3 3,1 0,-2 3,2 0,-1-1,-1-1,-6-5,-1-8,1-10,1-4</inkml:trace>
  <inkml:trace contextRef="#ctx0" brushRef="#br0" timeOffset="778.91">605 183,'2'-4,"1"1,-1-1,1 0,0 1,0 0,0-1,0 1,0 0,1 1,-1-1,1 1,0-1,0 1,0 0,0 0,0 1,0 0,1-1,-1 1,0 0,1 1,-1-1,6 1,-5-1,0 1,-1-1,1 1,-1 0,1 1,-1-1,1 1,-1 0,1 0,-1 0,1 0,-1 1,0 0,0 0,0 0,0 0,0 1,0 0,-1-1,1 1,-1 1,5 4,-7-5,1-1,-1 1,1 0,-1 0,0 0,0 0,0 0,0 0,-1 0,1 1,-1-1,0 0,0 0,0 0,0 0,-1 1,1-1,-1 0,0 0,0 0,0 0,0 0,-3 5,-2 0,-1 1,0-1,0 0,-1-1,-14 12,16-14,-1 0,1 1,0-1,0 1,1 1,0-1,0 1,0 0,-3 7,7-13,1 1,-1-1,1 0,0 0,0 1,0-1,0 0,0 1,0-1,0 0,0 0,1 1,-1-1,0 0,1 0,-1 0,1 1,-1-1,1 0,-1 0,1 0,0 0,0 0,0 0,-1 0,1 0,0-1,0 1,0 0,0 0,1-1,-1 1,0-1,0 1,0-1,0 1,1-1,0 1,55 10,-50-10,23 3,-5 0,1-1,31-1,-28-4</inkml:trace>
</inkml:ink>
</file>

<file path=word/ink/ink3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14T10:13:36.642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923 337,'3'0,"7"0,9 0,7 0,5 0,7 0,3 0,1-3,3-2,0 1,-5-2,-9 0</inkml:trace>
  <inkml:trace contextRef="#ctx0" brushRef="#br0" timeOffset="342.42">1255 171,'13'3,"10"5,7 3,6 3,2 3,-2 1,-8 4,-7 2,-8-1,-10-1,-8-1,-9-1,-9 0,-10-5,-5-4,-3-4,6-3</inkml:trace>
  <inkml:trace contextRef="#ctx0" brushRef="#br0" timeOffset="701.97">868 263,'-3'13,"-1"6,-3 8,-1 1,2 3,4-2,10-1,12-6,15-7,11-6,-1-5</inkml:trace>
  <inkml:trace contextRef="#ctx0" brushRef="#br0" timeOffset="1295.83">1788 118,'-2'75,"0"-44,1-1,1 1,2-1,1 1,11 47,-5-59,-9-19,0 0,0 0,0 0,0 0,1 0,-1 0,0 0,0 0,0 1,0-1,0 0,0 0,1 0,-1 0,0 0,0 0,0 0,0 0,0 0,1 0,-1 0,0 0,0 0,0 0,0 0,0 0,1 0,-1 0,0-1,0 1,0 0,0 0,0 0,0 0,0 0,1 0,-1 0,0 0,0 0,0 0,0-1,0 1,0 0,0 0,0 0,0 0,0 0,0 0,0-1,1 1,-1 0,0 0,0 0,0 0,0-36,-7 7,-2-1,-1 1,-2 1,-1 0,-1 1,-17-26,-10-22,39 72,0 0,0 0,1-1,-1 1,1 0,0-1,0 0,0 1,1-1,-1 1,1-1,0 0,0 0,0 1,0-1,2-5,-1 7,0 0,1 0,-1-1,1 1,0 0,-1 0,1 1,0-1,0 0,1 1,-1-1,0 1,0-1,1 1,-1 0,1 0,-1 0,1 0,-1 1,1-1,0 1,-1 0,5-1,11-2,1 1,0 0,0 2,0 0,0 1,0 1,21 4,-38-4,0-1,1 0,-1 1,0 0,1-1,-1 1,0 0,0 0,-1 0,1 0,0 1,-1-1,1 0,-1 1,0-1,0 1,0-1,0 1,1 5,9 61,-8-45,26 120,-24-126,1 0,0 0,2-1,0 1,18 25,-19-34,-2-5</inkml:trace>
  <inkml:trace contextRef="#ctx0" brushRef="#br0" timeOffset="1712.56">2100 484,'5'-15,"0"0,1 0,1 0,1 1,0 0,0 0,1 1,1 0,1 1,13-14,-23 26,-1 0,0-1,1 1,-1-1,1 1,-1-1,1 1,-1 0,1 0,0-1,-1 1,1 0,-1 0,1-1,0 1,-1 0,1 0,-1 0,1 0,0 0,-1 0,1 0,0 0,-1 0,1 0,-1 0,1 1,0-1,-1 0,2 1,10 18,2 43,-11-47,0 0,0-1,1 0,1 0,7 14,-12-28,0 0,0-1,0 1,0 0,0 0,1 0,-1 0,0 0,0-1,0 1,0 0,0 0,0 0,0 0,1 0,-1 0,0 0,0 0,0-1,0 1,1 0,-1 0,0 0,0 0,0 0,0 0,0 0,1 0,-1 0,0 0,0 0,0 0,0 0,1 0,-1 0,0 0,0 0,0 0,0 1,1-1,-1 0,0 0,0 0,0 0,0 0,0 0,0 0,1 0,-1 1,0-1,0 0,0 0,0 0,0 0,0 0,0 1,0-1,0 0,0 0,0 0,0 0,0 1,0-1,0 0,0 0,0 0,0 0,0 1,0-1,2-7</inkml:trace>
  <inkml:trace contextRef="#ctx0" brushRef="#br0" timeOffset="2262.81">2377 247,'18'58,"-12"-35,1 0,2 0,16 33,-28-65,1-1,0 0,1 0,-1-13,-4-21,-10-20,-38-98,54 161,0 0,-1-1,1 1,0 0,-1 0,1 0,0-1,0 1,0 0,0 0,0-1,0 1,0 0,1 0,-1 0,0-1,1 1,-1 0,1 0,-1 0,1 0,-1 0,1 0,0 0,0 0,-1 0,1 0,0 0,0 0,0 0,0 1,0-1,0 0,0 1,0-1,1 1,-1-1,0 1,0 0,0-1,1 1,1 0,9-3,1 1,-1 1,22 0,-6 0,-12-1,-7 1,0 0,0 0,0 1,0 0,11 1,-18-1,0 1,0-1,0 1,0 0,0-1,0 1,0 0,-1 0,1 0,0 0,-1 0,1 1,-1-1,1 0,-1 1,0-1,1 1,-1-1,0 1,0 0,0 0,0-1,0 1,-1 0,1 0,0 0,-1 0,0 0,1 2,12 120,-10-77,2 0,20 79,-24-123,0 0,-1-1,1 0,1 1,-1-1,0 0,1 1,-1-1,1 0,2 2,5 4</inkml:trace>
  <inkml:trace contextRef="#ctx0" brushRef="#br0" timeOffset="2653.78">2763 318,'0'13,"0"7,0 3,0 1,0-1,0 0,3-5,4-5,4-5,4-4,2-5,-2-7,-4 0</inkml:trace>
  <inkml:trace contextRef="#ctx0" brushRef="#br0" timeOffset="2996.87">2873 391,'0'9,"0"10,0 5,0 4,0 0,0-1,0-2,0-2,0-2,0-1,3-5,1-4</inkml:trace>
  <inkml:trace contextRef="#ctx0" brushRef="#br0" timeOffset="4133.8">3057 594,'1'0,"0"-1,0 0,1 1,-1-1,0 0,0 0,-1 0,1 0,0 0,0 0,0 0,-1 0,1 0,0 0,-1-1,1 1,-1 0,1 0,-1 0,0-1,0 1,1 0,-1-1,0 1,0 0,0-2,1-38,-6 11,3 23,1 0,0 0,0 0,0-1,1 1,1-10,-1 16,0 0,0 0,1 0,-1 0,0 0,1 0,-1 0,1 0,-1 0,1 0,0 0,-1 0,1 1,0-1,-1 0,1 1,0-1,0 0,1 0,0 0,0 1,0-1,0 1,0-1,0 1,0 0,0 0,1 0,-1 0,0 1,0-1,0 0,3 2,1-1,-1 1,0-1,0 1,0 1,-1-1,1 1,0-1,-1 1,1 0,-1 1,0-1,0 1,-1 0,5 5,-2 1,0 0,-1 0,0 1,-1-1,5 16,-8-22,0-1,0 0,0 0,1 0,0 0,-1 0,1 0,0 0,0 0,0-1,1 1,-1-1,1 0,-1 0,1 1,0-2,0 1,0 0,0-1,0 1,0-1,0 0,1 0,-1 0,0 0,1-1,-1 1,0-1,1 0,-1 0,1 0,-1 0,0-1,1 1,-1-1,0 0,0 0,1 0,-1-1,0 1,0-1,0 0,0 1,-1-1,1-1,3-2,-3 1,0 0,0 0,0 0,-1-1,0 1,0-1,0 1,0-1,-1 0,2-9,-3 12,1 0,-1 0,1 0,-1 0,0 0,0 0,0 0,0 0,0 0,0 0,-1 0,1 0,-1 0,1 0,-1 0,0 0,0 1,0-1,0 0,0 0,0 1,0-1,-1 0,1 1,0-1,-1 1,0 0,-1-2,1 3,1 0,0-1,0 1,0 0,0 0,0 0,0 0,0 1,-1-1,1 0,0 0,0 1,0-1,0 0,0 1,0-1,0 1,0 0,0-1,0 1,1 0,-1-1,0 1,0 0,0 0,1 0,-1 0,1 0,-1 0,0 0,1 0,0 0,-1 0,1 0,0 0,-1 0,1 0,0 0,0 1,-8 47,7-47,1 1,0 0,0 0,0-1,1 1,-1 0,0 0,1-1,0 1,0 0,0-1,0 1,0-1,0 1,1-1,-1 1,1-1,0 0,-1 0,1 0,0 0,0 0,0 0,1-1,-1 1,0-1,1 1,-1-1,1 0,-1 0,1 0,0 0,-1 0,1-1,0 1,5-1,-1 0,1-1,0 1,-1-2,1 1,-1-1,1 0,-1-1,0 1,0-2,0 1,0-1,8-6,-6 4,43-35,-50 39,0 0,0 0,0 0,0 0,0 0,-1-1,1 1,-1 0,1-1,-1 1,0-1,0 0,0 1,-1-1,1 0,-1 1,1-1,-1 0,0-4,0 6,0 0,0 0,0 0,0 1,0-1,0 0,0 0,0 1,0-1,-1 0,1 0,0 1,-1-1,1 0,0 0,-1 1,1-1,-1 0,1 1,-1-1,1 1,-1-1,1 1,-1-1,0 1,1-1,-1 1,0 0,0-1,1 1,-1 0,0-1,0 1,1 0,-1 0,0 0,0 0,1 0,-1 0,0 0,0 0,0 0,1 0,-1 0,0 0,0 1,1-1,-1 0,0 0,0 1,1-1,-1 1,0-1,1 1,-1-1,1 1,-1-1,0 1,0 1,-2 0,0 1,0 0,0 0,1 0,-1 1,1-1,0 0,0 1,0 0,-3 6,4-7,1 0,-1 0,0 0,1 0,0 0,-1 0,1 0,1 0,-1 0,0 0,1 0,-1-1,1 1,0 0,0 0,0 0,0-1,0 1,1 0,-1-1,1 1,0-1,0 0,0 1,0-1,0 0,0 0,1-1,-1 1,1 0,4 2,-1-2,0 0,0-1,-1 1,1-1,1-1,-1 1,0-1,0 0,0 0,0-1,0 0,0 0,0 0,0-1,5-2,-5 2,0 0,0-1,0 1,-1-1,1-1,-1 1,0-1,0 0,0 0,-1 0,0-1,1 1,-1-1,-1 0,1-1,-1 1,0 0,0-1,-1 0,3-7,-2 2,-1-1,0 0,-1 0,0 0,-1 0,-1 0,0 0,0 0,-6-21,5 25,-3-19,-2 0,-1 0,-19-42,27 69,0-1,0 0,0 1,0-1,-1 1,1-1,0 0,0 1,-1-1,1 1,-1-1,1 1,0-1,-1 1,1-1,-1 1,1 0,-1-1,1 1,-1 0,1-1,-1 1,1 0,-1-1,0 1,1 0,-1 0,1 0,-1 0,0 0,1 0,-1 0,0 0,1 0,-1 0,1 0,-1 0,0 0,-1 2,0-1,1 1,0-1,-1 1,1-1,0 1,0 0,0 0,0 0,0 0,-1 3,-13 56,12-41,2 0,0 0,2 0,0 1,1-1,0 0,11 33,-11-45,1 1,1-1,-1 0,1 0,1-1,-1 1,2-1,10 13,-12-16,0-1,0 1,1-1,-1 0,1 0,0 0,0-1,0 0,0 0,0 0,1 0,-1-1,0 0,1 0,7 0,7-2,-4-4</inkml:trace>
  <inkml:trace contextRef="#ctx0" brushRef="#br0" timeOffset="4479.17">3370 98,'0'12,"0"14,0 9,-3 4,-1-4</inkml:trace>
  <inkml:trace contextRef="#ctx0" brushRef="#br0" timeOffset="5852.88">112 318,'-6'-3,"-5"2,-5 4,-2 5,-1 8,3 3,4 6,3 1,5 2,5 1,5-3,9-2,4-6,6-1,4-5,4-4,0-4,-7-2</inkml:trace>
  <inkml:trace contextRef="#ctx0" brushRef="#br0" timeOffset="6633.79">259 392,'5'87,"-4"-79,0 0,1 0,-1 0,2 0,-1-1,1 1,0-1,6 11,-7-22,-1 1,0-1,0 1,0-1,0 0,-1 1,1-1,-1-7,0-12,2-46,-2 65,1 0,0-1,0 1,0 0,0 0,1 0,-1-1,1 2,0-1,0 0,1 0,3-4,-6 7,1 1,0-1,-1 0,1 0,0 1,-1-1,1 1,0-1,0 1,0-1,0 1,-1-1,1 1,0 0,0-1,0 1,0 0,0 0,0 0,0 0,0 0,0 0,0 0,0 0,0 0,0 0,0 0,0 1,1 0,0 0,1 1,-1 0,0-1,0 1,-1 0,1 0,0 0,-1 0,1 0,2 5,2 6,-1-1,0 1,3 15,-4-12,2 6,-4-42,2-30,-4 48,0 1,0-1,1 0,-1 1,0-1,1 0,-1 1,1-1,0 1,-1-1,1 0,0 1,0 0,0-1,0 1,0 0,0-1,1 1,-1 0,0 0,1 0,-1 0,0 0,1 0,-1 0,3 0,-3 1,-1 0,1 0,0 0,0 0,0 0,0 1,0-1,0 0,-1 0,1 1,0-1,0 1,0-1,-1 1,1-1,0 1,0-1,-1 1,1-1,0 1,-1 0,1 0,-1-1,1 1,-1 0,0 0,1 0,9 30,-9-28,-1 0,1 0,0 0,0-1,0 1,0 0,0-1,0 1,4 3,-3-7,-1 0,1 0,0-1,0 1,-1 0,1-1,-1 1,1-1,-1 0,0 1,1-1,-1 0,1-3,2 0,-1 1,0 0,0 0,0 0,1 0,0 1,0 0,0 0,0 0,0 0,0 0,9-3,-11 6,-1 0,0-1,1 1,-1 0,0 0,1 0,-1 0,1 0,-1 0,0 0,1 1,-1-1,0 0,1 1,-1-1,0 1,0-1,2 2,-1 0,0 0,0-1,0 1,0 0,-1 0,1 0,-1 1,0-1,1 0,-1 1,0-1,-1 0,2 4,3 7,-1 1,-1 0,0 0,-1 0,0 0,-1 0,-1 1,-2 25,-3-23</inkml:trace>
</inkml:ink>
</file>

<file path=word/ink/ink3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14T10:13:30.465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1 201,'4'50,"2"-1,14 56,-14-77,-12-167,-6 83,8 45,1 0,1-1,0 1,0-1,1 1,1-1,1-17,0 27,0-1,0 1,1-1,-1 1,1-1,-1 1,1 0,0 0,0 0,0 0,0 0,1 1,-1-1,0 0,1 1,-1 0,1-1,3 0,58-19,-45 15,129-52,-147 57,-1 1,1-1,0 1,0-1,0 1,0-1,0 1,0-1,-1 1,1 0,0 0,0-1,0 1,0 0,0 0,0 0,0 0,0 0,0 0,0 1,0-1,0 0,0 0,0 1,0-1,0 0,0 1,-1-1,1 1,0-1,0 1,0 0,-1-1,1 1,0 0,-1-1,1 1,-1 0,1 0,0 0,-1 0,0-1,1 1,-1 0,0 0,1 0,-1 0,0 0,0 0,0 0,0 0,0 0,0 2,0 9,0 1,-1-1,-5 22,2-8,4 30,3 0,16 99,-11-102,-2-33,-6-19,0-1,0 0,0 1,0-1,1 1,-1-1,0 0,0 0,1 1,-1-1,0 0,1 1,-1-1,0 0,1 0,-1 0,0 1,1-1,-1 0,1 0,-1 0,0 0,1 0,-1 0,1 0,-1 0,0 0,1 0,-1 0,1 0,-1 0,0 0,1 0,-1 0,1 0,-1-1,0 1,1 0,-1 0,0 0,1-1,-1 1,0 0,1 0,-1-1,7-5</inkml:trace>
  <inkml:trace contextRef="#ctx0" brushRef="#br0" timeOffset="345.75">424 494,'54'-92,"-47"83,-1 0,1 1,1-1,-1 2,1-1,1 1,12-9,-21 16,1 0,0 0,0-1,-1 1,1 0,0 0,0 0,-1 0,1 0,0 0,0 0,-1 0,1 1,0-1,0 0,-1 0,1 1,0-1,-1 0,1 1,0-1,-1 0,1 1,-1-1,1 1,-1-1,1 1,-1-1,1 1,-1 0,1-1,-1 1,0 0,1-1,-1 1,0 0,0-1,1 1,-1 0,0 0,0-1,0 1,0 0,0 0,0 1,7 46,-6-36,7 103,-8-105</inkml:trace>
  <inkml:trace contextRef="#ctx0" brushRef="#br0" timeOffset="1064.46">755 201,'10'21,"0"1,-2 0,-1 0,0 0,-2 1,0 0,1 32,4 7,-21-164,-1 44,4 25,1 0,2 0,-1-55,6 86,0 0,0 1,1-1,-1 0,1 0,-1 0,1 1,0-1,-1 0,1 1,0-1,0 1,0-1,1 1,-1-1,0 1,0 0,1-1,-1 1,1 0,-1 0,1 0,0 0,-1 0,1 1,0-1,-1 0,1 1,0-1,0 1,0 0,3-1,8 0,-1 1,1-1,24 4,-14-1,-13-2,0 1,0 0,0 0,0 1,0 0,-1 1,1 0,12 6,-18-7,0 0,-1 1,1 0,-1 0,1 0,-1 0,0 0,0 1,-1-1,1 1,-1 0,0-1,0 1,0 0,0 1,-1-1,1 0,-1 0,0 1,0-1,0 6,3 111,-4-83,7 66,-6-96,5 26,-6-33,0-1,0 1,0-1,0 0,0 1,0-1,0 1,0-1,0 1,0-1,0 0,1 1,-1-1,0 1,0-1,0 1,1-1,-1 0,0 1,0-1,1 0,-1 1,0-1,1 0,-1 0,0 1,1-1,-1 0,1 0,-1 1,0-1,1 0,-1 0,1 0,-1 0,1 0,-1 0,0 0,1 0,-1 0,1 0,-1 0,1 0,-1 0,1 0,-1 0,0 0,1 0,-1 0,1-1,-1 1,1 0,6-8</inkml:trace>
  <inkml:trace contextRef="#ctx0" brushRef="#br0" timeOffset="1406.46">1215 328,'-4'6,"0"9,0 4,1 3,1 0,0 0,4-1,5-4,5-2,2-3,3-3,2-5,3-4,1-7,-2-1</inkml:trace>
  <inkml:trace contextRef="#ctx0" brushRef="#br0" timeOffset="1753.84">1344 419,'0'9,"0"7,0 3,0 5,0 2,0-1,0-2,0-1,0-1,0-2,0 0,0-3</inkml:trace>
  <inkml:trace contextRef="#ctx0" brushRef="#br0" timeOffset="3216.1">1693 585,'-1'-1,"0"-1,-1 1,1 0,-1-1,1 1,-1 0,0 0,1 0,-1 0,0 0,0 0,0 1,1-1,-1 0,0 1,0 0,0-1,0 1,0 0,0 0,0 0,0 0,0 0,0 1,0-1,-2 1,0 1,1 0,0 0,0 0,0 0,0 1,0-1,1 1,-1-1,1 1,0 0,-1 0,1 0,-2 6,1-4,0 0,1 1,-1-1,1 1,0 0,1-1,0 1,0 0,0 0,0 0,1 0,0 0,0 0,1 0,-1 0,1 0,1 0,2 8,-3-13,-1 1,1-1,0 0,0 0,-1 0,1 0,0 0,0 0,0 0,0 0,0 0,0-1,1 1,-1 0,0-1,0 1,1 0,-1-1,0 0,0 1,1-1,-1 0,0 0,1 0,-1 0,2 0,0 0,0-1,-1 0,1 0,0 0,-1-1,1 1,-1-1,0 1,1-1,-1 0,0 0,2-2,3-4,0 0,0-1,-1 0,0 0,8-18,-8 10,0 0,-2 0,0-1,-1 1,-1-1,0 0,-2 0,0 0,0 0,-2 1,0-1,-9-31,11 48,0 0,-1 0,1 0,0 0,0 1,0-1,-1 0,1 0,0 0,-1 1,1-1,-1 0,1 0,-1 1,1-1,-1 0,0 1,1-1,-1 0,0 1,0-1,-6 14,2 30,6-21,1 0,1 0,1-1,7 24,-8-34,0-1,1 0,0 0,1 0,0 0,0-1,1 1,1-1,-1-1,10 10,-12-15,0-1,-1 0,1 0,0-1,0 1,0-1,0 0,0 0,1 0,-1 0,0-1,0 0,1 0,-1 0,0 0,0-1,1 0,-1 1,0-1,0-1,0 1,0-1,0 0,0 1,-1-2,1 1,5-5,-5 5,0-1,0 1,0-1,-1 0,0 0,1 0,-1 0,0-1,-1 1,1-1,-1 0,1 1,-1-1,0 0,0-1,-1 1,1 0,-1 0,0-1,0 1,-1-1,1 1,-1-1,0 1,0-1,-1-4,1 8,0 1,0-1,-1 0,1 0,0 0,0 1,-1-1,1 0,0 1,-1-1,1 0,-1 0,1 1,-1-1,1 1,-1-1,0 1,1-1,-1 1,0-1,1 1,-1-1,0 1,1 0,-1-1,0 1,0 0,0 0,1-1,-1 1,0 0,0 0,0 0,1 0,-1 0,0 0,0 0,0 1,0-1,1 0,-1 0,0 1,0-1,1 0,-1 1,0-1,1 1,-1-1,0 1,1-1,-1 1,1-1,-2 2,-1 1,-1 0,1 0,0 0,0 1,0 0,0-1,1 1,-4 6,8-14,0 1,0 0,1 0,-1 0,0 0,1 0,0 0,0 1,0-1,0 1,0 0,0 0,0 0,1 0,-1 1,1-1,0 1,-1 0,1 0,0 0,-1 0,1 1,0 0,0 0,0 0,0 0,-1 0,1 1,0 0,0-1,-1 1,1 1,0-1,-1 1,0-1,1 1,-1 0,0 0,0 0,0 1,0-1,0 1,0-1,-1 1,1 0,-1 0,0 1,0-1,0 0,0 1,-1-1,1 1,-1-1,0 1,0 0,0-1,0 1,-1 0,0 0,0 0,0-1,0 1,0 0,-1 0,1 0,-1-1,0 1,-1 0,-2 6,7-17,0 0,0 0,-1-1,0 1,0 0,-1-1,0 1,0-1,-1-11,2-18,-1 36,-1 1,1 0,-1 0,1 0,-1-1,0 1,1 0,-1 0,1 0,-1 0,1 0,-1 0,1 0,-1 0,1 0,-1 0,0 0,1 0,-1 1,1-1,-1 0,1 0,-1 0,0 1,1-1,-1 0,1 0,-1 1,0-1,1 0,-1 1,0-1,0 0,1 1,-1-1,0 1,0-1,1 0,-1 2,19 16,-19-18,33 29,13 12,-43-39,-1 0,0 1,1-1,-2 1,1 0,0 0,0 0,-1 0,1 0,-1 0,0 0,0 0,1 5,-3-7,1 0,-1 0,1 1,-1-1,1 0,-1 0,0 0,0 0,1 0,-1 0,0 0,0 0,0 0,0 0,0 0,0-1,0 1,-1 0,1-1,0 1,0-1,0 1,-1-1,1 0,0 1,-1-1,1 0,0 0,-1 0,1 0,0 0,-1 0,1 0,0 0,0-1,-1 1,1-1,0 1,0-1,-1 1,1-1,-1 0,2 0,0 0,0 1,-1-1,1 1,1-1,-1 0,0 1,0-1,0 1,0-1,0 0,0 1,1-1,-1 1,0-1,1 1,-1-1,0 1,1-1,-1 1,0-1,1 1,-1-1,1 1,-1 0,1-1,0 0,19-16,-16 14,2-2,0 0,-1-1,1 0,-1 0,0 0,-1-1,6-7,-9 11,0 0,0 1,0-1,0 0,-1 0,1 1,-1-1,0 0,1 0,-1 0,0 0,-1 1,1-1,0 0,-1 0,0 0,0 1,0-1,0 0,0 1,0-1,-3-4,73 54,-64-44,0 2,0-1,0 1,-1-1,1 1,-1 0,-1 1,1-1,-1 1,5 9,-8-14,1 1,-1-1,1 1,-1-1,0 1,0-1,1 1,-1-1,0 1,-1-1,1 1,0-1,0 1,-1-1,1 1,0-1,-1 1,0-1,-1 3,1-2,-1-1,0 1,1 0,-1-1,0 0,0 1,0-1,-1 0,1 0,0 0,0 0,-1 0,1-1,0 1,-1-1,-3 1,-10-1,3-3</inkml:trace>
  <inkml:trace contextRef="#ctx0" brushRef="#br0" timeOffset="3589.33">2392 605,'4'10,"0"5,0 4,2 2,1 0,-2-6,-1-9,-2-9,0-3</inkml:trace>
  <inkml:trace contextRef="#ctx0" brushRef="#br0" timeOffset="3934.66">2411 438,'0'0</inkml:trace>
  <inkml:trace contextRef="#ctx0" brushRef="#br0" timeOffset="3935.66">2540 714,'-4'-4,"1"-1,0 1,0 0,1-1,-1 0,1 0,0 1,0-1,0-1,1 1,0 0,-1-8,2 12,-1-1,1 1,0-1,0 1,0-1,0 1,0-1,1 1,-1 0,0-1,1 1,-1-1,1 1,-1 0,1-1,0 1,-1 0,1 0,0-1,0 1,0 0,0 0,0 0,0 0,0 0,1 0,-1 0,0 1,0-1,1 0,-1 1,0-1,1 1,-1-1,1 1,-1 0,0-1,1 1,-1 0,1 0,-1 0,1 0,-1 0,1 1,-1-1,1 0,-1 1,2 0,3 1,0 0,-1 1,0-1,1 1,-1 1,0-1,0 1,-1-1,1 1,-1 1,0-1,0 1,0-1,-1 1,0 0,5 9,-1 0</inkml:trace>
  <inkml:trace contextRef="#ctx0" brushRef="#br0" timeOffset="4322.82">2945 273,'9'0,"7"0,6 0,6 0,5 0,-1 0,-2 3,-4 1,-5 3,-7 1</inkml:trace>
  <inkml:trace contextRef="#ctx0" brushRef="#br0" timeOffset="4710.03">3001 456,'15'0,"12"0,8 0,3 0,0 0,-5 0,-4 0,-8 0</inkml:trace>
</inkml:ink>
</file>

<file path=word/ink/ink3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14T10:13:46.569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1 201,'12'0,"8"0,9 0,7 0,6 0,5 0,2 0,1 0,-2-3,-2-1,-6-3,-10 0</inkml:trace>
  <inkml:trace contextRef="#ctx0" brushRef="#br0" timeOffset="356.05">386 108,'10'10,"5"5,5 5,0-3,2 0,-1 0,-4 1,-4-1,-5 1,-10-3,-8-1,-8-3,-8-3,1-3</inkml:trace>
  <inkml:trace contextRef="#ctx0" brushRef="#br0" timeOffset="761.13">19 182,'-3'13,"-1"7,0 6,4 2,5-1,11-1,9-6,7-6,-2-5</inkml:trace>
  <inkml:trace contextRef="#ctx0" brushRef="#br0" timeOffset="1154.05">902 38,'0'11,"1"0,1 0,0 0,0-1,1 1,0-1,1 1,0-1,11 18,4 3,38 46,-30-44,-27-32,1-1,-1 1,1-1,-1 1,1-1,-1 1,1-1,-1 1,1-1,-1 1,0 0,1-1,-1 1,0 0,1-1,-1 1,0 0,0 0,0-1,0 1,0 0,0-1,0 1,0 0,0 0,0-1,0 1,0 0,-1-1,1 1,0 0,0-1,-1 1,1 0,-1-1,1 1,-1 1,-1-1,-1 0,1 0,0-1,-1 1,1 0,0-1,-1 1,1-1,-1 0,1 0,-4 0,-9-1,1 0,0-1,-17-5,1-4,2-1</inkml:trace>
  <inkml:trace contextRef="#ctx0" brushRef="#br0" timeOffset="1155.05">902 1,'15'3,"16"4,17 2,16-2,10 1,2 0,-9-1,-16-3</inkml:trace>
  <inkml:trace contextRef="#ctx0" brushRef="#br0" timeOffset="1514.9">1400 90,'-13'14,"1"0,0 0,1 1,1 1,0 0,1 0,-10 26,17-37,1 0,-1 0,1 1,0-1,0 1,1-1,-1 1,1-1,0 1,1-1,-1 1,3 8,-1-10,-1 0,1-1,0 0,0 1,0-1,0 0,1 0,-1 0,1-1,0 1,0 0,0-1,0 0,0 0,0 0,1 0,-1 0,1-1,-1 1,6 0,-1 0,0 0,0 0,-1-1,1 0,1-1,-1 0,0 0,0 0,0-1,0-1,-1 1,1-1,0 0,0-1,-1 0,0 0,11-6,-15 6,1 1,-1 0,1-1,-1 0,0 0,0 0,0 0,-1-1,1 1,-1 0,1-1,-1 0,0 0,-1 0,1 0,-1 0,1 0,-1 0,-1 0,1 0,0-1,-1 1,0 0,0 0,0-1,-1 1,1 0,-1 0,0-1,0 1,-1 0,1 0,-4-6,1 2,0 1,-1-1,1 1,-1 0,-11-11,14 16,0-1,0 1,-1 0,1 0,-1 0,1 0,-1 0,0 1,0-1,0 1,1 0,-1 0,-1 0,1 0,0 0,0 1,0 0,-5-1,-4 4</inkml:trace>
  <inkml:trace contextRef="#ctx0" brushRef="#br0" timeOffset="2233.12">1712 366,'0'-15,"1"-1,1 1,0 0,6-18,-6 26,0 1,0 0,0 0,1 0,0 1,0-1,0 1,1-1,0 1,0 0,0 1,8-8,-11 11,0 1,0-1,0 1,0-1,0 1,0 0,0 0,0-1,1 1,-1 0,0 0,0 0,0 0,0 0,0 0,0 1,0-1,0 0,0 0,0 1,0-1,0 1,0-1,0 1,0-1,0 1,0 0,0-1,0 1,-1 0,1 0,0 0,0-1,-1 1,1 0,-1 0,1 0,0 2,22 46,-19-39,1 1,6 13,-6-26,-1-16,-5 16,1 0,0 0,1 0,-1 0,0 0,0-1,1 1,0 0,-1 0,1 0,0 0,0 1,0-1,0 0,0 0,0 0,1 1,-1-1,1 1,-1-1,1 1,-1-1,1 1,0 0,0 0,0 0,-1 0,1 0,0 0,0 1,4-2,-3 2,-1 1,1-1,0 1,-1-1,1 1,-1 0,1 0,-1 0,1 0,-1 1,0-1,0 1,1-1,-1 1,0 0,-1 0,1 0,0 0,0 0,-1 0,1 0,-1 1,0-1,0 0,1 3,4 8,9 12,-13-26,-1 1,0-1,0 0,0 0,0 0,0 0,0 1,0-1,-1-1,1 1,0 0,0 0,-1 0,1 0,-1 0,1-1,-1 1,1 0,-1-1,0 1,0 0,1 0,-1-2,1 0,-1 0,2-1,-1 1,0 0,1 1,-1-1,1 0,0 0,0 1,0-1,0 1,0-1,1 1,-1 0,1 0,-1 0,1 0,0 1,0-1,0 1,0 0,0-1,0 1,0 1,0-1,0 0,7 0,-6 2,0-1,0 1,1-1,-1 1,0 1,0-1,0 1,0-1,0 1,0 0,0 0,-1 1,1-1,-1 1,0 0,0 0,0 0,0 0,0 1,3 5,25 50,-24-49</inkml:trace>
</inkml:ink>
</file>

<file path=word/ink/ink3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14T10:13:44.697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133 57,'-9'-2,"0"0,-1 1,1-1,0 2,-1-1,1 1,-16 2,23-1,0-1,0 1,0-1,0 1,0 0,0 0,0 0,0 0,0 0,0 0,1 1,-1-1,0 1,1-1,-1 1,1-1,-1 1,1 0,0 0,0 0,0 0,0 0,0 0,0 0,1 0,-1 0,1 0,-1 0,1 1,0-1,0 0,0 0,0 0,0 0,0 1,1-1,0 4,1 2,0-1,1 1,-1-1,2 0,-1 0,1 0,0 0,0-1,1 1,0-1,0 0,0-1,9 8,12 9,53 34,-26-20,-48-32,1-1,-1 0,1 1,-1 0,-1 0,1 1,0-1,-1 1,0 0,0 0,0 1,-1-1,0 1,3 5,-6-9,-1-1,1 0,0 1,0-1,-1 0,1 1,0-1,-1 0,0 0,1 1,-1-1,0 0,1 0,-1 0,0 0,0 0,0 0,0 0,0 0,0 0,0 0,0-1,0 1,-1 0,1-1,0 1,0-1,-1 1,1-1,0 0,-1 0,1 1,0-1,-3 0,-46 3,38-3,0-2,0 0,1 0,-1-1,1 0,-1-1,1-1,1 0,-14-7,21 11,1-1,0 1,-1-1,1 0,0 1,0-1,0 0,0 0,0 0,0-1,1 1,-1 0,1-1,-1 1,1-1,0 1,0-1,0 0,0 1,1-1,-1 0,1 0,-1 0,1 1,0-1,0 0,1 0,-1 0,0 1,1-1,0 0,-1 0,1 1,0-1,1 1,-1-1,0 1,1-1,-1 1,1 0,0-1,0 1,3-3,10-10,1 0,0 0,1 2,22-14,-23 17,-1-1,0 0,-1-1,0-1,-1 0,13-16,-24 27,-1-1,1 0,-1 1,0-1,1 0,-1 0,0 1,-1-1,1 0,-1 0,1 0,-1 0,0 0,0 0,0 0,0 0,-1 0,1 0,-1 0,1 0,-1 0,0 0,-1 1,1-1,0 0,-1 1,1-1,-1 1,0-1,0 1,0 0,0 0,0 0,0 0,-1 0,1 0,-1 0,1 1,-1 0,0-1,0 1,1 0,-1 0,0 0,0 1,0-1,0 1,0 0,0 0,0 0,0 0,0 0,0 0,-6 2,7-1,0 0,0 0,0 0,0 0,0 0,0 0,0 1,0-1,0 1,1-1,-1 1,0 0,1-1,0 1,-1 0,1 0,0 0,0 0,0 1,0-1,0 0,0 3,-4 14</inkml:trace>
  <inkml:trace contextRef="#ctx0" brushRef="#br0" timeOffset="342.97">463 391,'3'9,"1"7,0 3,-1 2,-1 0,0 0,-2-7,4-9,0-5</inkml:trace>
  <inkml:trace contextRef="#ctx0" brushRef="#br0" timeOffset="687.23">610 185,'10'10,"5"5,4 8,2 2,0 0,0-1,-3-1,-6-2,-4-1,-7-4,-6-5,-6-4,-7-3,-4-6,-4-5,-1-5,4 0</inkml:trace>
  <inkml:trace contextRef="#ctx0" brushRef="#br0" timeOffset="688.23">555 75,'15'-3,"19"-2,15 2,9-1,4 2,-9 1</inkml:trace>
  <inkml:trace contextRef="#ctx0" brushRef="#br0" timeOffset="1046.12">1070 187,'-9'13,"-7"6,0 5,2 3,4 1,4-2,2-2,6-1,5-6,7-4,9-6,2-3,-2-3</inkml:trace>
  <inkml:trace contextRef="#ctx0" brushRef="#br0" timeOffset="1526.06">1181 261,'0'9,"0"0,1 0,1 0,-1 0,1 0,1-1,-1 1,2-1,5 12,-9-19,0-1,1 1,-1-1,0 0,0 1,0-1,1 0,-1 0,0 1,1-1,-1 0,0 0,1 1,-1-1,0 0,1 0,-1 0,0 1,1-1,-1 0,1 0,-1 0,0 0,1 0,-1 0,1 0,-1 0,0 0,1 0,-1 0,1 0,-1 0,1-1,10-12,3-28,-11 33,-3 6,0 0,1 0,0 0,-1 0,1 1,0-1,0 0,0 0,0 0,0 1,1-1,-1 0,0 1,1 0,-1-1,1 1,0 0,-1-1,1 1,2-1,-3 2,1 0,-1 0,0 0,0 0,1 1,-1-1,0 0,1 0,-1 1,0-1,0 1,1-1,-1 1,0-1,0 1,0 0,0 0,0 0,0-1,0 1,0 0,1 2,2 2,-1-1,0 1,0 0,0 0,-1 0,0 0,0 0,0 0,0 1,-1-1,0 1,0-1,0 10,-1-15,0 0,0-1,-1 1,1 0,0 0,0 0,0 0,-1 0,1 0,0 0,0-1,-1 1,1 0,0 0,0 0,-1 0,1 0,0 0,0 0,0 0,-1 0,1 0,0 1,0-1,-1 0,1 0,0 0,0 0,0 0,-1 0,1 0,0 0,0 1,0-1,-1 0,1 0,0 0,0 0,0 1,0-1,0 0,0 0,-1 1,-7-26,9 21,-1 0,0 1,1-1,-1 0,1 1,0-1,1 0,-1 1,0-1,1 1,0 0,0-1,0 1,0 0,0 0,1 0,0 0,-1 1,1-1,0 1,5-3,-7 4,1 0,0 0,-1 0,1 1,0-1,0 0,-1 1,1 0,0-1,0 1,0 0,0 0,0 0,-1 0,1 0,0 1,0-1,0 1,-1-1,1 1,0-1,0 1,-1 0,1 0,-1 0,1 0,-1 0,1 0,-1 1,1-1,-1 0,0 1,0-1,0 1,0-1,0 1,0-1,0 1,0 0,-1-1,1 1,0 0,-1 0,1 2,0-1,0 1,0-1,0 0,1 1,0-1,-1 0,1 0,0 0,1 0,-1-1,0 1,1 0,0-1,-1 0,1 1,6 2,4 0</inkml:trace>
</inkml:ink>
</file>

<file path=word/ink/ink3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14T10:14:12.132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27 0,'4'2,"0"0,0 0,0 0,0 0,0 1,-1-1,1 1,-1 0,0 0,0 0,0 1,5 6,4 3,2 0,-6-7,0 1,-1 0,1 1,8 12,-15-19,0 0,0 0,-1 0,1 0,0 0,-1 0,1 0,-1 0,0 1,1-1,-1 0,0 0,0 0,1 1,-1-1,0 0,0 0,-1 0,1 1,0-1,0 0,0 0,-1 0,1 1,-1-1,1 0,-1 0,1 0,-1 0,0 0,1 0,-1 0,0 0,0 0,0-1,0 1,0 0,0 0,0-1,0 1,0 0,0-1,0 1,0-1,0 0,-2 1,-3 1,-1 0,1-1,-1 0,1 0,-1 0,-11-1,14-1,-1 1,1 0,-1 0,1 0,-1 1,1-1,-1 1,1 0,0 0,-1 1,1-1,0 1,0 0,0 0,0 1,-4 2,6-2,2-3</inkml:trace>
</inkml:ink>
</file>

<file path=word/ink/ink3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14T10:14:28.473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17 4,'0'0,"0"0,0-1,0 1,1 0,-1 0,0-1,0 1,0 0,0 0,1 0,-1 0,0-1,0 1,1 0,-1 0,0 0,0 0,0 0,1 0,-1 0,0-1,0 1,1 0,-1 0,0 0,1 0,-1 0,0 0,0 0,1 0,-1 1,0-1,0 0,1 0,-1 0,0 0,0 0,1 0,-1 0,0 0,0 1,0-1,1 0,-1 0,0 0,0 1,0-1,4 17,-6 20,-10 7,9-36,0 0,0 1,1-1,0 1,1-1,0 1,0 0,1-1,0 1,1 9,0-16,1 0,-1 0,0 0,1 0,-1-1,1 1,-1-1,1 1,0-1,0 1,0-1,-1 0,1 0,0 0,1 0,-1 0,0-1,0 1,0 0,0-1,1 0,-1 1,0-1,0 0,1 0,2-1,61-6,-25-2,-23 5</inkml:trace>
  <inkml:trace contextRef="#ctx0" brushRef="#br0" timeOffset="359.84">220 61,'0'12,"0"8,0 6,0 6,0 2,0 3,0 1,-3 0,-1-3,0-4,1-5,1-3,1-3,0-7,4-10,1-8,0-3</inkml:trace>
  <inkml:trace contextRef="#ctx0" brushRef="#br0" timeOffset="1004.08">405 61,'-3'4,"0"0,0 1,1 0,0-1,0 1,0 0,0 0,1 0,0 0,0 0,0 1,1-1,0 0,0 0,0 1,0-1,1 0,0 0,0 0,0 0,3 7,4 5,1-1,0 0,1-1,22 26,-21-29,-2 1,1-1,-2 2,0-1,0 1,7 19,-15-31,1-1,-1 1,1 0,-1-1,0 1,1 0,-1-1,0 1,0 0,0 0,-1-1,1 1,0 0,0-1,-1 1,0 0,1-1,-1 1,0 0,1-1,-1 1,0-1,0 0,-2 3,1-3,0 1,-1-1,1 1,0-1,-1 0,0 0,1 0,-1 0,1 0,-1-1,0 1,0-1,1 1,-4-1,0 0,0 0,0 0,0-1,0 0,0 0,0 0,0-1,0 0,1 0,-1 0,1-1,-1 0,-8-6,12 7,0 0,0 0,0-1,1 1,-1 0,1-1,0 1,0-1,0 0,0 1,0-1,0 0,1 1,-1-1,1 0,0 0,0 0,0 1,0-1,1 0,-1 0,1 0,-1 1,1-1,0 0,0 1,0-1,0 1,1-1,-1 1,1-1,2-2,7-10,1 2,0-1,26-22,-25 24,-2 2,-1 0,0-1,0-1,-1 0,-1 0,12-22,-19 32,1-1,-1 1,0-1,0 1,0-1,0 1,-1-1,1 0,-1 0,1 1,-1-1,0 0,0 0,0 1,-1-1,1 0,-1 1,1-1,-1 0,0 1,0-1,0 0,0 1,-1 0,1-1,0 1,-1 0,0 0,0-1,0 1,1 1,-2-1,1 0,0 0,0 1,-1-1,1 1,0 0,-1 0,1 0,-1 0,0 0,-4 0,3-1,0 1,0 0,0 0,0 0,-1 1,1-1,0 1,-1 0,1 1,0-1,0 1,-1-1,1 1,0 1,0-1,0 0,0 1,0 0,0 0,1 0,-1 0,1 1,-1 0,-5 5,5-4,1 1,-1 0,1 0,0 0,0 1,0-1,1 1,-1-1,2 1,-1 0,0 0,1 0,0 0,1 0,-1 0,2 11,2 12</inkml:trace>
  <inkml:trace contextRef="#ctx0" brushRef="#br0" timeOffset="1506.04">774 333,'0'9,"0"7,0 3,0 2,0 0,0 0,0-1,0 0,0-1,3-3,1-8,0-5</inkml:trace>
  <inkml:trace contextRef="#ctx0" brushRef="#br0" timeOffset="1964.4">955 131,'0'-2,"0"-1,0 0,0 0,0 0,0 0,0 0,1 0,-1 0,1 0,0 1,0-1,0 0,0 1,1-1,-1 0,1 1,-1 0,1-1,0 1,0 0,0 0,0 0,0 0,0 0,1 0,-1 1,1-1,-1 1,1 0,0 0,-1 0,1 0,0 0,0 0,0 1,0-1,0 1,0 0,-1 0,1 0,0 0,0 1,0-1,0 1,0-1,3 2,-1 0,1 0,0 1,-1-1,0 1,1 0,-1 0,0 1,-1-1,1 1,-1 0,1 1,-1-1,0 1,3 5,-5-7,0 0,0 0,-1 0,0 0,1 0,-1 0,0 0,-1 0,1 0,0 0,-1 0,0 1,0-1,0 0,0 0,0 1,0-1,-1 0,0 0,0 0,0 1,0-1,0 0,0 0,-1-1,0 1,-2 4,-11 10,0-1,-22 19,22-23,1 1,1 1,-21 27,33-40,0 0,0 0,0 1,0-1,0 0,1 1,-1-1,0 1,1-1,0 1,-1-1,1 1,0-1,-1 1,1-1,0 1,0-1,0 1,1 0,-1-1,0 1,1-1,-1 1,0-1,2 3,0-2,-1 0,1 0,0 0,0-1,0 1,0-1,1 1,-1-1,0 1,1-1,-1 0,0 0,5 1,9 2,0-1,0-1,27 1,-42-3,21 0,0-1,44-9,-20 3,-31 5</inkml:trace>
</inkml:ink>
</file>

<file path=word/ink/ink4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14T10:13:58.292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0 479,'16'3,"8"1,6 0,5 0,-1-2,-6-1</inkml:trace>
  <inkml:trace contextRef="#ctx0" brushRef="#br0" timeOffset="405.73">56 736,'16'0,"11"-3,7-1,4-4,3 1,-7 1</inkml:trace>
  <inkml:trace contextRef="#ctx0" brushRef="#br0" timeOffset="1831.12">608 92,'-2'2,"0"1,0-1,1 1,-1-1,1 1,0-1,0 1,0 0,0 0,0 0,1 0,-1-1,1 1,0 0,0 0,0 0,0 0,0 0,0 0,1 0,0 0,0 0,-1-1,2 1,-1 0,0 0,0-1,1 1,0-1,-1 1,1-1,0 0,4 4,7 4,0 0,1 0,0-1,0-1,19 7,25 17,-50-26,0 1,0 0,-1 0,0 0,0 1,-1 0,8 14,-13-21,0 1,0-1,0 1,0-1,0 1,0 0,-1-1,1 1,-1 0,1 0,-1 0,0-1,0 1,0 0,0 0,0 0,0 0,0-1,-1 1,1 0,0 0,-1 0,0-1,1 1,-1 0,0-1,0 1,0-1,0 1,0-1,0 1,-1-1,1 0,0 1,-1-1,1 0,-1 0,1 0,-1 0,0 0,1-1,-1 1,0 0,1-1,-1 1,0-1,0 0,-2 1,-1 0,0 1,1-1,-1-1,0 1,0-1,0 1,0-1,1-1,-1 1,0-1,0 0,0 0,1 0,-1-1,0 1,1-1,0 0,-1 0,1-1,0 0,0 1,0-1,1 0,-1-1,-6-7,7 7,1 0,-1-1,1 1,0-1,0 0,0 0,1 0,0 0,0 0,0 0,0 0,1 0,0 0,0 0,1-1,-1 1,1 0,0 0,0 0,1 0,-1 0,1 1,0-1,5-7,-2 5,0 0,0 1,0-1,1 1,0 1,1-1,-1 1,8-5,-7 5,0 0,0 0,-1 0,0-1,0 0,0 0,6-10,-12 14,1 0,0 0,0 1,-1-1,1 0,-1 0,0 0,1 0,-1 0,0 0,0 0,0 0,0 0,-1 0,1 0,-1 0,1 0,-1 0,1 0,-1 1,0-1,-2-3,1 1,-1 0,0 0,0 1,0-1,-1 0,1 1,-1 0,0 0,-7-4,8 5,-1 0,1 0,-1 1,1-1,-1 1,1 0,-1 0,0 0,0 1,1-1,-1 1,-5 0,7 0,0 0,1 1,-1-1,0 1,0-1,1 1,-1 0,0 0,1 0,-1 0,1 0,-1 0,1 0,-1 0,1 0,0 1,0-1,-1 0,1 1,0 0,0-1,0 1,1-1,-1 1,-1 3,-3 13</inkml:trace>
  <inkml:trace contextRef="#ctx0" brushRef="#br0" timeOffset="2171.09">995 385,'0'9,"0"7,0 3,0 2,0 0,3-3,2-8,-2-8,1-9,1-5,1-2</inkml:trace>
  <inkml:trace contextRef="#ctx0" brushRef="#br0" timeOffset="2530.69">1050 54,'5'-1,"-1"-1,1 2,-1-1,1 0,0 1,-1 0,1 0,0 0,-1 0,1 1,0 0,-1 0,1 0,-1 1,0-1,1 1,-1 0,0 0,0 1,0-1,0 1,-1 0,1 0,-1 0,6 7,-5-6,-1 0,0 1,0-1,0 1,-1-1,1 1,-1 0,-1 0,1 0,0 0,-1 0,0 0,-1 1,1-1,-1 0,0 1,0-1,0 0,-1 0,0 1,0-1,-3 7,0-2,-1-1,-1 1,1-1,-13 14,12-16,0 1,0 1,0-1,1 1,-4 11,9-19,-1 1,1-1,0 1,0-1,0 1,0-1,0 0,0 1,0-1,1 1,-1-1,1 1,-1-1,1 0,-1 1,1-1,0 0,0 1,-1-1,1 0,0 0,0 0,0 0,0 0,0 0,1 0,-1 0,0 0,0 0,1-1,-1 1,0-1,1 1,-1-1,1 1,-1-1,0 0,4 1,60 9,-63-10,104 3,-77-3</inkml:trace>
  <inkml:trace contextRef="#ctx0" brushRef="#br0" timeOffset="2984.69">1436 146,'6'9,"6"10,3 4,3 2,1 0,0-2,4-4,1-6,-1-5,-4-4</inkml:trace>
  <inkml:trace contextRef="#ctx0" brushRef="#br0" timeOffset="3339.16">1564 183,'-10'9,"-2"10,-3 4,1 5,3 1,4-2,2-2,6-5,6-7,1-4</inkml:trace>
  <inkml:trace contextRef="#ctx0" brushRef="#br0" timeOffset="3695.57">1731 56,'0'8,"-1"0,1 0,1 0,-1 0,1 0,1 0,-1 0,2 0,-1-1,1 1,0-1,0 0,1 1,0-2,0 1,1 0,0-1,0 0,0 0,1 0,9 7,71 47,-86-60,0 0,1 0,-1 1,0-1,0 0,1 0,-1 0,0 0,0 0,0 1,1-1,-1 0,0 0,0 0,0 1,0-1,1 0,-1 0,0 1,0-1,0 0,0 0,0 1,0-1,0 0,0 1,0-1,0 0,0 0,0 1,0-1,0 0,0 0,0 1,0-1,0 0,0 0,0 1,0-1,-1 0,1 0,0 1,0-1,0 0,0 0,-1 1,-16 3,-21-3,11-5,4 0</inkml:trace>
  <inkml:trace contextRef="#ctx0" brushRef="#br0" timeOffset="3696.57">1713 0,'13'0,"13"4,15 0,9 3,7 0,-7 0</inkml:trace>
  <inkml:trace contextRef="#ctx0" brushRef="#br0" timeOffset="4051.34">2153 90,'-4'16,"0"1,1-1,1 1,0 0,2-1,0 1,2 19,-1-32,-1 0,1-1,0 1,1 0,-1 0,1-1,-1 1,1-1,0 0,0 1,1-1,-1 0,1 0,-1 0,4 2,-2-3,-1 0,1 0,0 0,0 0,0-1,0 0,0 0,0 0,0 0,0-1,0 0,0 1,0-2,0 1,0 0,0-1,6-1,-3 0,0 0,0-1,-1 0,1 0,-1-1,0 0,0 0,0 0,0 0,-1-1,1 0,-1-1,-1 1,1-1,-1 0,0 0,0 0,0 0,2-8,-5 11,1-1,0 1,-1-1,0 1,0-1,0 0,0 1,-1-1,1 0,-1 0,0 1,0-1,0 0,-1 0,1 0,-1 1,0-1,0 0,0 1,-1-1,1 1,-1-1,0 1,0 0,0 0,0 0,-1 0,1 0,-1 0,0 1,1-1,-1 1,-1-1,1 1,0 0,0 1,-5-3,-2 1,-1 0,0 0,1 1,-1 1,0-1,0 2,0 0,0 0,0 1,0 0,0 1,0 0,0 1,1 0,-1 1,1 0,-19 10,-7 5</inkml:trace>
  <inkml:trace contextRef="#ctx0" brushRef="#br0" timeOffset="4410.68">865 735,'15'-3,"22"-1,22-4,24-5,22-5,16 1,11 1,10 2,1 4,-4 4,-7 3,-10 1,-11 2,-14 1,-18-1,-22 1</inkml:trace>
  <inkml:trace contextRef="#ctx0" brushRef="#br0" timeOffset="5051.97">1326 846,'-1'0,"0"0,0 1,0-1,0 0,1 1,-1-1,0 1,1-1,-1 1,0-1,1 1,-1 0,0-1,1 1,-1 0,1-1,-1 1,1 0,0 0,-1-1,1 1,0 0,-1 0,1 0,0-1,0 1,0 0,0 0,0 0,0 0,0 0,0-1,0 1,0 0,0 0,1 1,6 33,-3-28,0 1,0-1,1 0,0 0,0 0,1-1,0 0,0 0,1 0,-1-1,1 0,13 7,-11-6,0 0,0 0,-1 1,0 0,0 1,-1-1,8 11,-15-17,1 0,0-1,-1 1,1 0,-1 0,1 0,-1-1,0 1,1 0,-1 0,0 0,0 0,1 0,-1 0,0 0,0 0,0 0,0 0,0 0,0 0,-1 0,1 0,0 0,0 0,-1-1,1 1,-1 2,-1-2,1 1,-1-1,1 0,-1 0,1 0,-1 0,0 0,0 0,1 0,-1-1,0 1,0 0,-2-1,-9 3,0-2,0 0,-16 0,25-1,-8 0,0-1,0 0,-19-4,30 5,0-1,0 1,-1 0,1-1,0 1,0-1,0 1,0-1,0 1,-1-1,1 0,0 0,1 0,-1 1,0-1,0 0,0 0,0 0,0-2,1 2,0 0,0 0,0-1,0 1,1 0,-1 0,0-1,1 1,-1 0,1 0,-1 0,1-1,-1 1,1 0,0 0,0 0,-1 0,1 0,0 0,0 1,0-1,0 0,0 0,2 0,47-35,-36 27,1-1,-2 0,1-1,-1 0,17-21,-28 30,1-1,-1-1,0 1,-1 0,1 0,-1-1,1 1,-1-1,0 1,-1-1,1 1,0-1,-1 0,0 1,0-1,0 0,0 1,-1-1,1 0,-1 1,0-1,0 1,0-1,-1 1,1-1,-1 1,0 0,0 0,0 0,0 0,-3-3,2 2,1 1,-1 1,0-1,0 0,0 1,0-1,-1 1,1 0,0 0,-1 1,0-1,1 0,-1 1,-7-1,9 1,0 1,0 0,0 0,0 0,0 0,0 0,0 0,0 1,0-1,0 1,1-1,-1 1,0 0,0 0,0 0,1 0,-1 0,0 0,1 0,-1 0,1 1,0-1,-1 1,1-1,0 1,0-1,0 1,0 0,0-1,-1 5,-3 8</inkml:trace>
  <inkml:trace contextRef="#ctx0" brushRef="#br0" timeOffset="5445.49">1657 1028,'0'10,"0"5,0 4,3-4,1-5</inkml:trace>
  <inkml:trace contextRef="#ctx0" brushRef="#br0" timeOffset="5821.48">1730 865,'4'9,"3"7,4 3,7 2,3-3,4-1,5-1,-1-2,-1-2,-3-1,-5-1,-10-1,-12-3,-9-2,-9-2,-5-1,-3-1,2 0</inkml:trace>
  <inkml:trace contextRef="#ctx0" brushRef="#br0" timeOffset="5822.48">1786 865,'9'-3,"10"-5,8-3,5-1,3 3,0-1,-7 1</inkml:trace>
  <inkml:trace contextRef="#ctx0" brushRef="#br0" timeOffset="6256.71">2780 624,'13'0,"10"-3,7-1,6 0,2 1,-5 0</inkml:trace>
  <inkml:trace contextRef="#ctx0" brushRef="#br0" timeOffset="6630.93">2780 754,'10'0,"9"0,4-3,5-1,1 0,-2 1,1 1,-4 0</inkml:trace>
</inkml:ink>
</file>

<file path=word/ink/ink4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14T10:14:06.233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 34,'8'5,"-1"1,1 1,-1-1,-1 1,1 0,-1 1,0-1,-1 1,0 1,0-1,-1 1,0 0,0-1,-1 2,0-1,-1 0,2 15,-7-48,1 1,1-1,1 1,1-1,5-28,-5 51,-1 0,0 0,0 0,0 0,1 0,-1 0,1 1,-1-1,0 0,1 0,0 0,-1 1,1-1,-1 0,1 1,0-1,-1 0,1 1,0-1,0 1,0-1,-1 1,1-1,0 1,0 0,0-1,0 1,1 0,0 0,0 0,0 1,-1-1,1 1,0 0,-1-1,1 1,0 0,-1 0,1 0,-1 0,0 0,3 3,1 1,0 0,0 1,-1 0,1 0,-1 0,4 11,-6-14,-1 0,1 1,-1-1,0 0,-1 1,1-1,0 1,-1-1,0 1,0-1,0 1,0-1,-1 0,1 1,-1-1,-2 7,7-63,-2 47,0 0,0 0,0 0,1 0,0 0,0 1,1 0,4-6,-7 10,-1 0,1 0,0 0,0 1,0-1,0 0,0 1,0-1,0 1,0-1,0 1,0-1,0 1,0 0,0 0,1-1,-1 1,0 0,2 0,-1 1,0-1,0 1,-1 0,1 0,0-1,-1 1,1 0,-1 1,1-1,-1 0,1 0,-1 1,0-1,0 0,0 1,2 2,2 4,0 1,-1 0,1 0,-2 0,1 1,-2-1,4 15,-6-29,0-1,0 1,1 0,0 0,0 0,0 0,0 0,1 0,0 1,0-1,0 0,1 1,-1 0,1-1,6-6,-7 9,-1 1,1-1,-1 1,1-1,0 1,-1 0,1 0,0 0,0 0,0 0,0 0,0 0,0 0,0 1,0-1,0 1,0 0,2-1,-1 2,-1-1,1 1,-1 0,0 0,1 0,-1 0,0 0,0 0,0 0,0 1,0-1,0 1,0 0,-1-1,1 1,0 0,-1 0,0 0,1 0,0 3,5 7,-1 1,0 0,-1 0,7 26,-9-30</inkml:trace>
</inkml:ink>
</file>

<file path=word/ink/ink4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14T10:13:55.048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17 93,'16'52,"-3"1,-3 0,7 81,-18-115,-5-32,-7-31,3-8,-30-174,39 223,0 0,1 0,0 0,-1 0,1 0,0 0,0 0,1 0,-1 0,1 0,-1 0,1 0,0 1,0-1,0 0,3-4,-2 6,0-1,0 1,0 0,1 0,-1 0,1 0,-1 0,1 0,-1 1,1-1,-1 1,1 0,-1-1,1 1,-1 0,1 1,0-1,-1 0,4 2,22 1,0-2,1 0,-1-2,44-7,-69 8,0-1,0 1,1 0,-1 0,0 0,0 0,0 1,0-1,1 1,-1 0,0 0,0 0,0 0,-1 1,1-1,0 1,0-1,-1 1,1 0,-1 0,1 0,-1 1,0-1,0 0,0 1,0 0,-1-1,1 1,-1 0,1 0,-1 0,0 0,1 5,3 12,0-1,-2 0,0 1,-1 27,-1-24,1 9,0 1,1 0,1 1,9 32,-12-65,-1 1,1 0,-1 0,1 0,0-1,0 1,0 0,0-1,0 1,0-1,1 1,-1-1,2 2,-2-3,-1 1,1-1,0 0,0 1,0-1,-1 0,1 0,0 0,0 1,0-1,0 0,-1 0,1 0,0-1,0 1,0 0,0 0,-1 0,1 0,0-1,0 1,0 0,-1-1,1 1,0-1,-1 1,1-1,0 1,-1-1,2 0,8-9</inkml:trace>
  <inkml:trace contextRef="#ctx0" brushRef="#br0" timeOffset="340.97">496 386,'58'-143,"-58"143,0 0,0-1,0 1,0 0,1-1,-1 1,0 0,0 0,0-1,0 1,0 0,0 0,0-1,1 1,-1 0,0 0,0 0,0-1,1 1,-1 0,0 0,0 0,0 0,1 0,-1-1,0 1,0 0,1 0,-1 0,0 0,1 0,-1 0,0 0,0 0,1 0,-1 0,0 0,0 0,1 0,-1 0,0 0,0 0,1 0,7 14,2 29,-9-37,1 3,4 21,2 1,21 57,-28-88,-1 1,0-1,0 0,0 1,0-1,1 1,-1-1,0 1,0-1,1 0,-1 1,0-1,1 0,-1 1,0-1,1 0,-1 0,0 1,1-1,-1 0,1 0,-1 1,0-1,1 0,-1 0,1 0,-1 0,1 0,-1 0,1 0,-1 0,1 0,-1 0,1 0,-1 0,0 0,1 0,-1 0,1 0,-1-1,1 1,-1 0,0 0,1-1,-1 1,1 0,-1 0,0-1,1 1,-1 0,0-1,0 1,1 0,-1-1,0 1,0-1,1 1,-1-1,6-9</inkml:trace>
  <inkml:trace contextRef="#ctx0" brushRef="#br0" timeOffset="1012.29">736 74,'17'50,"-8"-18,1-1,2 0,1-1,1 0,24 37,-38-68,0 1,0 0,0 0,0 0,0 0,0 0,0 0,0 0,0 0,0-1,0 1,0 0,0 0,0 0,0 0,0 0,0 0,0 0,0 0,0-1,0 1,0 0,0 0,0 0,0 0,0 0,0 0,0 0,0 0,0 0,0-1,0 1,0 0,1 0,-1 0,0 0,0 0,0 0,0 0,0 0,0 0,0 0,0 0,0 0,1 0,-1 0,0 0,0 0,0 0,0 0,0 0,0 0,0 0,0 0,1 0,-1 0,0 0,0 0,0 0,0 0,-1-19,-7-23,-6-14,5 27,2-1,-4-39,11 69,0-1,0 0,0 1,0-1,0 0,0 0,1 1,-1-1,0 0,1 1,-1-1,0 1,1-1,-1 0,0 1,1-1,-1 1,1-1,-1 1,1-1,0 1,-1 0,1-1,-1 1,1 0,0-1,-1 1,1 0,0 0,-1-1,1 1,0 0,0 0,-1 0,1 0,0 0,-1 0,1 0,1 1,38 3,-22-1,23-9,-36 5,0 0,1 0,-1 0,1 1,-1 0,9 0,-13 1,1-1,0 1,0-1,-1 1,1 0,-1 0,1 0,-1 0,1 0,-1 0,1 0,-1 0,0 0,0 1,1-1,-1 1,0-1,0 1,0-1,-1 1,1-1,0 1,-1 0,1 1,86 275,-87-277,0 0,0 0,0 0,0 0,1-1,-1 1,0 0,1 0,-1 0,0-1,1 1,-1 0,1 0,-1-1,1 1,0 0,-1-1,1 1,0-1,-1 1,1-1,0 1,0-1,-1 1,2-1,6 0</inkml:trace>
  <inkml:trace contextRef="#ctx0" brushRef="#br0" timeOffset="1354.47">1215 332,'-3'6,"-1"6,3 3,5 3,5 0,4-1,3-5,2 0,1-3,0-6,0-7,1-2,-4-1</inkml:trace>
  <inkml:trace contextRef="#ctx0" brushRef="#br0" timeOffset="1700.64">1344 332,'-3'13,"-1"6,0 4,1 4,0 1,2-1,3-3,2-2,3-4,4-6,2-5,0-3</inkml:trace>
  <inkml:trace contextRef="#ctx0" brushRef="#br0" timeOffset="2868.96">1638 534,'3'-4,"0"-1,0 1,0 0,-1-1,1 1,-1-1,0 0,0 0,-1 0,1 0,-1 0,0 0,-1 0,1 0,-1 0,0-1,0 1,-1 0,0 0,1 0,-2 0,-1-7,1 2,2 9,0 1,1-1,-1 1,0-1,0 1,1-1,-1 1,0 0,1-1,-1 1,0 0,1-1,-1 1,1 0,-1-1,1 1,-1 0,0 0,1-1,-1 1,1 0,-1 0,1 0,-1 0,1 0,-1 0,1 0,-1 0,1 0,0 0,-1 0,1 0,-1 0,1 0,-1 0,1 0,-1 1,0-1,1 0,-1 0,1 1,0 0,31 9,-26-9,0 1,1 1,-1-1,0 1,0 0,0 0,-1 1,1 0,-1 0,0 0,0 1,0-1,0 1,-1 0,0 1,0-1,0 1,-1 0,3 6,-4-9,0-1,-1 1,1-1,0 1,0-1,0 0,1 0,-1 0,0 0,1 0,0 0,-1 0,1-1,0 0,0 1,0-1,-1 0,1 0,1-1,-1 1,0-1,0 1,0-1,0 0,0 0,0 0,0-1,0 1,0-1,0 0,0 0,0 0,0 0,0 0,0-1,3-1,-2 1,-1 1,0-1,0 0,0 1,0-1,0-1,0 1,-1 0,1-1,-1 0,1 1,-1-1,0 0,0 0,0 0,0 0,-1-1,0 1,1 0,-1-1,0 1,0-1,-1 1,1-1,-1 1,0-1,0 1,0-1,0 0,-1 1,0-4,1 6,0 0,0 0,0 0,0 1,0-1,-1 0,1 0,0 0,-1 0,1 1,0-1,-1 0,1 0,-1 1,1-1,-1 0,1 1,-1-1,0 1,1-1,-1 1,0-1,1 1,-1-1,0 1,0-1,1 1,-1 0,0 0,0-1,0 1,0 0,1 0,-1 0,0 0,0 0,0 0,0 0,1 0,-1 0,0 0,0 1,0-1,0 0,1 0,-1 1,0-1,0 1,1-1,-1 1,0-1,0 1,-1 1,0 0,0 0,0 1,1-1,-1 0,1 1,-1-1,1 1,0-1,0 1,0-1,0 1,0 0,1 0,-1 3,1-2,0-1,1 1,-1 0,1-1,0 1,0-1,0 0,1 1,-1-1,1 0,0 0,0 0,0 0,0 0,0 0,1 0,-1-1,1 0,-1 1,1-1,0 0,0 0,0 0,1 0,-1-1,0 0,1 1,-1-1,0 0,1 0,-1-1,1 1,0-1,-1 0,5 0,-4 0,1 1,-1-1,1 0,-1-1,1 1,-1-1,1 0,-1 0,1 0,-1 0,0-1,0 0,1 0,-1 0,-1-1,1 1,0-1,0 0,-1 0,0 0,0 0,0 0,0-1,0 0,-1 0,1 1,2-8,-4 9,0 1,-1-1,0 0,1 0,-1 1,0-1,0 0,1 0,-1 0,-1 1,1-1,0 0,0 0,-1 1,1-1,-1 0,1 1,-1-1,0 0,0 1,0-1,0 1,0-1,0 1,0-1,0 1,0 0,-1 0,-1-2,3 3,-1 0,0-1,1 1,-1 0,0 0,0 0,1 0,-1-1,0 1,0 0,1 0,-1 0,0 0,0 1,1-1,-1 0,0 0,0 0,1 0,-1 1,0-1,1 0,-1 1,-1 0,1 0,-1 1,1-1,0 1,0-1,0 1,0 0,0 0,0-1,0 1,0 0,1 0,-1 0,1 0,-1 2,0 0,0-1,1 1,-1-1,1 1,0 0,0-1,0 1,0-1,1 1,0-1,-1 1,1-1,0 1,1-1,-1 0,1 0,-1 1,1-1,0 0,0 0,0-1,1 1,-1 0,1-1,-1 1,1-1,0 0,0 0,0 0,0 0,0-1,1 1,4 1,-3-2,0 0,0 1,0-1,0-1,0 1,0-1,0 0,1 0,-1-1,0 1,0-1,0 0,0-1,0 1,0-1,0 0,-1 0,1-1,-1 1,1-1,-1 0,7-6,-5 3,0 0,-1-1,1 0,-1 0,-1 0,1 0,-1-1,-1 1,1-1,-1 0,-1-1,0 1,0 0,0-1,-1 1,0-1,-1 1,0-1,0 1,-1-1,-2-13,-3-2,-1 0,-2 1,0 0,-1 0,-1 1,-17-26,5 22,12 24,3 19,6 9,0 0,2 0,1-1,1 1,1 0,1 0,2-1,0 0,2 0,19 45,-24-65,-1 0,1 0,-1 0,1-1,0 1,1-1,-1 0,1 0,0 0,0 0,0-1,1 1,-1-1,1 0,0-1,0 1,0-1,0 0,0 0,0 0,1-1,-1 0,8 1,18-1</inkml:trace>
</inkml:ink>
</file>

<file path=word/ink/ink4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14T10:15:04.800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206 18,'22'7,"-8"-3,-37-8,-7-4,16 4,-1 0,0 1,0 0,-26 0,38 3,0 0,-1 1,1-1,0 1,0-1,-1 1,1 0,0 0,0 0,0 1,0-1,0 1,1 0,-1-1,0 1,1 0,-1 1,1-1,0 0,0 1,-1-1,2 1,-1 0,0 0,1 0,-1 0,0 3,-2 4,1 1,0-1,1 1,1 0,-2 14,3-21,0-1,1 0,-1 0,0 0,1 0,0 0,0 0,-1 0,2 0,1 4,-3-6,1 0,0 0,0 0,0 0,0 0,0 0,0 0,0 0,0 0,0-1,0 1,1 0,-1-1,0 1,0-1,1 0,-1 1,0-1,1 0,-1 0,1 1,-1-1,0 0,2-1,3 0,0 1,-1-1,1 1,0 0,0 0,-1 1,1 0,0 0,-1 0,1 1,-1 0,1 0,-1 0,0 0,0 1,0 0,0 0,0 0,-1 1,1 0,-1 0,0 0,0 0,-1 1,1-1,-1 1,0 0,3 5,-5-8,5 8,-1-1,0 1,0 0,-1 0,3 12,-6-20,-1 0,1 0,-1 0,0 0,1-1,-1 1,0 0,-1 0,1 0,0 0,0 0,-1-1,1 1,-1 0,1 0,-1-1,0 1,0 0,0-1,0 1,0-1,0 1,0-1,-1 1,1-1,0 0,-1 0,1 0,-1 1,1-1,-1-1,0 1,1 0,-1 0,0-1,0 1,-3 0,1 0,-1 1,0-1,0 0,0-1,0 0,0 1,0-1,-1-1,1 1,0-1,0 0,0 0,1 0,-1-1,-8-3,8 0</inkml:trace>
  <inkml:trace contextRef="#ctx0" brushRef="#br0" timeOffset="575.28">279 35,'12'-3,"4"-2,1 1,-1 1,1 0,0 2,28 0,-41 1,-1 0,0 1,0-1,0 1,0 0,0 0,0 0,0 0,0 1,-1-1,1 1,0 0,-1 0,1 0,-1 0,0 0,1 0,-1 0,0 1,-1 0,1-1,0 1,-1 0,1-1,-1 1,0 0,0 0,0 0,0 0,-1 0,1 1,-1-1,0 0,0 0,0 0,0 0,-1 5,1-3,-1-1,0 0,0 0,0 1,0-1,-1 0,1 0,-1 0,0-1,-1 1,1 0,0-1,-1 1,0-1,0 0,0 0,0 0,0 0,-1-1,-4 4,16-3,0 0,0 1,0 0,0 0,0 1,-1 0,12 10,-14-9,-1 0,1 1,-1-1,0 1,0 0,-1 0,0 0,0 1,-1-1,0 1,0-1,0 10,-1-14,-1 0,0 0,0 0,-1 0,1 0,0 0,-1 0,0 0,0 0,0 0,0 0,0 0,0-1,-1 1,0 0,1-1,-1 1,0-1,0 0,0 0,0 0,-1 0,1 0,-1 0,1 0,-1-1,1 1,-1-1,0 0,0 0,0 0,0 0,-4 1,-50 6,53-8,0 0,0 0,0 0,1 0,-1-1,0 1,0-1,1 0,-1 0,0-1,1 1,-7-4,6 1</inkml:trace>
  <inkml:trace contextRef="#ctx0" brushRef="#br0" timeOffset="1015.68">702 311,'0'9,"0"7,0 6,4 3,0 1,0 1,-1 0,-1-2,0-2,-4-5,-2-8,0-10,0-7,2-6,0-1</inkml:trace>
  <inkml:trace contextRef="#ctx0" brushRef="#br0" timeOffset="1638.73">1163 19,'0'1,"-1"-1,1 1,-1 0,1 0,-1 0,1 0,-1-1,1 1,-1 0,0-1,1 1,-1 0,0-1,0 1,0-1,1 1,-1-1,0 1,0-1,0 0,0 1,0-1,0 0,0 0,0 0,0 1,0-1,0 0,0 0,1-1,-1 1,0 0,-2-1,-41-4,37 4,-6-1,-1 0,1 1,-1 1,0 0,0 1,-20 3,31-3,-1 0,1 0,0 1,-1-1,1 1,0-1,0 1,0 0,0 0,0 1,0-1,1 0,-1 1,1 0,-1-1,1 1,0 0,0 0,0 1,1-1,-1 0,1 0,0 1,0-1,0 1,0-1,1 1,-1 0,1 4,-1 0,0 3,1-1,-1 1,2 0,1 11,-2-21,0 1,0 0,1-1,-1 1,0-1,1 1,-1-1,1 0,0 1,-1-1,1 0,0 1,0-1,0 0,0 0,0 1,0-1,0 0,0 0,1 0,-1-1,0 1,0 0,1 0,-1-1,1 1,-1 0,1-1,-1 0,1 1,-1-1,1 0,-1 0,1 0,2 0,25-3,-22 1,1 1,0 0,0 1,15 1,-20-1,0 1,0 0,0 0,0 0,0 0,0 1,0-1,0 1,-1 0,1 0,0 0,-1 0,0 0,1 0,3 5,0 1,0 1,0-1,0 1,-1 0,0 0,-1 0,3 11,-6-18,0 0,-1 0,0 0,1 0,-1 0,0 0,0 1,0-1,-1 0,1 0,0 0,-1 0,1 0,-1 0,0 0,0 0,0 0,0 0,0 0,0 0,0-1,0 1,-1 0,1-1,-1 1,1-1,-1 0,0 1,1-1,-1 0,0 0,0 0,0 0,0 0,0-1,0 1,0-1,0 1,-4 0,-2 0,0 1,0-1,-1 0,1-1,0 0,0 0,-1-1,1 0,-14-4,6 0</inkml:trace>
</inkml:ink>
</file>

<file path=word/ink/ink4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14T10:14:49.663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1 185,'10'25,"-2"1,8 34,-12-43,7-108,-9 82,0 0,0 0,1 0,0 1,0-1,1 1,9-15,-13 22,1 0,0 0,0 0,-1 0,1 0,0 0,0 0,0 0,0 1,0-1,0 0,0 0,0 1,0-1,0 1,0-1,0 1,0 0,1-1,-1 1,0 0,0 0,0 0,1 0,-1 0,0 0,0 0,2 0,0 1,-1 1,0-1,0 0,0 1,0 0,0-1,0 1,0 0,-1 0,1 0,0 0,1 4,4 5,-1 1,-1 0,0 0,4 15,-3-4,-1-8,-1 0,-1 1,2 16,-6-41,0-7,0 0,2-1,3-27,-4 41,0 0,1 0,-1 0,1 0,0 0,0 0,0 0,0 0,0 0,1 1,-1-1,1 0,0 1,-1 0,1-1,0 1,1 0,-1 0,0 0,1 0,-1 0,1 0,0 1,-1-1,1 1,0 0,0 0,0 0,5-1,-5 2,0 1,0-1,0 1,0 0,0 0,0 0,0 0,-1 1,1-1,0 1,-1 0,1-1,-1 1,0 0,1 1,-1-1,0 0,0 0,-1 1,1 0,0-1,-1 1,2 3,3 6,0 0,0 1,5 23,-2 19,-9-46</inkml:trace>
  <inkml:trace contextRef="#ctx0" brushRef="#br0" timeOffset="357.91">442 1,'0'12,"3"11,1 8,3 7,0 5,3 0,-2-1,-1-4,-2-2,-2-4,-1-5,-2-3,0-13,0-11,3-8,1-3</inkml:trace>
  <inkml:trace contextRef="#ctx0" brushRef="#br0" timeOffset="732.71">756 38,'-4'-1,"1"0,0 0,-1 0,1 0,-1 1,1 0,-1 0,1 0,-1 0,1 0,-1 1,1-1,0 1,-1 0,1 0,0 1,-1-1,1 0,0 1,0 0,0 0,0 0,1 0,-1 0,0 1,1-1,0 1,-1 0,-2 4,3-2,0-1,1 1,-1 0,1-1,0 1,0 0,1 0,-1 0,1 0,0 0,0 0,1 0,-1 0,1 0,0 0,1-1,-1 1,1 0,0-1,4 7,1 1,2 0,0 0,0-1,1-1,0 0,0 0,20 13,17 16,-46-38,0-1,0 1,0 0,1 0,-1 0,0 0,0 0,0 0,0 1,-1-1,1 0,0 0,0 0,-1 1,1-1,-1 1,1-1,-1 0,0 1,1-1,-1 1,0-1,0 1,0-1,0 0,-1 3,0-3,0 1,0-1,-1 0,1 1,0-1,-1 0,1 0,-1 0,0 0,1 0,-1-1,0 1,1 0,-1-1,0 1,0-1,-2 1,-15 1,0 0,-36-2,49 0,-16-1</inkml:trace>
</inkml:ink>
</file>

<file path=word/ink/ink4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14T10:14:37.277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185 0,'-3'13,"-5"7,0 3,1 1,2-1,-2 3,0-1,2-1,2-1,4-5,5-3,8-3,4-4,6-7,8-2,5-6,0-4,-8 0</inkml:trace>
  <inkml:trace contextRef="#ctx0" brushRef="#br0" timeOffset="357.9">332 92,'0'7,"0"7,3 6,1 4,0 3,-1 2,-3-1,-3-1,-1 0,-2-4,0-3,1-2,3-4,7-4,2-4</inkml:trace>
  <inkml:trace contextRef="#ctx0" brushRef="#br0" timeOffset="809.93">533 56,'7'21,"1"0,1-1,1 0,1-1,0 0,2-1,0 0,23 24,22 31,-56-70,0 0,0 0,0 0,-1 0,1 0,-1 1,0-1,0 0,0 1,0 4,-1-7,0-1,0 1,0-1,0 1,0-1,0 1,0-1,0 1,0-1,-1 1,1-1,0 1,0-1,-1 1,1-1,0 1,0-1,-1 0,1 1,0-1,-1 0,1 1,-1-1,1 0,-1 1,1-1,-1 1,-1-1,1 0,-1 0,1 0,-1 0,0 0,1 0,-1 0,1 0,-1-1,1 1,-1-1,1 1,-1-1,-1 0,-4-3,0 0,0 0,0-1,0 0,1 0,0 0,0-1,0 0,1 0,0 0,0-1,-6-11,9 14,0 0,0 1,0-1,0 0,1 0,-1 0,1 0,0 0,1 0,-1 0,1 0,0-1,-1 1,2 0,-1 0,1 0,-1 0,1 0,0 0,0 0,1 0,-1 0,1 0,0 0,0 1,3-5,2 1,1-1,0 2,0-1,14-8,-15 11,0 0,0-1,-1 0,0 0,0-1,0 0,10-13,-16 19,1-1,0 0,-1 0,1 0,-1 0,1 0,-1 0,1 0,-1 0,0 0,0-1,1 1,-1 0,0 0,0 0,0 0,0 0,0 0,-1 0,1-1,0 1,0 0,-1 0,1 0,-1 0,1 0,-1 0,1 0,-2-1,0 0,0 0,0 1,0-1,-1 1,1 0,-1-1,1 1,-1 0,1 1,-1-1,-4-1,-6 0,0 1,-1 0,1 1,-13 1,23-1,1 1,-1-1,1 1,-1-1,1 1,-1 0,1 0,0 0,-1 0,1 0,-2 2,-5 6</inkml:trace>
  <inkml:trace contextRef="#ctx0" brushRef="#br0" timeOffset="1167.31">920 369,'3'10,"1"5,0 5,-1 0,-1 2,3-7,0-10,2-7,1-5</inkml:trace>
  <inkml:trace contextRef="#ctx0" brushRef="#br0" timeOffset="1525.36">995 111,'11'-5,"1"1,0 0,0 1,0 0,0 0,1 2,-1-1,16 1,-23 2,1-1,-1 0,0 1,0 0,0 0,0 1,-1-1,1 1,0 0,5 4,-8-5,1 1,-1 0,0 0,0-1,0 2,0-1,-1 0,1 0,-1 0,1 1,-1-1,0 1,0-1,0 1,0 0,0-1,0 1,-1 0,1 5,-1-3,0 0,-1 0,1 1,-1-1,0 0,0 0,-1 0,1 0,-1 0,0 0,-5 7,-38 51,35-51,1 0,0 0,-9 19,18-30,-1-1,1 1,-1 0,1 0,0 0,0-1,-1 1,1 0,0 0,0 0,0 0,0 0,0 0,0 0,0-1,0 1,0 0,0 0,1 0,-1 0,0 0,1-1,-1 1,0 0,1 0,-1 0,1-1,-1 1,2 1,0-1,0 1,0-1,1 0,-1 0,0 0,1 0,-1 0,1 0,-1-1,5 1,65 0,-67-1,57-6,51-1,-84 9</inkml:trace>
  <inkml:trace contextRef="#ctx0" brushRef="#br0" timeOffset="1884.69">1 717,'15'0,"18"-3,23-1,22 0,21 1,16-3,9 1,9 0,10-2,3 1,1-3,-8 2,-12 0,-22 3,-22 1,-23 2,-20 0</inkml:trace>
  <inkml:trace contextRef="#ctx0" brushRef="#br0" timeOffset="2665.33">129 902,'9'-6,"0"0,0 1,1 0,-1 1,1-1,0 2,0 0,20-4,-27 6,-1 1,1-1,0 1,-1 0,1 0,0 0,0 0,-1 0,1 1,0-1,-1 1,1 0,0 0,-1 0,1 0,-1 0,0 0,1 1,-1-1,0 1,0 0,0-1,0 1,0 0,0 0,0 0,-1 1,1-1,-1 0,1 1,-1-1,0 0,0 1,0 0,0-1,-1 1,1 0,-1-1,1 4,-1-2,0-1,-1 1,1-1,-1 1,0 0,0-1,0 0,0 1,0-1,-1 0,1 1,-1-1,0 0,0 0,0 0,-1-1,1 1,-1 0,1-1,-1 0,0 0,0 1,0-2,-6 4,64-2,-50-4,0 1,1 1,-1-1,1 1,-1 0,0 0,1 0,-1 1,0 0,8 3,-12-4,0 0,0-1,0 1,0 0,0 0,0 0,-1 0,1 0,0 0,0 0,-1 0,1 0,0 0,-1 0,1 0,-1 1,0-1,1 0,-1 2,0-1,0 1,0-1,-1 0,1 0,-1 0,1 0,-1 1,0-1,0 0,0 0,0 0,0 0,0-1,-3 4,1-1,0-1,-1 1,1-1,-1 0,1-1,-1 1,0-1,0 1,0-1,0 0,-1-1,-7 3,-58 8,19-4,46-7,5 1</inkml:trace>
  <inkml:trace contextRef="#ctx0" brushRef="#br0" timeOffset="3036.7">810 939,'-3'6,"-1"6,-3 3,0 2,-3 2,-2 1,1 0,-1-4,2-1,-1-3,1-7,3-4</inkml:trace>
  <inkml:trace contextRef="#ctx0" brushRef="#br0" timeOffset="3409.67">662 976,'12'6,"8"5,3 1,2 2,-2-2,0 0,-2 2,-1-3,-4-2</inkml:trace>
  <inkml:trace contextRef="#ctx0" brushRef="#br0" timeOffset="3985.49">1159 885,'-9'6,"0"0,0 0,0 1,1 0,0 0,0 1,1 0,0 1,1 0,-9 13,13-18,-1 0,1-1,0 1,0 0,0 0,1 0,0 0,-1 0,1 1,1-1,-1 0,1 1,-1-1,1 0,0 1,1-1,-1 0,1 1,0-1,0 0,0 0,1 0,-1 0,1 0,0 0,0 0,1 0,3 5,-4-7,0 0,0 0,0-1,0 1,0 0,0-1,0 0,1 1,-1-1,0 0,1 0,-1 0,1-1,-1 1,1-1,0 1,-1-1,1 0,-1 0,1 0,0 0,-1 0,1-1,-1 1,1-1,-1 0,1 1,-1-1,1 0,-1-1,0 1,1 0,-1-1,0 1,0-1,0 0,0 1,3-5,0 0,1 0,-1 0,-1-1,1 0,-1 0,0 0,-1 0,0 0,0-1,0 1,2-14,-5 12,1 1,-2 0,1-1,-1 1,-1 0,1 0,-1 0,-1 0,1 0,-8-15,8 20,1 0,-1-1,0 1,0 0,0 0,0 0,0 0,-1 1,1-1,-1 1,1-1,-1 1,0 0,0 0,0 0,-1 1,1-1,0 1,-1-1,1 1,-1 0,1 0,-1 1,1-1,-1 1,1 0,-6 0,7 0,0 1,0-1,1 1,-1 0,0 0,0 0,0-1,1 2,-1-1,1 0,-1 0,1 0,-1 1,1-1,0 1,-1-1,1 1,0 0,0-1,0 1,0 0,1 0,-1 0,-1 3,-2 14</inkml:trace>
  <inkml:trace contextRef="#ctx0" brushRef="#br0" timeOffset="5787.73">1326 1068,'3'3,"1"4,0 4,2 4,1 2,-2 1,-1 1,-1 3,-2 1,0 0,-4-4,-2-2,1-7,0-9,2-7,0-3</inkml:trace>
  <inkml:trace contextRef="#ctx0" brushRef="#br0" timeOffset="6397.26">1436 829,'17'-6,"-5"2,-1 0,1 0,0 1,20-3,-30 6,0 0,0 0,-1-1,1 1,0 1,0-1,-1 0,1 0,0 1,0-1,-1 1,1-1,0 1,-1 0,1-1,-1 1,1 0,-1 0,1 0,-1 0,0 0,1 1,-1-1,0 0,0 1,0-1,0 1,0-1,0 1,-1-1,1 1,0 0,-1-1,1 1,-1 0,0-1,1 1,-1 0,0 0,0 1,0 1,-1-1,1 1,0-1,-1 1,0-1,0 0,0 1,-1-1,1 0,-1 0,1 0,-1 0,-4 5,-6 12,12-20,0 1,0-1,1 1,-1-1,0 1,1-1,-1 1,0-1,1 1,-1-1,1 1,-1-1,1 1,-1-1,1 0,-1 1,1-1,-1 0,1 0,-1 1,1-1,-1 0,1 0,0 0,-1 0,1 1,-1-1,1 0,0 0,0-1,32 7,-22-4,-5 0,1 1,0-1,0 1,-1 1,0-1,1 1,-1 0,-1 1,1-1,9 11,-13-13,0 0,0 0,0 0,0 1,0-1,-1 1,1-1,-1 1,1 0,-1 0,0-1,0 1,0 0,-1 0,1 0,-1 0,1 0,-1 0,0 0,0 0,-1 0,1 0,0 0,-1 0,0 0,0 0,0 0,-2 4,1-5,1 0,-1 0,0 0,-1 0,1 0,0 0,0-1,-1 1,1-1,-1 1,1-1,-1 0,0 0,1 0,-1-1,0 1,0 0,-5-1,-56 0,53-1,0 0</inkml:trace>
</inkml:ink>
</file>

<file path=word/ink/ink4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14T10:14:34.383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0 137,'6'5,"0"0,-1 0,1 1,-1-1,-1 1,1 0,-1 0,0 1,-1-1,5 12,25 76,-22-57,2 7,21 55,-31-92,0 1,1-1,0 0,1 0,0 0,0-1,0 1,0-1,12 9,-16-14,-1-1,1 1,0-1,0 1,-1-1,1 1,0-1,0 0,-1 1,1-1,0 0,0 0,0 1,0-1,-1 0,1 0,0 0,0 0,0 0,0 0,0 0,-1 0,1-1,0 1,0 0,0 0,0-1,0 0,1 0,-1 0,0-1,1 1,-1-1,0 1,0-1,0 0,0 1,0-1,0 0,0 0,0-2,10-58,-11 59,6-249,-6 82,7 131,-7 38,0 0,1 0,-1 1,1-1,-1 0,1 0,-1 0,1 0,0 0,-1 1,1-1,0 0,0 1,0-1,0 0,-1 1,1-1,0 1,0 0,0-1,0 1,0 0,0-1,0 1,0 0,0 0,0 0,0 0,0 0,0 0,0 0,2 0,10 4</inkml:trace>
  <inkml:trace contextRef="#ctx0" brushRef="#br0" timeOffset="609.78">477 632,'-3'-1,"0"0,1 0,-1-1,0 1,1-1,-1 0,1 0,0 0,-1 0,1 0,0 0,0 0,1-1,-1 1,0-1,1 1,-1-1,1 0,0 0,0 0,0 1,0-1,1 0,-1 0,1 0,0 0,-1 0,1 0,1 0,-1 0,0 0,2-5,-1 4,-1 0,1 0,1 0,-1 0,0 0,1 0,0 0,0 1,0-1,0 1,1-1,0 1,-1 0,1 0,0 0,0 0,1 0,-1 1,1 0,-1 0,1-1,0 2,5-3,-7 4,1 0,0 0,0 0,-1 0,1 1,0-1,-1 1,1 0,0 0,-1 0,1 0,-1 0,1 0,-1 1,0-1,0 1,1 0,-1 0,0-1,0 1,-1 1,1-1,0 0,-1 0,1 1,-1-1,0 0,0 1,0 0,1 3,0-3,-1 0,1 0,-1 1,0-1,0 1,0-1,0 1,-1-1,0 1,1-1,-1 1,-1 0,1-1,0 1,-1-1,0 1,0-1,0 1,0-1,0 1,-1-1,-2 6,3-9,1 0,0 1,0-1,-1 0,1 1,0-1,-1 0,1 1,0-1,-1 0,1 1,-1-1,1 0,-1 0,1 0,0 1,-1-1,1 0,-1 0,1 0,-1 0,1 0,-1 0,1 0,-1 0,1 0,-1 0,1 0,0 0,-1 0,1 0,-1 0,1-1,-1 1,1 0,-1 0,1-1,0 1,-1 0,1 0,0-1,-1 1,1 0,0-1,-1 1,1 0,0-1,0 1,-1-1,1 1,0-1,0 1,0 0,-1-1,1 1,0-1,0 1,0-1,0 1,0-1,0 1,0-1,0 1,1-1,-2-33,2 28,0 0,1 0,0 0,0 0,0 1,1-1,0 1,0 0,0 0,1 0,6-7,-8 10,-1 1,0 0,1 0,-1 0,1 0,-1 0,1 0,-1 0,1 1,0-1,-1 1,1-1,0 1,0 0,-1-1,1 1,0 0,0 0,-1 0,1 0,0 1,0-1,-1 0,1 1,0-1,-1 1,1 0,0-1,-1 1,1 0,-1 0,1 0,-1 0,0 0,1 1,-1-1,0 0,0 0,0 1,0-1,0 1,2 2,16 28,15 20,-32-50,-1 0,1 0,0 0,0 0,0 0,0 0,0-1,0 1,0-1,1 1,-1-1,0 0,1 0,-1 0,1 0,-1 0,4 0,7-2</inkml:trace>
  <inkml:trace contextRef="#ctx0" brushRef="#br0" timeOffset="1001.7">863 448,'-6'8,"-1"-1,2 1,-1 0,1 0,0 1,1-1,-4 11,7-16,0 0,0 0,0 1,1-1,-1 0,1 0,0 0,0 0,0 1,0-1,1 4,0-5,-1-1,1 1,0-1,-1 1,1-1,0 1,0-1,0 1,0-1,0 0,0 0,1 0,-1 0,0 0,1 0,-1 0,1 0,-1 0,1 0,-1-1,1 1,2 0,-2 0,1-1,-1 1,0-1,1 0,-1 0,0 0,1 0,-1 0,0 0,1-1,-1 1,0-1,0 1,1-1,-1 0,0 0,0 0,0 0,0 0,0-1,0 1,0-1,-1 1,1-1,0 1,-1-1,1 0,-1 0,0 0,0 0,1 0,-1 0,0 0,0-4,0 4,0-1,0 0,0 1,-1-1,1 0,-1 0,0 1,0-1,0 0,0 0,-1 1,1-1,-1 0,1 1,-1-1,0 0,0 1,0-1,0 1,-1-1,1 1,-1 0,1 0,-1 0,0-1,0 2,0-1,0 0,-4-3,-12-3,18 8,-1 0,1 0,-1-1,1 1,-1 0,1 0,-1 0,1 0,-1 0,1 0,-1 0,1 0,-1 0,1 0,-1 0,0 0,1 0,-1 0,1 0,-1 1,1-1,0 0,-1 0,1 1,-1-1,1 0,-1 0,1 1,0-1,-1 1,1-1,0 0,-1 1,0 7</inkml:trace>
  <inkml:trace contextRef="#ctx0" brushRef="#br0" timeOffset="1437.87">1031 414,'1'9,"0"0,1-1,0 1,1 0,0-1,0 1,1-1,5 11,-7-17,-1 0,0 0,1 0,-1 0,1 0,0 0,-1-1,1 1,0 0,0-1,0 1,0-1,0 0,5 2,-6-3,1 0,-1 0,1 0,-1 0,1 0,-1 0,1-1,-1 1,0 0,1-1,-1 1,1-1,-1 0,0 1,1-1,-1 0,0 0,0 0,0 0,0 0,0 0,0 0,0 0,0-1,0 1,1-3,15-34,-15 34,-2 15,-1 8,4 62,4-1,3 0,23 89,-31-168,2-8,4-17,-6 19,5-15</inkml:trace>
  <inkml:trace contextRef="#ctx0" brushRef="#br0" timeOffset="1783.44">1582 319,'13'6,"9"3,6-1,0-2,2 2,-1-1,-6 2,-3-2,-5 0</inkml:trace>
  <inkml:trace contextRef="#ctx0" brushRef="#br0" timeOffset="2126.48">1600 557,'13'0,"6"0,5 0,3 0,4 0,-1 0,-1 0,-7 0</inkml:trace>
</inkml:ink>
</file>

<file path=word/ink/ink4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14T10:14:32.200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189 408,'-1'-3,"-1"1,0-1,1 0,-1 1,0-1,0 1,0 0,-1 0,1 0,0 0,-1 0,1 0,-1 1,0-1,1 1,-1-1,0 1,0 0,0 0,0 1,0-1,0 1,0-1,-7 1,6 1,0 1,0 0,0-1,0 1,0 1,0-1,0 0,1 1,-1 0,1 0,0 0,0 0,0 1,0-1,0 1,-3 6,-2 5,0 0,0 0,2 0,0 1,1 0,-7 32,11-41,-1 0,1 0,1 0,-1 0,1 0,1 0,-1 0,1 0,0 0,1 0,-1 0,1 0,1-1,-1 1,1-1,1 1,-1-1,1 0,4 5,-6-8,0-2,1 1,-1 0,0 0,1-1,-1 1,1-1,-1 0,1 0,-1 0,1 0,0 0,0 0,-1-1,1 1,0-1,0 0,0 0,0 0,0 0,-1 0,1-1,0 0,0 1,0-1,-1 0,1 0,-1 0,1-1,-1 1,1-1,-1 1,1-1,-1 0,3-2,1-2,1 0,-1 0,-1-1,1 1,-1-1,0 0,0-1,-1 1,0-1,5-14,-3-5,-1 1,-1-1,-1 0,-1 0,-2 0,-3-36,-4 2,-25-100,30 153,1 2,0 1,0-1,-1 1,0-1,0 1,-1 0,-4-9,6 14,1 0,0 0,0 0,0 0,-1-1,1 1,0 0,0 0,-1 0,1 0,0 0,0 0,-1 0,1 0,0 0,0 0,-1 0,1 0,0 0,0 0,-1 0,1 0,0 0,0 0,0 1,-1-1,1 0,0 0,0 0,-1 0,1 0,0 1,0-1,0 0,0 0,-1 0,1 1,0-1,0 0,0 0,0 0,0 1,0-1,0 0,-1 0,1 1,0-1,0 0,0 0,0 1,0-1,0 0,0 0,0 1,0-1,0 0,1 1,-5 18,5 24,1 0,2 0,2 0,2-1,1 0,3-1,25 62,-32-90,0-1,0-1,2 1,-1-1,13 15,-17-23,0 0,1-1,0 1,0 0,0-1,0 1,0-1,0 0,0 0,1 0,-1-1,1 1,0-1,-1 0,1 0,0 0,0 0,-1-1,1 0,0 1,0-1,4-1,7-2</inkml:trace>
  <inkml:trace contextRef="#ctx0" brushRef="#br0" timeOffset="342.64">390 0,'-3'13,"-1"10,0 7,7 5,10 3,8 1,1-6</inkml:trace>
  <inkml:trace contextRef="#ctx0" brushRef="#br0" timeOffset="1086.34">740 479,'-3'-6,"-1"0,0 1,-1 0,1 0,-1 0,0 0,0 1,-7-5,11 8,-1 0,1 1,-1-1,0 0,1 1,-1-1,0 1,0 0,1-1,-1 1,0 0,0 0,0 0,1 0,-1 0,0 1,0-1,1 1,-1-1,0 1,1-1,-1 1,0 0,1 0,-1 0,1 0,-1 0,1 0,0 0,-1 0,1 1,0-1,0 0,0 1,-1 1,-5 7,2-1,-1 1,1 1,0-1,1 1,1-1,0 1,-3 15,5-21,0 1,0-1,0 1,1-1,0 1,0-1,0 1,1 0,0-1,0 1,0-1,0 0,1 1,0-1,0 0,1 0,0 0,5 8,-7-12,1 1,-1-1,0 0,1 1,-1-1,1 0,0 0,-1 0,1 0,0 0,-1 0,1-1,0 1,0-1,0 1,0-1,0 1,0-1,-1 0,1 0,0 0,0 0,2-1,-1 0,0 0,0 0,-1-1,1 1,0-1,-1 1,1-1,-1 0,0 0,0 0,1-1,-1 1,2-3,1-3,0 0,-1 1,1-1,-2-1,1 1,-1-1,0 1,3-18,-6 16,0 0,0 1,-1-1,0 1,0-1,-5-14,5 20,0 1,0-1,0 0,-1 1,0-1,0 1,0-1,0 1,0 0,0 0,-1 0,0 0,0 0,1 1,-1-1,-1 1,1 0,-6-3,8 5,0-1,0 1,0 0,0 0,0 1,0-1,0 0,0 0,1 0,-1 1,0-1,0 0,0 1,0-1,0 1,0-1,1 1,-1-1,0 1,1-1,-1 1,0 0,1 0,-1-1,0 1,1 0,-1 0,1 0,0-1,-1 1,1 0,0 0,-1 0,1 0,0 0,0 0,0 0,0 0,0 0,0 0,0 1,-3 42,3-40,0 0,1-1,-1 1,1-1,0 0,0 1,0-1,0 0,0 1,1-1,0 0,-1 0,1 0,0 0,1 0,-1-1,0 1,1-1,0 1,-1-1,1 0,0 0,0 0,0 0,0-1,1 1,-1-1,0 0,1 0,-1 0,0 0,1-1,0 1,-1-1,1 0,-1 0,1 0,-1-1,7 0,-6 0,0 0,0 1,0-1,0-1,0 1,0 0,-1-1,1 0,0 0,-1 0,0 0,1-1,-1 1,0-1,0 0,0 0,0 0,-1 0,1-1,-1 1,0-1,0 1,0-1,-1 0,1 0,-1 1,0-1,0 0,0 0,0-1,-1 1,0 0,0-8,-4-2,1 25,1 27,5-22,0-1,1 1,1-1,0 0,13 26,-16-37,1 0,-1 0,1-1,0 1,-1-1,2 1,-1-1,0 0,1 0,-1-1,6 4,-7-5,1 0,-1 0,0-1,1 1,-1-1,1 1,-1-1,0 0,1 0,-1 0,1 0,-1 0,1-1,-1 1,0-1,1 1,-1-1,0 0,1 0,-1 0,0 0,3-2,0-1,0-1,0 1,-1-1,1 0,-1 0,0-1,0 1,-1-1,0 0,0 0,0 0,-1 0,0-1,0 1,0-1,-1 1,0-1,0 1,-1-1,1 0,-2 1,1-1,-1 0,0 1,-2-9,3 15,0 0,0 0,0 0,0 0,0 0,0 1,0-1,0 0,0 0,0 0,0 0,0 0,-1 0,1 0,0 0,0 0,0 0,0 0,0 0,0 0,0 0,0 0,0 0,0 0,0 0,0 0,0 0,0 0,-1 0,1 0,0 0,0 0,0 0,0 0,0 0,0 0,0 0,0 0,0 0,0 0,0 0,0 0,0 0,0 0,-1 0,1 0,0 0,0 0,0 0,0 0,0-1,-1 15,2 18,1-23,1-1,0 0,0 0,0-1,1 1,1-1,-1 1,1-1,0-1,1 1,9 9,-11-13,0 0,0 0,0 0,1-1,-1 0,1 1,0-1,0-1,0 1,0-1,0 0,0 0,0 0,0-1,0 0,0 0,1 0,-1-1,0 1,6-3,17-4</inkml:trace>
  <inkml:trace contextRef="#ctx0" brushRef="#br0" timeOffset="1431.24">833 0,'0'9,"3"10,8 5,7 7,8 5,5-1,-2-6</inkml:trace>
</inkml:ink>
</file>

<file path=word/ink/ink4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14T10:14:48.037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2188 19,'3'0,"4"0,5 0,5 0,7 0,6 0,3-3,3-1,-2 0,0 1,-3 1,-10 0,-8 2</inkml:trace>
  <inkml:trace contextRef="#ctx0" brushRef="#br0" timeOffset="344.42">2188 240,'12'4,"8"0,6 0,6-1,-1-1,2-1,-2 0,-3-1,-7 0</inkml:trace>
  <inkml:trace contextRef="#ctx0" brushRef="#br0" timeOffset="3972.01">35 369,'-1'9,"0"-1,-1 1,0 0,0-1,-5 12,-6 25,10-26,1 0,1 1,1-1,1 1,0-1,1 0,1 1,1-1,13 36,-13-45,0-1,0 1,1-1,1 0,-1-1,1 1,1-1,-1 0,2-1,-1 0,1 0,0 0,0-1,0 0,1-1,0 0,0 0,1-1,0 0,14 4,-24-8,0 0,0 0,0 0,1 0,-1 0,0 0,0 0,0 0,1 0,-1 0,0 0,0 0,0 0,0 0,1-1,-1 1,0 0,0 0,0 0,0 0,1 0,-1 0,0 0,0-1,0 1,0 0,0 0,0 0,1 0,-1 0,0-1,0 1,0 0,0 0,0 0,0-1,0 1,0 0,0 0,0 0,0 0,0-1,0 1,0 0,0 0,0 0,0-1,0 1,0 0,0 0,0 0,0 0,0-1,-1 1,-3-15,2 10,-2-8</inkml:trace>
  <inkml:trace contextRef="#ctx0" brushRef="#br0" timeOffset="4831.71">1913 223,'23'24,"0"1,-2 1,-1 0,-1 2,24 46,-37-64,-1 1,0 1,-1-1,0 1,-1 0,0-1,-1 1,0 0,-1 1,0-1,-1 0,0 0,-1 0,-1 1,0-1,0 0,-1-1,-7 18,6-21,0-1,-1 0,0 0,0 0,-10 9,14-15,-7 7</inkml:trace>
</inkml:ink>
</file>

<file path=word/ink/ink4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14T10:17:10.497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430 918,'1'-33,"-1"0,-2 0,0 0,-3 0,-1 1,-1 0,-20-55,11 48,-29-68,-72-125,109 217,-1 1,0 0,-1 0,0 1,-1 1,-1 0,-18-16,29 28,0 0,0-1,0 1,0 0,1-1,-1 1,0 0,0 0,0 0,0 0,0 0,0 0,0 0,0 0,1 0,-1 0,0 1,0-1,0 0,0 1,0-1,1 0,-1 1,0-1,0 1,1-1,-1 1,0 0,1-1,-1 1,0 0,1-1,-1 1,1 0,-1 0,1-1,0 1,-1 0,1 0,0 0,-1 0,1 0,0-1,0 1,0 2,-14 54,11-39,-1 1,1 0,0 1,0 36,1 0,2-56,0 1,1 0,-1-1,0 1,0 0,0-1,0 1,0 0,0-1,0 1,0 0,0-1,-1 1,1 0,0-1,0 1,0-1,-1 1,1 0,0-1,-1 1,1-1,-1 1,1-1,-1 1,1-1,0 1,-1-1,0 1,1-1,-1 0,1 1,-1-1,1 0,-1 0,0 1,1-1,-1 0,0 0,1 0,-2 0,1 0,0-1,0 0,0 0,-1 0,1 0,0 0,0 0,1 0,-1 0,0-1,0 1,0 0,1-1,-1 1,1 0,-1-1,1 1,0 0,-1-3,-3-21,0 0,2 0,1 0,3-37,18-100,-20 160,0 0,1 1,-1-1,0 1,1-1,-1 0,1 1,0-1,-1 1,1-1,0 1,0 0,0-1,0 1,0 0,0 0,0 0,1-1,-1 1,0 0,1 1,-1-1,0 0,1 0,-1 0,1 1,-1-1,1 1,0-1,-1 1,1 0,0 0,-1 0,1 0,0 0,-1 0,1 0,-1 0,1 1,0-1,-1 0,1 1,2 1,12 3,-1 2,-1 0,27 16,-10-6,-1-3,0-2,1 0,1-3,42 8,-54-9,-20-8,0 0,0 0,0 0,0 0,1 0,-1 1,0-1,0 0,0 0,0 0,0 1,0-1,0 0,0 0,0 0,0 1,0-1,0 0,0 0,0 0,0 1,0-1,0 0,0 0,0 0,0 1,0-1,0 0,0 0,0 0,0 0,0 1,-1-1,1 0,0 0,0 0,0 0,0 0,0 1,-1-1,1 0,0 0,0 0,-1 0,0 1,0-1,0 1,-1-1,1 0,0 1,-1-1,1 0,-1 0,1 0,0 0,-1 0,1 0,0-1,-1 1,1 0,0-1,-1 1,1-1,0 1,0-1,-1 0,1 1,-2-3,-7-6</inkml:trace>
  <inkml:trace contextRef="#ctx0" brushRef="#br0" timeOffset="1602.54">688 532,'19'-27,"-2"-2,25-52,-39 72,1 0,-1 0,-1 0,0-1,0 1,-1 0,0-1,0 1,-1-1,0 1,-1-1,0 1,-1-1,-3-12,11 35,1 0,1 0,0-1,1 0,0-1,17 17,-14-16,-1 0,0 1,-1 0,0 0,-1 1,-1 1,11 23,-18-36,-1 0,1-1,-1 1,0 0,1-1,-1 1,0 0,0-1,0 1,0 0,0 0,-1-1,1 1,0 0,-1-1,1 1,-1-1,0 1,1 0,-1-1,0 1,0-1,-1 2,-1-1,1 0,0 0,-1 0,1-1,-1 1,0-1,0 1,1-1,-1 0,0 0,-6 1,0-1,0 1,0-2,0 1,1-1,-1-1,0 1,0-2,-9-1,17 3,1 0,-1 0,1 0,0 0,-1-1,1 1,-1 0,1 0,0 0,-1 0,1 0,-1-1,1 1,0 0,-1 0,1 0,0-1,0 1,-1 0,1-1,0 1,-1 0,1-1,0 1,0 0,0-1,-1 1,1 0,0-1,0 1,0-1,10-8,29-5,-33 12,21-6,-1-2,0-1,-1-1,29-18,-48 26,0 0,0-1,0 0,-1 0,1-1,-1 0,0 0,-1 0,5-8,-7 11,-1-1,1 0,-1 0,0 0,0 0,0 0,0 0,-1 0,1 0,-1-1,0 1,-1 0,1 0,-1 0,0 0,0 0,-3-8,3 9,0 0,0 0,-1 0,1 0,-1 1,0-1,0 1,0-1,0 1,0 0,-1-1,1 1,-1 0,1 1,-1-1,0 0,0 1,0-1,1 1,-7-1,7 1,0 1,-1 0,1 0,0 0,-1 0,1 0,0 0,0 1,-1-1,1 1,0 0,0-1,0 1,0 0,0 0,0 0,0 1,0-1,0 0,0 1,0 0,1-1,-1 1,1 0,-1-1,1 1,0 0,0 0,-1 3,-2 3,0 0,0 1,1-1,1 1,-1 0,1 0,1 0,0 0,0 0,1 0,0 0,0 1,1-1,4 16,-4-20,1 0,-1 0,1 0,1 0,-1 0,1-1,-1 1,1-1,1 0,-1 1,1-1,-1-1,1 1,0 0,0-1,1 0,-1 0,1 0,0-1,-1 0,1 1,0-2,0 1,1 0,-1-1,9 1,-11-2,-1 1,0-1,1 0,-1 0,0 0,1-1,-1 1,0-1,1 1,-1-1,0 0,0 1,0-1,0 0,0 0,0-1,0 1,0 0,0-1,0 1,0-1,-1 0,1 1,-1-1,1 0,-1 0,0 0,0 0,0 0,0 0,0-1,0 1,-1 0,1 0,-1-1,1-3,1-11,0 0,-1-1,-1 1,-3-21,1-2,2 39,0-1,0 1,0 0,0-1,0 1,0 0,0-1,1 1,-1-1,0 1,1 0,-1 0,1-1,-1 1,1 0,0 0,0-1,-1 1,3-1,-2 2,-1-1,1 1,0 1,0-1,-1 0,1 0,0 0,0 0,-1 0,1 1,0-1,0 0,-1 1,1-1,0 0,-1 1,1-1,-1 1,1-1,0 1,-1-1,1 1,-1-1,1 2,37 54,-32-47,50 99,-46-204,-8 88,0 0,0 1,1 0,0-1,6-10,-8 17,-1 0,1 1,-1-1,1 0,-1 0,1 1,0-1,-1 1,1-1,0 0,-1 1,1-1,0 1,0 0,0-1,-1 1,1 0,0-1,0 1,0 0,0 0,1-1,-1 2,1 0,-1-1,0 1,1 0,-1-1,0 1,0 0,0 0,0 0,0 0,0 0,0 0,0 0,0 0,0 1,0-1,-1 0,1 1,0 1,10 21,25 44,-35-66,1 1,-1-1,1 0,-1 0,1 0,0 0,0 0,0 0,0 0,1-1,-1 1,0-1,1 1,-1-1,1 0,-1 0,1 0,-1 0,1-1,0 1,5 0,-6-2,0 0,1 0,-1 0,0 0,0 0,0 0,0-1,0 1,0-1,0 0,-1 1,1-1,0 0,-1 0,1 0,-1 0,0 0,0 0,0 0,0 0,0-1,0 1,-1 0,1-1,0-2,1-5,0 0,0 0,-1 0,-1-18,-1 10,0 11,0 0,1 0,0 0,0 0,1 0,2-12,-3 18,0 1,1-1,-1 0,0 0,1 1,-1-1,1 0,-1 1,1-1,-1 1,1-1,-1 0,1 1,0-1,-1 1,1 0,0-1,-1 1,1-1,0 1,-1 0,1 0,0-1,0 1,0 0,2 0,0 0,-1 1,1-1,-1 1,1-1,-1 1,0 0,1 0,-1 0,0 0,1 1,1 1,12 7,0 1,-1 1,0 0,-1 1,-1 1,0 0,-1 1,0 0,-1 1,15 29,-26-44,1 1,0-1,0 0,-1 1,1-1,-1 1,1-1,-1 1,0-1,1 1,-1-1,0 1,0 0,0-1,0 1,-1-1,1 1,0-1,-1 1,1-1,0 1,-1-1,0 1,1-1,-1 0,0 1,0-1,0 0,0 0,0 1,0-1,0 0,0 0,-1 0,1 0,0 0,-1-1,1 1,0 0,-1-1,1 1,-1-1,-1 1,-7 2,0-1,-1-1,1 0,0 0,-12-1,22 0,-24 0</inkml:trace>
  <inkml:trace contextRef="#ctx0" brushRef="#br0" timeOffset="2667.19">1221 771,'-7'-2,"1"1,-1 0,0 1,1-1,-1 1,0 1,0-1,1 1,-1 0,1 0,-1 1,1 0,-1 0,1 1,0 0,0 0,0 0,-5 5,7-5,0 0,1 0,0 0,-1 0,1 1,1 0,-1-1,0 1,1 0,0 0,0 1,0-1,1 0,-1 1,1-1,0 1,0-1,0 1,1-1,0 1,0 0,0-1,0 1,1-1,0 1,0 0,2 5,-3-8,1 0,-1 0,1 0,0 0,-1 0,1 0,0 0,0 0,1-1,-1 1,0 0,0-1,1 1,-1-1,1 1,0-1,-1 1,1-1,0 0,0 0,0 0,0 0,0 0,0-1,0 1,0-1,0 1,0-1,0 1,0-1,0 0,0 0,1 0,-1-1,0 1,0 0,0-1,0 1,0-1,0 0,2-1,1 0,0 0,0 0,-1-1,1 0,-1 0,0 0,0-1,0 1,0-1,-1 0,1 0,-1 0,0-1,0 1,4-10,-2-2,-1 0,-1 0,-1-1,0 0,-1 1,0-1,-1 0,-1 1,-1-1,-1 1,0-1,-1 1,0 0,-14-30,18 45,0 0,-1 1,1-1,0 0,0 1,0-1,-1 1,1-1,0 0,-1 1,1-1,-1 1,1-1,0 1,-1-1,1 1,-1 0,1-1,-1 1,1-1,-1 1,0 0,1 0,-1-1,1 1,-1 0,0 0,1 0,-2-1,-1 20,10 30,0-21,2-1,20 42,-25-60,0-1,0 0,1 0,0-1,1 1,0-1,0 0,0-1,1 0,0 0,0 0,10 6,-15-12,-1 1,1 0,-1 0,1-1,-1 1,1 0,-1-1,1 0,0 1,-1-1,1 0,0 0,-1 0,1 0,0 0,-1 0,1-1,0 1,-1 0,1-1,0 1,-1-1,1 0,-1 1,1-1,1-2,0 1,-1-1,0 0,1 0,-1 0,-1 0,1 0,0-1,-1 1,1 0,-1-1,1-5,2-10,-2 1,0 0,-1-30,-1 41,0 10,1 23,6 42,-5-62,1 1,-1-1,1 0,0 1,1-1,-1-1,1 1,1 0,-1-1,1 0,0 0,0-1,10 8,-13-10,0-1,1 0,-1 0,1 1,0-2,-1 1,1 0,0 0,-1-1,1 0,0 1,0-1,-1 0,1 0,0-1,0 1,-1 0,1-1,0 0,-1 0,1 1,0-2,-1 1,1 0,-1 0,0-1,1 1,-1-1,0 0,0 0,0 0,0 0,0 0,-1 0,1 0,1-4,2 0,-1-1,0-1,0 1,0-1,-1 1,0-1,-1 0,0 0,0 0,0-1,-1 1,-1 0,1 0,-1-1,-1 1,1 0,-2-1,1 1,-5-14,-3 10,2 16,3 21,5-18,0 0,0 0,1 0,0 0,0-1,1 1,-1-1,2 0,-1 0,1 0,0 0,0 0,0-1,1 1,8 7,-5-7,1 0,-1 0,1-1,0 0,1 0,-1-1,1 0,0-1,18 4,8-1</inkml:trace>
  <inkml:trace contextRef="#ctx0" brushRef="#br0" timeOffset="3652.74">541 1268,'5'21,"0"0,-1 0,-1 0,-1 0,-2 34,8-150,-7 86,1 0,0 1,0-1,1 0,1 1,-1 0,1 0,0 0,10-12,-14 19,1 0,-1 0,1 1,-1-1,1 0,0 1,-1-1,1 1,0-1,0 0,-1 1,1 0,0-1,0 1,0-1,-1 1,1 0,0 0,0 0,0-1,0 1,0 0,0 0,0 0,0 0,-1 0,1 1,0-1,0 0,0 0,1 1,1 1,-1-1,0 1,0 0,0 0,0 0,0 0,0 0,-1 0,1 1,2 3,4 11,-1-1,8 27,-13-38,7 19,-6-17,0-1,-1 1,0-1,0 1,0 0,-1 0,1 0,-2 0,1 14,-14-44,9 11,1 0,1 0,0-1,1 1,0-18,1 26,0-1,0 1,1-1,-1 1,1-1,0 1,1 0,-1-1,1 1,0 0,0 0,0 0,0 0,1 0,-1 1,1-1,7-6,-8 9,0 0,0 1,0-1,0 0,1 1,-1-1,0 1,1-1,-1 1,0 0,1 0,-1 0,0 1,1-1,-1 1,0-1,1 1,-1 0,0-1,0 1,0 0,0 0,0 1,0-1,0 0,0 1,0-1,0 1,2 3,6 4,0 1,-1 0,14 19,20 41,-32-54</inkml:trace>
  <inkml:trace contextRef="#ctx0" brushRef="#br0" timeOffset="4446.18">1019 1267,'-4'2,"0"1,-1-1,1 1,0-1,0 1,0 0,1 1,-1-1,1 1,0-1,0 1,0 0,0 0,1 0,-1 1,1-1,0 0,1 1,-1 0,1-1,-2 9,3-11,-1 1,1 0,-1-1,1 1,0 0,0 0,0-1,1 1,-1 0,0 0,1-1,0 1,0-1,0 1,0 0,0-1,0 0,1 1,-1-1,1 0,0 0,-1 0,1 0,0 0,0 0,0 0,1 0,-1-1,0 0,1 1,-1-1,1 0,-1 0,1 0,-1 0,1-1,0 1,4 0,-3 0,-1-1,0 0,1 1,-1-1,0 0,1-1,-1 1,0-1,0 1,1-1,-1 0,0 0,0 0,0-1,0 1,0-1,0 1,0-1,-1 0,1 0,-1-1,1 1,-1 0,0-1,0 1,0-1,0 0,0 0,-1 0,1 0,-1 0,2-6,-1 4,-1 0,0-1,-1 1,1-1,-1 1,0-1,0 1,-1-1,0 1,0-1,0 1,0 0,-1-1,0 1,0 0,-1 0,1 0,-1 0,-4-4,-21-22,27 30,0 0,0 0,0 0,-1-1,1 2,0-1,-1 0,1 0,-1 0,1 1,-1-1,1 0,-1 1,1 0,-1-1,0 1,1 0,-1 0,1 0,-1 0,0 0,-1 0,2 1,0-1,1 1,-1-1,0 1,1 0,-1-1,1 1,-1 0,1-1,-1 1,1 0,0 0,-1-1,1 1,0 0,-1 0,1 0,0 0,0-1,0 1,0 0,0 0,0 0,0 0,0-1,0 1,0 0,1 0,-1 0,0 0,1-1,-1 1,0 0,1 0,-1-1,1 1,-1 0,1-1,0 2,24 27,-21-27,-1 0,1-1,-1 1,1 0,0-1,0 0,0 0,0 0,0-1,0 1,0-1,0 0,0 0,0 0,0-1,7-1,-9 1,0 1,0-1,0 0,0 0,0 0,0 0,0 0,0 0,-1 0,1-1,0 1,-1-1,1 1,-1-1,0 1,0-1,1 0,-1 0,0 0,0 0,0 0,-1 0,1 0,-1 0,1 0,-1 0,1 0,-1 0,0 0,0 0,0-1,0 1,-1-2,-1-5,0 19,2 20,2-22,0 0,1 0,0-1,0 1,1-1,0 1,0-1,0 0,1 0,0-1,1 0,0 1,7 5,-11-10,0 0,0 0,1-1,-1 1,0-1,1 1,-1-1,1 0,-1 0,1 0,0 0,-1 0,1 0,0-1,0 0,-1 1,1-1,0 0,0 0,-1-1,1 1,0-1,0 1,-1-1,1 0,0 0,-1 0,1 0,-1 0,1-1,-1 1,0-1,1 1,-1-1,0 0,0 0,0 0,-1 0,1-1,0 1,2-5,0 1,-1 0,0-1,0 0,0 1,-1-1,0 0,0 0,-1 0,0 0,0 0,-1-1,0 1,0 0,0 0,-1 0,-2-8,-3 5,2 21,4 22,2-23,0 0,0 0,1 0,0 0,1 0,0-1,1 0,0 0,0 0,1 0,0-1,14 15,-6-14</inkml:trace>
  <inkml:trace contextRef="#ctx0" brushRef="#br0" timeOffset="6145.64">1406 1213,'0'12,"1"1,1-1,0 1,0-1,1 1,1-1,0 0,1-1,0 1,1-1,0 0,1 0,11 14,-17-23,0-1,0 0,0 1,1-1,-1 0,0 0,1 0,-1 0,1 0,-1 0,1 0,0 0,-1-1,1 1,0-1,-1 1,4-1,-4 0,0 0,0 0,1 0,-1-1,0 1,0 0,0-1,0 1,0-1,0 0,0 1,0-1,-1 0,1 1,0-1,0 0,0 0,-1 0,1 0,1-1,0-2,0 0,0-1,-1 1,1 0,-1-1,0 1,0-1,0 1,-1-1,0 0,0-8,-3-3,-1-22,4 38,0-1,1 0,-1 1,0-1,0 1,1-1,-1 1,0-1,1 1,-1-1,1 1,-1-1,1 1,-1-1,1 1,-1-1,1 1,-1 0,1-1,-1 1,1 0,0 0,-1 0,1-1,-1 1,1 0,0 0,-1 0,1 0,0 0,-1 0,1 0,-1 0,1 0,0 0,-1 0,1 1,0-1,-1 0,1 0,-1 1,1-1,-1 0,1 1,-1-1,1 0,-1 1,1-1,0 2,52 17,-51-18,0-1,0 0,0 1,0-1,0 0,0 0,1 0,-1 0,0-1,0 1,3-1,-5 0,1 1,0-1,-1 1,1-1,0 1,-1-1,1 1,-1-1,1 1,-1-1,1 0,-1 1,0-1,1 0,-1 0,0 1,1-1,-1 0,0 1,0-1,0 0,0 0,0 0,0 1,0-1,0 0,0 0,0 0,0 1,-1-2,1-1,-1 1,0-1,0 1,0-1,0 1,-1 0,1 0,-1-1,1 1,-1 0,0 0,1 1,-1-1,0 0,0 1,-1-1,1 1,0-1,0 1,-4-1,5 1,-1 0,1 1,-1-1,1 1,0 0,-1 0,1-1,-1 1,1 0,0 0,-1 0,1 0,-1 0,1 1,-1-1,1 0,0 1,-1-1,1 1,0-1,-1 1,1 0,0-1,0 1,0 0,0 0,0 0,-1 0,2 0,-1 0,0 0,0 0,0 1,0-1,1 0,-1 0,0 3,-2 4,2 0,-1 0,1 0,0 0,1 0,0 0,0 0,1 0,0 0,0 0,3 9,-3-11,1 0,0 0,0 0,0 0,1-1,0 1,0-1,0 1,1-1,-1 0,1-1,0 1,1-1,-1 1,6 3,-8-7,-1-1,0 1,1 0,-1-1,1 1,-1-1,1 1,-1-1,1 0,-1 0,1 0,0 0,-1 0,1 0,-1 0,1 0,-1 0,1-1,-1 1,1-1,-1 1,3-2,-1 0,1 0,-1-1,0 1,0-1,0 1,-1-1,1 0,4-7,-1 1,-1 0,0 0,0-1,-1 0,5-19,-5-14,-3 28,10 40,-4-6,1 0,1 0,16 26,-26-51,0 0,0 0,1 0,-1 0,1 0,0 0,3-11,-3 13,0 0,1 0,-1 0,1 0,0 0,0 0,1 0,-1 1,1-1,0 0,0 1,0-1,0 1,1 0,4-5,-6 7,-1 1,1 0,-1-1,1 1,0 0,-1 0,1-1,-1 1,1 0,0 0,-1 0,1 0,-1 0,1 0,0 0,-1 0,1 0,-1 0,1 0,0 0,-1 0,1 1,-1-1,1 0,-1 0,1 1,-1-1,1 0,-1 1,1-1,0 1,11 21,-1 25,-10-17,-2-49,1 10,1 1,0-1,0 0,0 1,1-1,3-8,-4 16,-1-1,0 1,1 0,-1 0,0 0,1 0,0 0,-1 0,1 0,0 0,-1 0,1 0,0 0,0 0,0 0,0 0,0 1,0-1,0 0,0 1,0-1,0 1,0-1,0 1,0-1,1 1,-1 0,0 0,0 0,1-1,-1 1,0 0,0 1,0-1,1 0,-1 0,0 0,0 1,0-1,0 0,1 1,-1 0,0-1,0 1,0-1,0 1,0 0,0 0,0-1,-1 1,1 0,0 0,0 0,0 1,26 37,-23-31,1-1,0 1,0-1,1 1,0-2,7 8,-12-13,0-1,0 1,0 0,0-1,1 1,-1-1,0 1,0-1,0 1,0-1,1 0,-1 0,0 0,0 1,1-1,-1 0,0-1,0 1,3 0,-2-1,0 0,0 0,0-1,0 1,0 0,-1-1,1 1,0-1,-1 1,1-1,-1 0,1 0,-1 0,2-2,0-3,0 0,0 0,-1 0,0 0,0 0,0 0,0-14,-1 19,-1-1,1 1,-1 0,0-1,0 1,0-1,0 1,-1 0,1-1,0 1,-1 0,0 0,1-1,-1 1,0 0,0 0,-1 0,1 0,0 0,-1 0,1 0,-1 0,1 1,-1-1,0 1,0-1,-2-1,3 2,-1 1,1 0,0-1,0 1,0 0,0 0,0 0,0 0,-1 0,1 0,0 0,0 0,0 0,0 0,0 1,0-1,-1 0,1 1,0-1,0 1,0 0,0-1,0 1,1-1,-3 2,1 1,0-1,1 1,-1 0,0-1,1 1,-1 0,1 0,0 0,-1 4,-1 6,0 1,2-1,-1 17,1-25,2 0,-1-1,0 1,1 0,0-1,0 1,0 0,1-1,0 1,-1-1,1 0,1 0,-1 0,5 6,-6-9,0 0,0 0,0 0,0 0,0-1,0 1,0 0,0-1,0 1,0-1,0 1,1-1,-1 1,0-1,0 0,0 0,1 1,-1-1,0 0,1 0,1-1,0 1,-1-1,0 0,1 0,-1-1,0 1,0 0,0-1,0 0,0 1,0-1,0 0,-1 0,1 0,0 0,1-3,1-1,-1-1,1-1,-1 1,0 0,-1-1,0 1,0-1,0 0,0-10,5-23,-7 40,0 1,0 0,0 0,0 0,0-1,0 1,0 0,0 0,0 0,0-1,0 1,0 0,0 0,1 0,-1-1,0 1,0 0,0 0,0 0,0-1,0 1,0 0,1 0,-1 0,0 0,0 0,0-1,0 1,1 0,-1 0,0 0,0 0,0 0,1 0,-1 0,0 0,0 0,0 0,1 0,-1 0,0 0,0 0,0 0,1 0,-1 0,0 0,0 0,0 0,1 0,-1 0,0 0,10 13,6 27,-14-36,7 20,-1-1,-7-46,-2 20,1-1,0 1,0 0,0-1,0 1,1 0,-1-1,1 1,0 0,0 0,0 0,1 0,-1-1,0 2,1-1,0 0,0 0,0 0,0 1,0-1,1 1,-1 0,1 0,5-4,-6 5,0 1,0-1,1 0,-1 1,0-1,1 1,-1 0,1 0,-1 0,0 0,1 0,-1 0,0 1,1-1,-1 1,0-1,1 1,-1 0,0 0,0 0,0 0,0 1,0-1,0 0,0 1,0 0,0-1,-1 1,1 0,-1 0,1 0,-1 0,0 0,0 0,1 2,2 3,-1 0,-1-1,1 1,-1 0,2 13,-3-19,-1 0</inkml:trace>
  <inkml:trace contextRef="#ctx0" brushRef="#br0" timeOffset="6518.89">2308 975,'2'37,"2"0,1-1,21 71,5 34,-29-120,-6-23,-5-35,9 32,0-1,0 1,1-1,-1 1,1-1,1 1,-1 0,1-1,0 1,0 0,0 0,1 0,0 1,-1-1,2 1,-1-1,6-5,-6 7,-1 1,1 0,0 0,0 0,0 0,0 0,0 0,0 1,0-1,1 1,-1 0,0 0,1 0,-1 1,1-1,-1 1,1 0,-1 0,1 0,-1 0,1 0,-1 1,1 0,-1 0,1 0,-1 0,0 0,4 2,7 6</inkml:trace>
</inkml:ink>
</file>

<file path=word/ink/ink5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14T10:16:08.983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147 371,'16'12,"-1"1,22 23,16 13,-52-49,-1 1,1-1,-1 1,1-1,-1 0,1 0,-1 1,1-1,0 0,-1 0,1 1,-1-1,1 0,0 0,-1 0,1 0,-1 0,1 0,0 0,-1 0,1 0,-1 0,1-1,0 1,-1 0,1 0,-1 0,1-1,-1 1,1 0,0-1,13-21,2-34,-15 52,34-145,-34 140</inkml:trace>
  <inkml:trace contextRef="#ctx0" brushRef="#br0" timeOffset="513.82">1 148,'19'1,"0"-1,0-1,0-1,0 0,0-1,0-2,-1 0,0 0,0-2,22-11,-38 17,0 0,0 0,0 0,0-1,0 1,-1 0,1-1,0 0,-1 1,1-1,-1 0,0 0,0 0,1 0,-1 0,0 0,-1 0,1 0,0 0,-1-1,1 1,-1-3,0 0,-1-1,0 1,0 0,0 0,-1-1,0 1,-4-8,6 13,0 0,0 0,0-1,0 1,0 0,0 0,0 0,0-1,0 1,0 0,0 0,0-1,0 1,0 0,0 0,0 0,0-1,0 1,0 0,0 0,0 0,0-1,1 1,-1 0,0 0,0 0,0-1,0 1,0 0,1 0,-1 0,0 0,0 0,0 0,1-1,-1 1,0 0,0 0,0 0,1 0,-1 0,0 0,0 0,1 0,-1 0,0 0,19 0,15 6,-29-4,1 0,-2 1,1-1,0 1,-1 1,1-1,-1 1,0-1,0 1,0 0,-1 1,7 8,-9-12,0 1,0-1,0 1,0 0,0-1,0 1,0 0,-1-1,1 1,-1 0,1 0,-1-1,0 1,1 0,-1 0,0 0,0 0,-1 0,1-1,0 1,0 0,-1 0,1 0,-1-1,0 1,0 0,1-1,-1 1,0 0,0-1,0 1,-1-1,1 0,0 1,0-1,-1 0,1 0,-1 0,1 0,-1 0,-2 1,-8 3</inkml:trace>
</inkml:ink>
</file>

<file path=word/ink/ink5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14T10:16:07.727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772 338,'7'5,"0"1,-1 0,0 0,0 1,0 0,-1 0,6 10,-6-9,0-1,0 0,0 0,1-1,0 1,9 6,-14-12,0-1,0 1,0-1,-1 0,1 0,0 1,0-1,0 0,0 0,0 0,0 0,0 0,0 0,0 0,0 0,0-1,0 1,0 0,0-1,-1 1,1 0,0-1,0 1,0-1,0 1,-1-1,1 0,0 1,-1-1,1 0,0 1,-1-1,1 0,-1 0,1 0,-1 1,1-1,-1 0,0 0,1 0,-1 0,0-1,18-50,-15 42,28-94,-24 88</inkml:trace>
  <inkml:trace contextRef="#ctx0" brushRef="#br0" timeOffset="511.64">699 155,'85'-18,"64"-19,-146 36,1 0,-1 0,0 0,0 0,0-1,0 1,-1-1,1 1,0-1,-1 0,1 0,-1-1,1 1,-1 0,0-1,0 1,0-1,-1 0,1 0,0 0,-1 0,0 0,0 0,0 0,0 0,0 0,-1 0,1-1,-1 1,0 0,0 0,0-1,0 1,-1 0,-1-6,2 9,0 0,0 0,0-1,0 1,1 0,-1 0,0-1,0 1,0 0,0 0,0 0,0-1,0 1,0 0,0 0,1 0,-1-1,0 1,0 0,0 0,0 0,0 0,1-1,-1 1,0 0,0 0,0 0,1 0,-1 0,0 0,0 0,1 0,-1 0,0 0,0 0,0-1,1 1,-1 0,0 0,0 1,1-1,-1 0,0 0,1 0,16 4,14 12,-27-13,1 0,-1 0,0 0,0 1,-1 0,1 0,-1 0,1 0,3 7,-6-9,-1 0,1-1,0 1,0 0,-1 0,1 0,-1 0,1 0,-1 0,0 0,0 0,0 0,0 0,0 0,0 0,-1 0,1 0,-1-1,1 1,-1 0,0 0,1 0,-1 0,0-1,0 1,-1 0,-1 2,-7 6</inkml:trace>
  <inkml:trace contextRef="#ctx0" brushRef="#br0" timeOffset="1256.63">147 817,'16'12,"-1"1,22 23,16 13,-52-49,-1 1,1-1,-1 1,1-1,-1 0,1 0,-1 1,1-1,0 0,-1 0,1 1,-1-1,1 0,0 0,-1 0,1 0,-1 0,1 0,0 0,-1 0,1 0,-1 0,1-1,0 1,-1 0,1 0,-1 0,1-1,-1 1,1 0,0-1,13-21,2-34,-15 52,34-145,-34 140</inkml:trace>
  <inkml:trace contextRef="#ctx0" brushRef="#br0" timeOffset="1770.45">1 594,'19'1,"0"-1,0-1,0-1,0 0,0-1,0-2,-1 0,0 0,0-2,22-11,-38 17,0 0,0 0,0 0,0-1,0 1,-1 0,1-1,0 0,-1 1,1-1,-1 0,0 0,0 0,1 0,-1 0,0 0,-1 0,1 0,0 0,-1-1,1 1,-1-3,0 0,-1-1,0 1,0 0,0 0,-1-1,0 1,-4-8,6 13,0 0,0 0,0-1,0 1,0 0,0 0,0 0,0-1,0 1,0 0,0 0,0-1,0 1,0 0,0 0,0 0,0-1,0 1,0 0,0 0,0 0,0-1,1 1,-1 0,0 0,0 0,0-1,0 1,0 0,1 0,-1 0,0 0,0 0,0 0,1-1,-1 1,0 0,0 0,0 0,1 0,-1 0,0 0,0 0,1 0,-1 0,0 0,19 0,15 6,-29-4,1 0,-2 1,1-1,0 1,-1 1,1-1,-1 1,0-1,0 1,0 0,-1 1,7 8,-9-12,0 1,0-1,0 1,0 0,0-1,0 1,0 0,-1-1,1 1,-1 0,1 0,-1-1,0 1,1 0,-1 0,0 0,0 0,-1 0,1-1,0 1,0 0,-1 0,1 0,-1-1,0 1,0 0,1-1,-1 1,0 0,0-1,0 1,-1-1,1 0,0 1,0-1,-1 0,1 0,-1 0,1 0,-1 0,-2 1,-8 3</inkml:trace>
</inkml:ink>
</file>

<file path=word/ink/ink5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14T10:15:56.378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220 112,'3'9,"2"10,-1 4,2 2,1-1,-2 0,-1-3,-2 0,0-8,-2-9,-3-11,-1-5</inkml:trace>
  <inkml:trace contextRef="#ctx0" brushRef="#br0" timeOffset="343.22">1 20,'15'0,"16"-3,13-2,13 1,6 1,-1 1,-9 0,-10 1,-6 1,-6 3,-5 2,-7-1</inkml:trace>
  <inkml:trace contextRef="#ctx0" brushRef="#br0" timeOffset="720.63">496 333,'58'-44,"-56"42,1-1,0 0,-1 1,0-1,1 0,-1 0,0 0,-1 0,1-1,0 1,-1-1,0 1,0-1,0 1,0-1,0-7,-1 10,0 1,0-1,0 0,0 0,0 0,0 0,0 0,-1 0,1 0,0 0,-1 1,1-1,0 0,-1 0,1 0,-1 1,0-1,1 0,-1 1,1-1,-1 0,0 1,0-1,1 1,-1-1,0 1,0-1,0 1,1 0,-1-1,0 1,0 0,0 0,0-1,0 1,0 0,0 0,0 0,0 0,1 0,-1 1,0-1,0 0,0 0,0 1,0-1,0 0,1 1,-3 0,-1 0,1 1,-1 0,1 0,-1 0,1 0,0 0,0 1,0 0,0-1,-4 6,5-6,0 0,0 1,1-1,-1 1,1-1,-1 1,1 0,0 0,0-1,0 1,0 0,1 0,-1 0,1 0,0 0,0 0,0 0,0 0,0 0,1 0,-1 0,1 0,0 0,0 0,0 0,0-1,0 1,1 0,-1-1,1 1,0-1,0 1,0-1,0 0,3 3,0-2,1 1,-1-1,1 0,0 0,0-1,0 0,0 0,1 0,-1-1,0 0,1 0,-1-1,1 1,-1-1,9-2,9-1</inkml:trace>
  <inkml:trace contextRef="#ctx0" brushRef="#br0" timeOffset="1092.63">792 352,'-3'-13,"-4"-3,-1-3,1-1,-2-1,1 1,5 0,6 4,9 5,8 3,5 4,-3 2</inkml:trace>
  <inkml:trace contextRef="#ctx0" brushRef="#br0" timeOffset="1464.75">975 332,'-6'-9,"-3"-7,2-3,0-2,3 0,1 0,4 4,3 1,3 4,4 4,3 3,5 5,0 4</inkml:trace>
  <inkml:trace contextRef="#ctx0" brushRef="#br0" timeOffset="1833.8">1086 296,'44'-7,"20"-3,-61 9,1 0,-1 0,1 0,-1 0,0-1,0 1,1-1,-1 0,0 0,0 0,-1-1,1 1,3-4,-6 5,1 0,0 0,-1-1,1 1,-1 0,1-1,-1 1,0 0,0-1,1 1,-1 0,0-1,0 1,0 0,-1-1,1 1,0-1,0 1,-1 0,1 0,-1-1,1 1,-1 0,1 0,-1-1,0 1,0 0,1 0,-1 0,0 0,0 0,0 0,0 0,0 0,-1 1,1-1,0 0,0 1,0-1,-1 1,0-1,-3-2,1 1,0 0,-1 0,1 1,-1-1,0 1,0 0,1 0,-1 1,-9-1,12 1,0 1,-1-1,1 0,0 1,0-1,0 1,0-1,-1 1,1 0,0 0,0 0,0 0,1 1,-1-1,0 0,0 1,1-1,-1 1,1 0,-1 0,1-1,0 1,0 0,-1 0,1 0,1 0,-1 0,0 0,0 1,1-1,-1 0,1 0,0 0,0 1,0-1,0 0,0 0,0 3,1 0,1 0,-1 0,0-1,1 1,0-1,0 1,1-1,-1 0,1 0,0 0,0 0,0 0,0-1,1 1,0-1,-1 0,6 3,7 3,1-1,1-1,31 10,2-4</inkml:trace>
</inkml:ink>
</file>

<file path=word/ink/ink5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14T10:15:53.382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164 92,'0'-2,"0"1,0-1,-1 0,1 1,0-1,-1 1,0-1,1 1,-1-1,0 1,1 0,-1-1,0 1,0 0,0-1,0 1,-1 0,1 0,0 0,0 0,-1 0,1 0,0 0,-1 1,1-1,-1 0,1 1,-1 0,1-1,-1 1,0 0,1-1,-1 1,1 0,-1 0,0 0,1 0,-3 1,-2-1,1 1,-1 0,1-1,0 2,-1-1,1 1,0 0,0 0,0 0,-6 4,9-5,-1 1,1-1,0 1,0 0,0 0,0 0,0 0,0 0,0 0,1 0,-1 1,1-1,0 0,0 1,-1 0,1-1,1 1,-1-1,0 1,1 0,0 0,-1-1,1 1,0 5,2-5,-1 1,0 0,1 0,0-1,0 1,0-1,0 0,1 1,-1-1,1 0,0-1,0 1,0 0,0-1,0 1,5 1,9 7,27 17,-42-27,0 1,-1-1,1 1,0-1,-1 1,1 0,-1 0,0-1,0 1,1 0,-1 0,0 0,-1 1,1-1,0 0,-1 0,1 0,0 3,-2-3,0 0,0-1,0 1,0 0,0 0,0-1,-1 1,1-1,0 1,-1-1,1 1,-1-1,0 0,1 0,-1 0,0 0,0 0,1 0,-1 0,0-1,0 1,0-1,-4 1,-49 9,23-12,31 2,0 0,0 0,-1-1,1 1,0 0,0-1,0 1,0-1,0 1,-1-1,1 1,0-1,0 0,1 1,-1-1,0 0,0 0,0 0,0 0,1 0,-1 0,-1-2,2-3</inkml:trace>
  <inkml:trace contextRef="#ctx0" brushRef="#br0" timeOffset="405.99">274 258,'0'0,"0"0,0 0,-1 0,1-1,0 1,0 0,0 0,0 0,-1 0,1-1,0 1,0 0,0 0,-1 0,1 0,0 0,0 0,-1 0,1 0,0 0,0 0,-1 0,1 0,0 0,0 0,0 0,-1 0,1 0,0 0,0 0,-1 0,1 0,0 0,0 0,-1 0,1 0,0 1,0-1,0 0,-1 0,1 0,0 0,0 1,0-1,0 0,-1 1,-4 15,2 19,3-33,0 0,0-1,0 1,1 0,-1 0,0-1,1 1,-1-1,1 1,0 0,-1-1,1 1,0-1,0 0,0 1,0-1,0 0,0 1,1-1,-1 0,0 0,1 0,-1 0,1 0,-1 0,1-1,-1 1,1 0,-1-1,1 1,0-1,-1 0,1 1,0-1,-1 0,1 0,0 0,-1 0,1 0,0-1,-1 1,1 0,0-1,-1 1,1-1,1-1,0 1,0 0,0 0,0 0,-1 0,1-1,-1 1,1-1,-1 0,1 0,-1 0,0 0,0 0,0-1,0 1,-1 0,1-1,0 1,-1-1,0 0,0 0,0 1,0-1,0 0,0 0,-1 0,1 0,-1-4,0 3,-1 1,0-1,0 1,0-1,0 1,-1 0,1-1,-1 1,0 0,0 0,0 0,0 0,0 1,-1-1,1 1,-1-1,1 1,-1 0,0 0,-4-2,-5-1</inkml:trace>
  <inkml:trace contextRef="#ctx0" brushRef="#br0" timeOffset="751.88">440 38,'3'9,"1"10,3 4,1 5,-2 4,-2 0,-1 0,-1-2,-1-3,-1-3,3-2,1-2,0-8,-1-8,-1-9,-1-3</inkml:trace>
  <inkml:trace contextRef="#ctx0" brushRef="#br0" timeOffset="1109.9">533 295,'9'0,"-1"-1,0 0,1-1,-1 0,0 0,15-7,-20 8,0 0,0 0,0-1,0 1,-1-1,1 0,-1 0,1 0,-1 0,1 0,-1 0,0-1,0 1,0-1,-1 1,1-1,-1 0,1 1,-1-1,0 0,1-4,-2 7,1-1,-1 0,0 0,0 0,0 0,-1 0,1 0,0 1,0-1,0 0,0 0,-1 0,1 1,0-1,-1 0,1 0,-1 1,1-1,-1 0,1 0,-1 1,0-1,1 1,-1-1,0 1,1-1,-1 1,0-1,1 1,-1-1,0 1,0 0,0 0,0-1,1 1,-1 0,0 0,0 0,0 0,0 0,0 0,1 0,-1 0,0 0,0 0,-1 1,-1-1,0 1,0 0,0-1,0 1,1 0,-1 0,0 1,0-1,1 0,-1 1,1 0,-4 3,3-2,1 0,0 0,0 1,0-1,1 1,-1-1,1 1,0 0,0-1,0 1,0 0,1 0,0 0,-1 0,1 0,1-1,-1 1,0 0,1 0,1 5,-1-7,0 1,0-1,0 1,0-1,0 0,1 0,-1 0,1 1,-1-1,1-1,0 1,-1 0,1 0,0-1,0 1,1-1,-1 1,0-1,0 0,1 0,-1 0,1 0,-1 0,1-1,-1 1,1-1,-1 1,1-1,-1 0,6-1,16-3,-1-4</inkml:trace>
  <inkml:trace contextRef="#ctx0" brushRef="#br0" timeOffset="1530.25">734 222,'6'9,"5"7,1 3,2 2,-2 0,0-3,-2-8,-5-6,-8-6,-2-3</inkml:trace>
  <inkml:trace contextRef="#ctx0" brushRef="#br0" timeOffset="1531.25">715 112,'0'0</inkml:trace>
  <inkml:trace contextRef="#ctx0" brushRef="#br0" timeOffset="1873.69">880 1,'0'9,"4"10,0 7,0 7,-1 2,-1 3,3 1,0-4,-1-4,-1-4,2-4,1-8,-5-11,-2-9,-3-6,-3-2</inkml:trace>
</inkml:ink>
</file>

<file path=word/ink/ink5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14T10:16:21.685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50 477,'-2'0,"0"0,0 0,0 0,0 1,0-1,0 1,0-1,0 1,0 0,0 0,0 0,0 0,1 0,-1 0,0 0,1 1,-1-1,1 1,-1-1,1 1,0 0,-1-1,1 1,0 0,0 0,0 0,1 0,-1-1,0 1,1 1,-1-1,1 0,0 3,-1-2,1 0,0 1,0-1,0 0,0 0,1 0,-1 0,1 0,0 0,0 0,0 0,0-1,1 1,-1 0,1 0,-1-1,1 1,0-1,0 0,0 1,0-1,5 3,-5-3,1-1,-1 0,0 0,1 0,-1 0,1 0,0 0,-1-1,1 1,0-1,-1 0,1 0,0 0,-1 0,1 0,0 0,0-1,-1 1,1-1,-1 0,1 0,-1 0,1 0,-1 0,1-1,-1 1,0-1,0 1,0-1,0 0,0 0,0 0,0 0,1-2,-1 2,-1 0,1-1,-1 1,0 0,0 0,0-1,0 1,0 0,0-1,-1 1,1-1,-1 1,0-1,0 1,0-1,0 1,0-1,0 1,-1-1,1 1,-1-1,0 1,1 0,-1-1,0 1,-1 0,1-1,0 1,-1 0,1 0,-1 0,1 0,-1 1,0-1,-4-2,4 2,0 1,0 1,0-1,0 0,-1 0,1 1,0-1,0 1,-1 0,1 0,0 0,-1 0,1 0,0 0,-1 1,1-1,0 1,0-1,-1 1,1 0,0 0,0 0,0 0,0 0,0 1,0-1,0 1,-1 1,1-2,1 0,0 0,0 0,-1 0,1 0,0 0,0 0,0 0,1 1,-1-1,0 0,0 1,1-1,-1 0,1 1,-1-1,1 1,-1-1,1 1,0-1,0 1,0-1,0 1,0-1,0 1,0-1,0 1,1-1,-1 1,0-1,1 1,0-1,-1 0,1 1,0-1,-1 0,1 1,0-1,0 0,2 2,-2-2,0 0,0-1,0 1,0 0,0 0,0-1,0 1,0-1,1 1,-1-1,0 1,0-1,0 0,1 0,-1 0,0 1,0-1,1 0,-1 0,0-1,0 1,1 0,-1 0,0-1,0 1,0 0,0-1,1 1,-1-1,0 0,0 1,1-2,0 0,0 0,0-1,0 1,0 0,0-1,-1 1,1-1,-1 1,0-1,0 0,0 0,0 0,1-2,-2 3,1 1,-1-1,0 0,0 1,1-1,-1 1,0-1,0 0,-1 1,1-1,0 0,0 1,-1-1,1 1,-1-1,1 1,-1-1,0 1,0-1,0 1,-1-2,1 2,-1 1,1-1,-1 1,0-1,1 1,-1 0,0 0,1 0,-1 0,0 0,1 0,-1 0,0 0,1 1,-1-1,0 1,1-1,-1 1,1 0,-1-1,1 1,-1 0,1 0,0 0,-1 0,1 0,-2 2,-6 4</inkml:trace>
  <inkml:trace contextRef="#ctx0" brushRef="#br0" timeOffset="562.92">418 128,'4'80,"21"117,1 10,-26-206,4 23,-4-24,0 0,0 1,0-1,0 0,1 1,-1-1,0 0,0 1,0-1,1 0,-1 0,0 1,1-1,-1 0,0 0,1 1,-1-1,0 0,1 0,-1 0,0 0,1 0,-1 0,0 1,1-1,-1 0,0 0,1 0,-1 0,1 0,-1 0,0 0,1-1,-1 1,0 0,1 0,-1 0,0 0,1 0,-1-1,0 1,1 0,-1 0,0 0,1-1,-1 1,0 0,0 0,1-1,-1 1,0 0,0-1,0 1,1-1,6-6</inkml:trace>
  <inkml:trace contextRef="#ctx0" brushRef="#br0" timeOffset="969.08">603 517,'30'1,"41"-1,-68 0,0 0,1 0,-1-1,0 1,0-1,0 0,0 0,0 0,0-1,0 1,0-1,0 1,-1-1,1 0,-1 0,5-5,-6 6,0 0,0 0,-1-1,1 1,-1 0,1-1,-1 1,1 0,-1-1,0 1,0-1,1 1,-1-1,0 1,0 0,-1-1,1 1,0-1,0 1,-1-1,1 1,-1 0,1-1,-1 1,1 0,-1 0,0-1,0 1,0 0,0 0,0 0,0 0,0 0,0 0,0 0,0 0,0 0,-1 1,1-1,0 0,0 1,-1-1,1 1,-1-1,-1 1,-1-2,-1 0,1 1,0 0,-1 0,1 0,0 0,-1 1,1 0,-1 0,1 0,-1 0,1 1,-1-1,-5 3,7-2,1 0,-1 1,0-1,1 1,-1 0,1 0,-1 0,1 0,0 0,0 0,0 1,0-1,0 1,1-1,-1 1,1 0,0 0,-1-1,1 1,0 0,1 0,-1 0,1 0,-1 0,1 0,0 0,0 0,0 1,0-1,1 0,-1 0,1 0,0 0,0 0,0-1,2 5,-1-1,1-1,0 0,0 0,1 0,-1 0,1 0,0-1,0 1,1-1,-1 0,1 0,0-1,0 0,0 0,1 0,-1 0,11 3,-1-3,-1-2,1 1,-1-2,1 0,-1 0,19-4,8-2</inkml:trace>
  <inkml:trace contextRef="#ctx0" brushRef="#br0" timeOffset="1687.48">1119 367,'22'48,"-14"-28,1-1,1 0,1 0,0-1,17 20,-27-37,-1 0,1 0,0 0,0 0,-1 0,1 0,0 0,0 0,0 0,0 0,0-1,1 1,-1 0,0-1,0 1,0-1,1 1,-1-1,0 0,0 0,1 1,-1-1,0 0,1 0,-1 0,0 0,3-1,-3 0,0 0,1-1,-1 1,0 0,0-1,0 1,0-1,0 0,0 1,-1-1,1 1,-1-1,1 0,-1 0,1 1,-1-5,2-8,-1 0,-1 0,-3-27,-9-31,12 72,0 0,0-1,0 1,0 0,0-1,0 1,1 0,-1-1,0 1,0 0,0-1,0 1,1 0,-1-1,0 1,0 0,1 0,-1-1,0 1,1 0,-1 0,0 0,1-1,-1 1,0 0,1 0,-1 0,0 0,1 0,-1 0,0 0,1 0,-1-1,0 1,1 1,-1-1,1 0,-1 0,0 0,1 0,-1 0,0 0,1 0,-1 0,0 1,1-1,-1 0,0 0,1 0,-1 1,0-1,0 0,1 0,-1 1,0-1,1 1,29 15,-22-11,1 0,1-1,0 0,0 0,0-1,19 3,-27-6,0 1,0-1,0 0,1 1,-1-1,0 0,0 0,1-1,-1 1,0 0,0-1,0 1,0-1,0 0,0 0,0 0,0 0,0 0,0 0,0 0,0-1,-1 1,1 0,0-1,-1 0,0 1,1-1,-1 0,0 0,0 0,0 0,0 0,1-3,-1 4,-1 0,0 0,1 0,-1 0,0 0,0 0,0 0,0 1,0-1,0 0,0 0,0 0,0 0,0 0,0 0,-1 0,1 0,0 0,-1 0,1 0,-1 0,1 0,-1 1,1-1,-1 0,1 0,-1 1,0-1,0 0,1 1,-1-1,0 1,0-1,0 1,1-1,-1 1,0-1,0 1,0 0,0 0,-2-1,1 1,0 0,0 0,0 0,0 0,-1 0,1 0,0 1,0-1,0 1,0-1,0 1,0 0,0 0,0 0,0 0,0 0,1 0,-4 3,2-1,0 1,-1 0,1-1,0 1,1 0,-1 1,1-1,0 0,0 1,0-1,1 1,-1 0,1-1,0 1,1 0,-1 0,1 0,0 0,0 0,1 5,0-6,0-1,0 0,0 1,1-1,0 0,-1 0,1 0,0 0,0 0,1 0,-1-1,0 1,1-1,0 1,0-1,0 0,0 0,0 0,0 0,0-1,0 0,1 1,-1-1,0 0,1 0,-1-1,1 1,3-1,5 1,-1-1,0 0,1-1,18-3,6-4</inkml:trace>
  <inkml:trace contextRef="#ctx0" brushRef="#br0" timeOffset="2050.6">1671 367,'-9'3,"-7"5,-3 3,1 3,1 3,3 1,4 1,4 0,5 1,7-1,6-4,6-3,4-5,4-6,0-6,0-6,-5-1</inkml:trace>
  <inkml:trace contextRef="#ctx0" brushRef="#br0" timeOffset="2438.81">1707 73,'0'12,"3"11,4 8,1 4,3 6,1 2,3 4,-1-1,-1-1,-1-3,-4-4,1-7,-5-14,-6-13,-3-14,-1-5</inkml:trace>
  <inkml:trace contextRef="#ctx0" brushRef="#br0" timeOffset="2439.81">1633 238,'9'4,"13"0,15-4,17 0,12-2,3 0,-9 1</inkml:trace>
  <inkml:trace contextRef="#ctx0" brushRef="#br0" timeOffset="3479.33">2075 457,'2'0,"-1"-1,1 1,0-1,-1 0,1 0,0 1,-1-1,1 0,-1 0,1 0,-1-1,1 1,-1 0,0-1,0 1,0 0,0-1,0 1,0-1,0 0,0 1,0-1,-1 0,1 1,-1-1,1 0,-1 0,0 0,0 1,0-3,1 0,0 0,-1 0,1 0,-1-1,-1 1,1 0,0 0,-1 0,0 0,0 0,0 0,-3-6,3 8,1 1,-1-1,0 0,0 1,0-1,-1 1,1-1,0 1,0-1,-1 1,1 0,-1 0,1 0,-1 0,0 0,1 0,-1 0,0 0,1 1,-1-1,0 1,0-1,0 1,0 0,0 0,1 0,-1 0,0 0,0 0,0 0,0 0,0 1,1-1,-1 1,0 0,0-1,1 1,-1 0,-3 2,2 0,0 0,0 0,0 0,0 1,0-1,1 1,-1 0,1-1,0 1,0 0,1 0,-1 1,1-1,0 0,0 0,0 6,0-4,1 0,0 0,0 0,1 0,-1-1,1 1,1 0,-1 0,1-1,0 1,0-1,1 1,-1-1,1 0,0 0,1 0,-1 0,1-1,0 1,0-1,1 0,-1 0,1-1,0 1,0-1,0 0,0 0,0-1,1 0,-1 0,1 0,0 0,-1-1,1 0,0 0,0-1,0 1,0-1,0 0,0-1,-1 0,1 0,10-3,-12 3,0-1,0 0,0-1,0 1,0-1,-1 1,1-1,-1 0,1-1,-1 1,0 0,-1-1,1 0,0 0,-1 0,0 0,0 0,0 0,-1 0,1-1,-1 1,1-8,0 5,-1 0,1 0,-2 1,1-1,-1 0,0 0,0 0,-1 0,0 0,0 1,-1-1,0 0,0 1,-5-10,7 15,0 0,0 0,0 1,-1-1,1 1,0-1,-1 0,1 1,0-1,-1 0,1 1,-1-1,1 1,0-1,-1 1,0-1,1 1,-1 0,1-1,-1 1,1 0,-1-1,0 1,1 0,-1-1,0 1,1 0,-1 0,0 0,1 0,-1 0,0 0,0 0,1 0,-1 0,0 0,1 0,-1 0,0 1,1-1,-1 0,0 0,1 1,-1-1,1 0,-1 1,0-1,0 1,0 1,0 0,0-1,0 1,0 0,1-1,-1 1,0 0,1 0,0 0,-1 0,1 0,0 0,0-1,0 1,0 0,1 4,1 3,1 1,0 0,0-1,1 0,0 0,1 0,0 0,10 11,-13-17,0 0,0 0,1 0,0 0,0 0,-1-1,1 1,1-1,-1 0,0 0,0 0,1-1,-1 1,1-1,0 1,-1-1,1 0,0-1,0 1,-1-1,1 0,0 0,0 0,0 0,4-1,-5 0,0-1,0 1,0-1,0 0,0 0,-1 0,1 0,0 0,-1-1,0 1,1-1,-1 1,0-1,0 0,-1 0,1 0,-1 0,1 0,0-5,0 3,0-1,0 1,-1-1,0 0,0 1,0-1,-1 0,0 0,0 0,-2-8,-2 4,0 12,1 17,5-10,1 0,1-1,-1 1,1-1,1 0,-1 0,1 0,1-1,8 10,-11-14,0 0,0 0,0 0,1 0,-1 0,1-1,0 0,0 0,7 4,-9-6,0 1,0-1,0 0,0 0,0 1,-1-1,1 0,0 0,0-1,0 1,0 0,0-1,0 1,-1-1,1 0,0 1,0-1,-1 0,1 0,-1 0,1 0,-1 0,3-2,-2 0,1 0,-1 1,0-1,0 0,0 0,0-1,-1 1,1 0,-1-1,1 1,-1-1,-1 1,1-1,0-3,0-57,-2 53,1 0,0 0,3-19,-3 29,0 1,0 0,0-1,0 1,0 0,0-1,0 1,0 0,0-1,0 1,1 0,-1-1,0 1,0 0,0-1,1 1,-1 0,0-1,0 1,1 0,-1 0,0 0,1-1,-1 1,0 0,0 0,1 0,-1-1,1 1,-1 0,0 0,1 0,-1 0,0 0,1 0,-1 0,1 0,14 9,10 21,4 21,9 13,-36-61,1 0,0 1,0-1,1 0,-1-1,0 1,1 0,0-1,0 0,0 0,-1 0,2 0,-1-1,4 2,10 0</inkml:trace>
  <inkml:trace contextRef="#ctx0" brushRef="#br0" timeOffset="4065.34">2996 293,'-1'2,"0"0,0 0,0 0,0 0,0 0,0 1,0-1,1 0,-1 0,1 0,0 1,0-1,0 0,0 0,0 1,0-1,0 0,1 0,-1 0,1 1,0 1,20 50,-18-48,4 8,-4-5,0 0,1-1,1 1,-1-1,1 1,1-2,0 1,0 0,0-1,12 10,-17-16,-1-1,1 0,-1 0,0 1,1-1,-1 0,1 0,-1 0,0 0,1 0,-1 1,1-1,-1 0,1 0,-1 0,1 0,-1 0,0 0,1 0,-1 0,1-1,-1 1,1 0,-1 0,0 0,1 0,-1-1,1 1,-1 0,0 0,1-1,-1 1,0 0,1-1,5-18,-8-23,-2 14,2 16,-1-1,1 0,1 0,1 0,0 0,0 0,1 0,1 0,0 0,1 0,5-13,2 5</inkml:trace>
  <inkml:trace contextRef="#ctx0" brushRef="#br0" timeOffset="4416.46">3272 385,'0'10,"0"5,3 5,1 1,4 0,2-3,4-2,1-3,0-11,-4-8,-6-10,-5-1</inkml:trace>
  <inkml:trace contextRef="#ctx0" brushRef="#br0" timeOffset="4417.46">3217 202,'12'3,"8"-2,0-1</inkml:trace>
  <inkml:trace contextRef="#ctx0" brushRef="#br0" timeOffset="5662.98">3364 0,'1'34,"2"0,2 0,13 56,41 97,-41-133,-16-47,0 0,1-1,-1 1,1-1,1 0,-1 0,1 0,0 0,0-1,10 9,-12-12,1 0,0-1,-1 1,1-1,0 0,0 0,0 0,0 0,0 0,0-1,1 0,-1 1,0-1,0 0,0 0,0-1,0 1,1-1,-1 0,0 1,0-1,0-1,-1 1,1 0,0-1,3-2,4-2,-2 0,1 0,-1-1,0 0,0-1,-1 0,0 0,10-15,-14 19,-1-1,1 1,-1-1,0 1,0-1,-1 0,1 0,-1 0,1-7,-2 10,0-1,0 1,0-1,-1 1,1-1,-1 1,1-1,-1 1,0 0,0-1,0 1,0 0,0 0,-1 0,1 0,-1 0,1 0,-1 0,-3-3,4 4,0 0,-1-1,1 1,0 0,-1 0,1 0,-1 0,1 0,-1 1,0-1,1 0,-1 1,0-1,1 1,-1 0,0-1,0 1,1 0,-1 0,0 0,0 0,0 0,1 1,-4 0,2 0,1 1,0-1,-1 1,1 0,0 0,0 0,0 0,0 0,1 0,-1 0,0 1,1-1,0 0,-2 4,0 2,0-1,0 1,1 0,0 0,0 0,1 1,0-1,0 0,1 16,1-19,0-1,0 0,0 0,0 0,1 0,-1 0,1 0,0 0,0-1,1 1,-1-1,1 1,0-1,-1 0,2 0,-1 0,0-1,0 1,1-1,0 1,-1-1,1 0,0-1,0 1,0-1,0 1,0-1,0 0,0-1,1 1,-1-1,0 0,0 0,1 0,-1 0,0-1,0 0,1 0,-1 0,0 0,0-1,0 1,-1-1,1 0,0 0,-1-1,1 1,-1-1,1 0,-1 0,0 0,-1 0,1 0,0 0,1-5,1 1,-1-1,0 0,-1 0,0-1,0 1,-1-1,0 1,-1-1,0 0,0 0,-1 1,0-1,0 0,-1 0,-2-11,2 12,1 8,0 0,0 0,0 0,0 0,0-1,0 1,0 0,0 0,0 0,0-1,0 1,0 0,0 0,0 0,0 0,0-1,0 1,0 0,0 0,0 0,0 0,1-1,-1 1,0 0,0 0,0 0,0 0,0 0,0-1,1 1,-1 0,0 0,0 0,0 0,0 0,1 0,-1 0,0 0,0 0,0 0,0 0,1-1,-1 1,0 0,0 0,0 0,1 0,-1 0,0 1,0-1,1 0,13 7,18 20,-28-24,8 7,38 38,-47-45,-1-1,0 1,0-1,0 1,0 0,0 0,-1 0,0 0,1 1,-1-1,0 0,0 0,-1 1,1-1,-1 1,1 5,-2-8,1 1,-1 0,0-1,1 1,-1 0,0-1,0 1,0-1,0 1,0-1,0 0,0 1,-1-1,1 0,0 0,-1 0,1 0,-1 0,0 0,1 0,-1-1,1 1,-1 0,0-1,0 1,1-1,-1 0,0 0,0 1,1-1,-1 0,-2-1,3 1,-1 0,1 0,0 0,-1 0,1 0,0-1,-1 1,1-1,0 1,0-1,0 1,-1-1,1 1,0-1,0 0,0 0,0 0,0 1,0-1,0 0,1 0,-1 0,0-1,0 1,1 0,-1 0,1 0,-1 0,1-1,-1 1,1 0,0-1,0 1,-1 0,1 0,0-1,0 1,0 0,1-1,-1 1,0 0,0-1,1 1,0-2,1-2,1 0,-1 0,1 0,1 0,-1 0,1 1,-1-1,1 1,0 0,1 1,-1-1,1 1,5-4,-5 4,0 0,-1 0,0 0,1-1,-1 0,-1 1,1-1,0-1,-1 1,0-1,0 1,0-1,-1 0,4-9,-6 13,0 0,0 1,1-1,-1 0,0 1,0-1,0 0,1 1,-1-1,0 1,0-1,1 0,-1 1,1-1,-1 1,1-1,-1 1,0 0,1-1,0 1,-1-1,1 1,-1 0,1-1,-1 1,1 0,0 0,-1-1,1 1,0 0,-1 0,1 0,0 0,-1 0,1 0,0 0,28 15,26 41,-50-50,3 2,-1 1,1 0,-2 0,11 20,-16-28,0 0,-1 0,1 1,-1-1,0 0,1 1,-1-1,0 0,0 1,0-1,0 0,0 1,0-1,0 0,0 1,-1-1,1 0,0 1,-1-1,0 2,-1-2,1 1,-1-1,1 0,-1 0,1 0,-1 0,0 0,1 0,-1 0,0 0,0-1,0 1,0-1,0 1,0-1,0 0,0 0,0 0,-2 0,-43-6,30-4,17 10,1-1,-1 1,0-1,0 0,0 1,1-1,-1 0,0 1,0-1,1 1,-1-1,0 1,1-1,-1 1,1-1,-1 1,1-1,-1 1,1 0,-1-1,1 1,-1 0,1-1,0 1,-1 0,1 0,-1-1,1 1,0 0,0 0,13-5,-1 2,1-1,-1 1,19 0,44-11,-72 13,1-1,-1 1,1-1,-1 0,0 0,0-1,0 1,0-1,0 0,-1 0,1 0,4-6,-6 7,-1-1,1 1,-1-1,0 0,0 1,0-1,0 0,0 0,-1 0,1 0,-1 1,0-1,0 0,0 0,0 0,-1 0,1 0,-1 0,1 1,-1-1,0 0,0 0,0 1,0-1,-1 1,1-1,-1 1,0-1,0 1,1 0,-5-3,5 4,0-1,-1 1,1 0,-1 0,1 0,-1 0,0 0,1 0,-1 0,0 1,1-1,-1 0,0 1,0 0,0-1,0 1,0 0,0 0,1 0,-1 0,0 0,0 1,0-1,0 0,1 1,-1 0,0-1,0 1,1 0,-1 0,0 0,1 0,-1 0,1 0,-1 0,1 1,0-1,-1 1,1-1,0 1,0-1,0 1,0-1,0 1,1 0,-1 0,-1 3,0-1,1 0,-1 0,1 0,-1 0,1 0,0 0,1 1,-1-1,1 0,0 1,0-1,0 0,0 1,1-1,0 0,0 0,0 1,2 4,0-4,0 0,0 0,0 0,1 0,0-1,0 1,0-1,0 0,1-1,0 1,10 5,-1-1,1-1,0-1,1 0,-1-1,1-1,0 0,0-1,26 1,1-3</inkml:trace>
  <inkml:trace contextRef="#ctx0" brushRef="#br0" timeOffset="6020.95">3494 147,'12'0,"21"0,16 0,13 3,5 1,-9 0</inkml:trace>
  <inkml:trace contextRef="#ctx0" brushRef="#br0" timeOffset="6723.25">4838 404,'11'-6,"-1"0,1-1,-1 0,0-1,-1 0,0-1,10-12,-15 18,-1-1,0 0,-1 0,1 1,-1-1,0-1,0 1,0 0,0-1,-1 1,1-1,-1 1,0-1,-1 1,1-1,-1 0,0 1,0-1,-1 0,1 1,-1-1,-1-5,2 9,0 0,-1 0,1 0,0-1,0 1,-1 0,1 0,-1 0,1 0,-1 0,1 0,-1 0,0 0,1 0,-1 0,0 0,0 0,0 1,0-1,0 0,0 1,0-1,0 0,0 1,0-1,0 1,0 0,0-1,0 1,0 0,-1 0,1 0,0-1,0 1,0 0,-1 1,1-1,0 0,0 0,0 0,0 1,0-1,0 0,-1 1,1-1,0 1,0 0,0-1,0 1,0 0,1 0,-1-1,0 1,0 0,0 0,1 0,-2 1,-3 4,1-1,-1 1,1 1,0-1,0 0,1 1,-5 12,5-7,0 0,1 0,0 0,1 1,1-1,0 1,0-1,4 20,-4-29,1 0,0 0,0 0,0 0,0 0,0-1,1 1,0 0,-1-1,1 1,0-1,0 1,0-1,0 0,0 0,4 3,-3-4,1 0,-1 0,0 0,0 0,0 0,1-1,-1 1,0-1,1 0,-1 0,0 0,1-1,-1 1,0-1,0 0,1 1,-1-1,5-3,-3 2,-1 0,1 0,0-1,-1 1,1-1,-1 0,0 0,0-1,0 0,-1 1,1-1,-1 0,0 0,0-1,0 1,-1-1,1 1,-1-1,2-8,1-5,-1 1,-1-1,-1 0,0-22,-2 39,0-1,0 1,0 0,0 0,0 0,0 0,0 0,0 0,0 0,0 0,0 0,1 0,-1 0,1 0,-1 0,1 0,-1 0,1 0,-1 1,1-1,0 0,-1 0,1 0,0 1,0-1,-1 0,1 1,0-1,0 1,0-1,0 1,0-1,0 1,1-1,1 2,0-1,-1 1,1 0,0-1,-1 1,1 0,-1 0,1 1,-1-1,1 1,-1-1,4 4,10 8,-1 1,20 23,-27-26,0 0,0 0,-1 1,0-1,6 19,-11-26,-1-1,0 0,0 1,0-1,-1 1,1-1,-1 1,0-1,0 1,0-1,-2 7,2-9,-1 1,0 0,1-1,-1 1,0-1,0 1,0-1,0 1,-1-1,1 0,0 1,-1-1,1 0,0 0,-1 0,1 0,-1 0,0-1,1 1,-1 0,0-1,1 1,-1-1,-2 1,0-1,0 1,0-1,0 0,-1-1,1 1,0-1,0 1,0-1,1-1,-1 1,0 0,0-1,1 0,-1 0,1 0,-1 0,1 0,0-1,0 0,0 1,-4-6,-8-11</inkml:trace>
  <inkml:trace contextRef="#ctx0" brushRef="#br0" timeOffset="7108.25">5242 53,'3'33,"1"-1,2 0,2 0,0-1,16 36,-17-45,3 8,-8-18,2-1,-1 0,1 0,1 0,0 0,0-1,1 0,8 10,-23-58,5 23,1-1,0 0,1 0,1 0,1-20,0 31,1 1,-1 0,1 0,0 0,0 0,1 0,-1 0,1 0,0 0,0 0,0 0,1 1,-1 0,1-1,0 1,0 0,0 0,0 0,0 1,1-1,-1 1,1-1,0 1,7-2,27-8,-2 4</inkml:trace>
  <inkml:trace contextRef="#ctx0" brushRef="#br0" timeOffset="7466.9">5830 238,'10'4,"5"3,1 1</inkml:trace>
  <inkml:trace contextRef="#ctx0" brushRef="#br0" timeOffset="7812.3">5922 440,'3'0,"1"0</inkml:trace>
  <inkml:trace contextRef="#ctx0" brushRef="#br0" timeOffset="8478.21">622 974,'3'4,"4"3,4 4,4 4,-1 2,0 1,0 0,2 5,1 0,1 0,0-4,-3-2,0-4,-4-7,-6-8,-7-7,-4-2</inkml:trace>
  <inkml:trace contextRef="#ctx0" brushRef="#br0" timeOffset="8820.41">769 938,'-3'9,"-1"7,-3 6,-1 3,-1 3,-3 1,1-3,2-1,3-3,-1-4,1-10,1-4</inkml:trace>
  <inkml:trace contextRef="#ctx0" brushRef="#br0" timeOffset="9192.46">585 1084,'16'-3,"11"-4,10-2,12 2,7 2,0 1,-10 2</inkml:trace>
  <inkml:trace contextRef="#ctx0" brushRef="#br0" timeOffset="9551.43">1210 773,'2'23,"1"1,1-1,1 0,17 44,-1 3,-12-38,-4-15,0 1,-1 0,0 0,-2 1,1 33,-3-52,0 1,0-1,0 0,0 1,0-1,1 0,-1 1,0-1,0 1,0-1,-1 0,1 1,0-1,0 1,0-1,0 0,0 1,0-1,0 0,-1 1,1-1,0 0,0 1,0-1,-1 0,1 1,0-1,-1 0,1 0,0 1,0-1,-1 0,1 0,-1 0,1 1,-9-14,-3-23,11 31,-4-11,2 0,0 0,0 0,2 0,0-23,1 36,0-1,0 1,1 0,0-1,0 1,-1 0,2 0,-1-1,0 1,1 0,-1 0,1 1,0-1,0 0,0 0,1 1,-1 0,0-1,1 1,0 0,-1 0,1 0,0 0,0 1,0-1,0 1,0 0,1 0,-1 0,0 0,0 1,1-1,3 1,64 1,-38 3</inkml:trace>
  <inkml:trace contextRef="#ctx0" brushRef="#br0" timeOffset="10437.61">1654 1011,'-4'-2,"1"-1,-1 1,1 0,-1 0,0 0,0 1,0-1,0 1,0 0,0 0,-1 0,1 1,0-1,0 1,-1 0,1 0,0 1,0-1,-1 1,1 0,-6 2,6-1,0 1,1-1,-1 1,1 0,0 0,0 0,0 0,0 0,0 1,1-1,-1 1,1 0,0-1,0 1,0 0,1 0,0 1,0-1,0 0,0 0,0 6,0-5,1 1,0 0,0 0,0 0,1-1,0 1,0 0,0-1,1 1,-1 0,2-1,-1 0,0 1,1-1,0 0,0-1,7 9,-8-11,0 0,1 1,-1-1,1 0,0 0,0 0,0-1,-1 1,2-1,-1 1,0-1,0 0,0 0,0 0,1-1,-1 1,0-1,1 0,-1 0,0 0,1 0,-1-1,0 1,1-1,-1 0,0 0,0 0,0 0,0 0,0-1,5-3,-4 2,1 0,-2-1,1 1,0-1,-1 0,0 0,0 0,0 0,0-1,0 1,-1-1,0 0,0 0,-1 0,1 0,-1 0,1-6,-1 5,0-1,0 1,-1-1,0 0,0 0,-1 1,0-1,0 1,0-1,-1 1,0-1,-5-10,-4 5,5 21,8 26,4-20,1 0,0-1,10 16,-13-24,0 0,0-1,0 0,0 0,1 0,0 0,0-1,0 1,1-1,5 3,-10-7,0 1,-1-1,1 0,0 1,-1-1,1 0,0 0,0 0,-1 0,1 0,0 0,-1 0,1 0,0 0,0 0,-1 0,1 0,0-1,-1 1,1 0,0 0,-1-1,1 1,0-1,-1 1,1 0,-1-1,1 1,0-1,11-24,-3-31,-9 54,0-31,0 24,0 1,0-1,1 0,0 1,3-12,-4 20,0-1,0 1,0-1,0 1,0-1,1 1,-1-1,0 1,0-1,0 1,1-1,-1 1,0-1,1 1,-1 0,0-1,1 1,-1 0,1-1,-1 1,1 0,-1-1,1 1,-1 0,0 0,1 0,-1-1,1 1,0 0,-1 0,1 0,-1 0,1 0,-1 0,1 0,-1 0,1 0,0 0,20 17,12 31,-32-47,40 89,-44-98,-1 0,1 0,1 0,0-1,0 1,0-1,1 1,0-1,1 0,1-14,-1 21,0-1,0 1,0 0,1-1,-1 1,1 0,0-1,-1 1,1 0,0 0,0 0,1 0,-1 0,0 0,1 0,-1 0,1 0,-1 0,1 1,0-1,0 1,0-1,0 1,0 0,0 0,0 0,0 0,1 0,-1 0,0 0,0 1,1-1,-1 1,1 0,-1 0,0 0,1 0,-1 0,0 0,1 1,-1-1,3 2,5 1,0 0,0 1,-1 0,1 1,-1 0,-1 0,1 1,-1 0,1 1,-2-1,1 2,-1-1,0 1,-1 0,0 0,10 18,-8-9</inkml:trace>
  <inkml:trace contextRef="#ctx0" brushRef="#br0" timeOffset="11982.48">2332 1011,'-1'-2,"0"-1,-1 0,1 0,-1 1,0-1,0 1,0 0,0-1,0 1,0 0,0 0,-5-2,6 3,0 1,0 0,0 0,0 0,0 0,-1 0,1 0,0 0,0 0,0 1,0-1,0 0,0 1,-1-1,1 1,0-1,0 1,0-1,0 1,1 0,-1-1,0 1,0 0,0 0,0 0,1 0,-1 0,0 0,1 0,-1 0,1 0,-1 0,1 0,0 0,-1 0,1 2,-3 5,0 1,0-1,1 1,1 0,-1 0,1 14,1-20,0 0,0 1,0-1,1 0,0 0,-1 0,1 0,0 0,0 0,2 3,-2-5,-1 0,1 0,0 0,-1 0,1-1,0 1,0 0,0 0,0-1,0 1,-1-1,1 1,0-1,1 1,-1-1,0 1,0-1,0 0,0 0,0 0,0 1,0-1,0 0,0 0,1-1,-1 1,2 0,0-1,0 0,0-1,-1 1,1 0,0-1,0 1,-1-1,1 0,-1 0,0 0,1 0,-1-1,0 1,0 0,-1-1,1 0,0 1,-1-1,2-3,20-61,-19 54,-3 28,0-1,2 1,0-1,0 0,7 18,-1-1,-6-21,21 100,-22-101,-1-1,-1 1,0-1,0 1,0 0,-1-1,0 1,-1-1,0 1,-5 12,6-18,0-1,0 0,-1 1,1-1,-1 0,1 0,-1 0,0 0,0 0,0 0,0-1,0 1,0-1,-1 1,1-1,0 0,-1 0,1 0,-1 0,1 0,-1 0,0-1,1 1,-1-1,0 0,1 0,-1 0,0 0,1 0,-1-1,0 1,1-1,-1 0,1 0,-1 0,1 0,-1 0,1 0,0 0,-1-1,1 0,0 1,0-1,0 0,0 0,0 0,1 0,-1 0,1 0,-1-1,1 1,0 0,0-1,-2-3,2 1,0 0,0 0,0 0,0 0,1 0,-1 0,1 0,1 0,-1 0,1 1,-1-1,2 0,-1 0,0 0,1 0,0 1,0-1,0 1,1 0,-1-1,1 1,0 0,1 0,-1 1,4-4,10-7,0 2,1 0,0 0,35-15,-32 18,-1-2,33-23,-48 30,0-1,0 0,0 0,-1 0,0-1,0 1,0-1,-1 0,0 0,3-9,-5 14,0-1,-1 0,1 0,-1 0,0 1,0-1,0 0,0 0,0 0,0 1,0-1,0 0,-1 0,1 0,-1 1,1-1,-1 0,0 0,0 1,0-1,0 1,0-1,0 1,0-1,0 1,-1 0,1-1,0 1,-1 0,1 0,-1 0,1 0,-1 0,0 0,1 1,-1-1,0 1,0-1,1 1,-1-1,0 1,-2 0,2-1,0 1,0-1,0 1,1 0,-1 0,0 0,0 0,0 0,0 0,0 0,1 1,-1-1,0 1,0-1,0 1,1 0,-1-1,0 1,1 0,-1 0,1 0,-1 0,1 1,0-1,-1 0,1 1,0-1,0 1,0-1,0 1,0-1,0 1,0 0,0-1,1 1,-1 0,1 0,-1 0,1-1,0 1,0 0,0 0,0 0,0 2,0 5,0-1,1 0,-1 0,2 0,-1 1,1-1,0 0,7 14,-5-16,-1 0,1-1,1 1,-1-1,1 0,0-1,0 1,0-1,11 7,-13-9,-1 0,0-1,1 0,-1 0,1 1,-1-1,1-1,-1 1,1 0,0-1,0 1,-1-1,1 0,0 0,0 0,-1 0,1 0,0-1,-1 1,1-1,0 0,-1 0,1 0,-1 0,1 0,-1 0,3-2,-3 1,0-1,0 1,-1 0,1 0,-1-1,1 1,-1-1,0 1,0-1,0 0,0 1,0-1,-1 0,1 0,-1-4,0-51,-1 13,1 43,0 1,0-1,0 0,0 1,0-1,1 1,-1-1,0 1,1-1,-1 1,1-1,-1 1,1-1,0 1,0-1,0 1,-1 0,1 0,0-1,1 1,-1 0,0 0,0 0,0 0,2-1,-1 3,-1-1,1 0,-1 1,1-1,0 1,-1-1,0 1,1 0,-1-1,1 1,-1 0,0 0,0 0,1 0,-1 0,0 1,0-1,0 0,1 2,7 10,0 0,-1 1,11 24,-5 2,-11-34,-10-27,5 16,0-1,1 1,0-1,0 0,0 1,1-1,0 0,0 0,0 1,1-1,-1 0,4-9,-3 13,-1 1,1-1,0 1,0-1,0 1,0-1,0 1,0 0,0-1,0 1,0 0,1 0,-1 0,0 0,1 0,-1 0,1 0,2 0,-1 0,0 1,-1-1,1 1,0 0,0 0,0 0,0 0,0 1,0-1,0 1,0 0,-1-1,1 1,3 2,2 2,0 0,-1 1,1-1,-1 1,-1 1,1-1,-1 1,0 0,-1 1,0 0,8 15,-3-4</inkml:trace>
  <inkml:trace contextRef="#ctx0" brushRef="#br0" timeOffset="12356.63">2940 773,'33'93,"-14"-46,-3 1,16 82,-33-133,-2-1,1 0,0 0,0-1,0 1,0-1,1 1,0-1,0 0,0 1,0-1,1 0,0 0,0 1,0-1,1 0,-1 0,3-5,-2 7,1 1,-1-1,1 1,0-1,0 1,0 0,0 0,1 0,-1 0,0 0,1 0,0 1,-1-1,1 1,0-1,0 1,3-1,53-7,-32 8</inkml:trace>
  <inkml:trace contextRef="#ctx0" brushRef="#br0" timeOffset="12981.45">3677 1030,'-2'-3,"-1"0,0 1,1-1,-1 1,-1-1,1 1,0 0,0 0,-1 0,1 1,-1-1,1 1,-1 0,0 0,0 0,1 0,-1 1,0 0,0-1,0 1,0 1,1-1,-1 0,-4 2,4 0,1 0,-1 0,1 0,-1 0,1 0,0 1,0 0,0-1,0 1,0 1,1-1,-1 0,1 0,0 1,0-1,0 1,1 0,-1 0,1-1,0 1,0 0,-1 7,2-8,-1 1,1-1,-1 0,1 0,0 1,1-1,-1 0,0 1,1-1,0 0,0 0,0 0,0 0,0 0,0 0,1 0,0 0,2 3,-3-5,0 0,1 0,-1 0,0 0,1 0,-1-1,1 1,-1 0,1-1,-1 1,1-1,0 0,-1 1,1-1,-1 0,1 0,0 0,-1 0,1-1,-1 1,1 0,0 0,-1-1,1 1,-1-1,1 0,-1 1,1-1,-1 0,0 0,1 0,-1 0,0 0,0 0,0 0,0-1,2-1,4-5,0 0,0-1,0 0,-2 0,1 0,-1-1,0 0,3-12,-7 22,-1 0,0 0,1 0,-1 0,1-1,-1 1,1 0,-1 0,0 0,1 0,-1 0,1 0,-1 0,1 0,-1 0,0 0,1 0,-1 1,1-1,-1 0,0 0,1 0,-1 0,1 1,-1-1,0 0,1 0,-1 1,0-1,1 0,-1 1,0-1,0 0,1 1,-1-1,0 0,0 1,0-1,1 1,-1-1,0 1,20 24,-15-18,-4-5,33 35,-32-36,-1 0,0 1,1-1,0 0,-1 0,1 0,-1 0,1 0,0 0,0-1,0 1,0 0,-1-1,1 1,0-1,0 0,0 0,0 0,0 0,0 0,0 0,3-1,4-4</inkml:trace>
  <inkml:trace contextRef="#ctx0" brushRef="#br0" timeOffset="13356.62">3511 716,'12'9,"14"7,12 3,8 2,-2-3</inkml:trace>
  <inkml:trace contextRef="#ctx0" brushRef="#br0" timeOffset="13714.43">4062 793,'0'3,"3"7,2 9,-1 10,-1 6,2 4,1 1,-1 0,1-3,1-5,-2-5,-1-4,-2-9,0-10,-2-8,0-8,0-1</inkml:trace>
  <inkml:trace contextRef="#ctx0" brushRef="#br0" timeOffset="14117.33">4377 973,'-5'-2,"0"-1,-1 1,0 0,1 0,-1 0,0 1,0 0,0 0,0 1,0 0,0 0,0 0,0 0,0 1,0 0,-9 3,12-2,0-1,0 1,1-1,-1 1,1 0,-1 0,1 0,0 1,0-1,-1 0,2 1,-1-1,0 1,0 0,1 0,0 0,-1 0,1 0,0 0,1 0,-1 0,0 0,1 0,0 0,0 0,0 0,0 1,0-1,0 0,1 0,0 0,2 6,-2-5,0-1,0 1,0-1,1 1,0-1,0 1,0-1,0 0,0 0,1 0,-1 0,1-1,0 1,0-1,0 1,0-1,0 0,0 0,1-1,-1 1,1-1,-1 1,1-1,0 0,-1 0,1-1,0 1,0-1,-1 0,1 0,0 0,0 0,0-1,-1 1,1-1,4-2,-4 2,0 0,1 0,-1-1,0 0,-1 1,1-2,0 1,0 0,-1-1,0 1,1-1,-1 0,5-7,-6 8,-1 0,1-1,-1 0,0 1,1-1,-2 0,1 0,0 1,0-1,-1 0,0 0,1 0,-1 0,0 0,0 0,-1 0,1 1,-1-1,1 0,-1 0,0 0,-1-3,-6-6,5 17,10 26,-2-24,0 0,1 0,-1 0,1-1,0 0,1 0,-1-1,13 8,8 4</inkml:trace>
  <inkml:trace contextRef="#ctx0" brushRef="#br0" timeOffset="14521.74">4780 716,'0'9,"0"7,3 6,2 6,2 5,0 2,3 2,1 1,1 0,-4 1,2-5,-2-4,-2-4,-2-9,-5-12,-2-9,-1-4</inkml:trace>
  <inkml:trace contextRef="#ctx0" brushRef="#br0" timeOffset="14866.46">4725 919,'19'-4,"15"0,12 0,7 1,1 4,-3 1,-9 2</inkml:trace>
  <inkml:trace contextRef="#ctx0" brushRef="#br0" timeOffset="15256.18">5130 1085,'-9'-6,"-7"-6,0-3,2-2,4-2,7-1,7 0,5 4,6 4,2 4,5 4,4 2,2 2,-4 0</inkml:trace>
  <inkml:trace contextRef="#ctx0" brushRef="#br0" timeOffset="15690.73">5352 922,'-6'2,"0"1,0 1,0-1,0 1,1 0,-1 1,1-1,0 1,0 0,1 0,-7 10,10-14,0 1,-1 0,1-1,0 1,0 0,0 0,0-1,0 1,0 0,1 0,-1 0,1 0,-1 0,1 0,0 0,0 1,0-1,0 0,0 0,0 0,0 0,1 0,-1 0,1 0,0 0,-1 0,1 0,0 0,0-1,0 1,0 0,1 0,-1-1,0 1,1-1,-1 1,1-1,0 0,-1 1,1-1,2 1,-2-1,1 0,-1-1,1 1,-1-1,0 1,1-1,-1 0,1 0,-1 0,1 0,-1 0,0-1,1 1,-1-1,1 0,-1 1,0-1,0 0,1-1,-1 1,0 0,0 0,0-1,0 1,-1-1,1 0,0 0,-1 1,1-1,-1 0,2-3,0 2,-1 0,0 0,1-1,-2 1,1-1,0 1,-1-1,1 1,-1-1,0 0,0 0,-1 0,1 0,-1 0,0 1,0-1,0 0,-1-7,2 14,1 3,0 0,0-1,0 0,0 1,1-1,0 0,0 0,1 0,-1-1,1 1,0-1,0 0,1 0,5 4,38 16,-27-17</inkml:trace>
  <inkml:trace contextRef="#ctx0" brushRef="#br0" timeOffset="16264.85">5573 848,'13'45,"3"0,35 70,1 3,-50-113,0-1,0 0,-1 1,0-1,0 1,0-1,0 1,-1 0,0-1,0 8,-1-10,1 0,-1-1,0 1,0-1,0 1,0-1,0 1,0-1,0 1,-1-1,1 0,0 0,-1 0,1 0,-1 0,0 0,1 0,-1 0,1 0,-1-1,0 1,0-1,1 1,-1-1,0 0,0 0,0 0,1 0,-3 0,-6 1,1-1,-1-1,1 1,-1-2,1 1,-1-1,1-1,-13-4,20 6,0 0,-1 1,1-1,0 0,0-1,0 1,0 0,0-1,0 1,0-1,0 1,1-1,-1 0,0 0,1 0,0 0,-1 0,1 0,0 0,0 0,0-1,1 1,-1 0,0 0,1-1,-1 1,1-1,0 1,0 0,0-1,0 1,0-1,1 1,-1 0,1-1,-1 1,1 0,2-4,-1 1,1 0,0 0,0 0,0 1,1-1,-1 1,1 0,0 0,1 1,-1-1,0 1,7-4,68-30,-62 31,-1-1,-1-1,20-12,12-24,-45 41,1 0,0 0,-1-1,0 1,0-1,0 0,0 1,-1-1,0 0,1 0,-1 0,-1 0,2-5,-3 7,1 1,0 0,-1-1,1 1,-1 0,1-1,-1 1,0 0,1 0,-1-1,0 1,0 0,0 0,0 0,0 0,0 0,0 0,-1 0,1 1,0-1,0 0,-1 1,1-1,0 1,-1-1,1 1,-1 0,1-1,0 1,-1 0,1 0,-1 0,1 0,-3 1,-1-2,0 1,1 1,-1-1,0 1,0 0,1 0,-1 0,1 1,-8 2,10-3,0 1,-1-1,1 0,0 1,-1-1,1 1,0 0,0 0,0 0,0 0,1 0,-1 0,1 0,-1 0,1 1,0-1,-1 1,1-1,1 1,-1-1,0 1,1 0,-1-1,1 1,0 0,0-1,0 1,0 0,0 0,0-1,1 1,0 0,1 3,0-2,0 0,1 0,0-1,0 1,0-1,0 1,0-1,1 0,-1 0,1-1,0 1,0-1,0 0,0 0,1 0,-1 0,0-1,10 2,18 2,-1-2</inkml:trace>
  <inkml:trace contextRef="#ctx0" brushRef="#br0" timeOffset="16612.46">5996 885,'-10'9,"-6"7,0 3,6 2,4 0,6 0,10-4,10-4,3-5,5-4,-2-2</inkml:trace>
  <inkml:trace contextRef="#ctx0" brushRef="#br0" timeOffset="16985.84">6089 625,'0'12,"0"11,3 8,5 4,0 3,2 1,0 1,1-1,-2-1,2-3,-2-5,-3-10,-4-16,-4-10,0-6</inkml:trace>
  <inkml:trace contextRef="#ctx0" brushRef="#br0" timeOffset="16986.84">6034 791,'12'0,"17"0,13 3,9 1,-5 0</inkml:trace>
  <inkml:trace contextRef="#ctx0" brushRef="#br0" timeOffset="17359.68">6346 865,'-11'16,"6"-10,0 1,0 0,1 0,0 0,1 0,0 1,-3 8,6-14,0 1,0-1,0 0,0 0,0 0,0 0,1 0,-1 0,1 1,-1-1,1 0,0 0,0 0,0-1,0 1,0 0,0 0,1 0,-1-1,1 1,-1-1,1 1,-1-1,1 0,0 1,0-1,0 0,0 0,-1 0,1-1,0 1,4 1,2 0,1 1,-1-1,0 0,1-1,-1 0,0 0,1-1,11-1,-16 1,1 0,-1-1,0 1,0-1,0 0,0 0,-1 0,1-1,0 0,0 1,-1-1,1-1,-1 1,0 0,1-1,-1 1,0-1,-1 0,4-5,-5 6,0 1,0-1,0 0,-1 0,1-1,-1 1,0 0,1 0,-1 0,0 0,0 0,0 0,-1 0,1 0,0-1,-1 1,0 0,1 0,-1 0,0 0,0 1,0-1,0 0,0 0,0 1,-1-1,1 0,-1 1,-2-3,1 1,-1 0,0-1,1 1,-2 1,1-1,0 0,0 1,-1 0,1 0,-1 1,-7-3,3 5,4 2</inkml:trace>
  <inkml:trace contextRef="#ctx0" brushRef="#br0" timeOffset="17716.87">6566 864,'0'12,"3"8,1 4,3 0,1-1,-2 0,2-5,-1-8,-2-13,-4-11,-2-7,-2 0</inkml:trace>
  <inkml:trace contextRef="#ctx0" brushRef="#br0" timeOffset="17717.87">6566 661,'0'10,"0"2</inkml:trace>
  <inkml:trace contextRef="#ctx0" brushRef="#br0" timeOffset="18352.59">6733 973,'-4'-1,"1"0,0-1,0 0,1 0,-1 0,0 0,0 0,1 0,0-1,-1 1,1-1,0 0,0 1,0-1,1 0,-1 0,1 0,-1-1,1 1,0 0,0 0,1-1,-1 1,1-1,-1 1,1 0,0-1,1 1,-1-1,0 1,1 0,0-1,0 1,0 0,0 0,0-1,1 1,-1 0,1 0,0 1,0-1,0 0,0 0,1 1,-1 0,1-1,-1 1,1 0,0 0,0 0,0 1,0-1,0 1,0-1,0 1,1 0,-1 0,0 1,1-1,-1 1,0 0,1-1,-1 1,1 1,-1-1,1 0,-1 1,5 1,-5-1,0 0,1 1,-1-1,0 1,0-1,0 1,-1 0,1 0,0 0,-1 1,1-1,-1 1,0-1,4 5,-6-6,1 0,-1 0,1 0,-1 0,0 0,1 0,-1 1,0-1,0 0,0 0,1 0,-1 0,0 0,-1 1,1-1,0 0,0 0,0 0,-1 0,1 0,-1 0,1 0,-1 0,1 0,-1 0,1 0,-1 0,0 0,1 0,-1 0,0 0,0-1,0 1,0 0,0-1,0 1,0 0,0-1,0 1,0-1,0 0,0 1,0-1,-2 0,2 0,0 0,0 1,0-1,0 0,1 0,-1 0,0 1,0-1,0 0,0 1,1-1,-1 1,0-1,1 1,-1-1,0 1,1-1,-1 1,0 0,1-1,-1 1,1 0,-1 0,1-1,0 1,-1 0,1 0,0 0,0 0,-1-1,1 1,0 1,1 0,0-1,0 1,0-1,0 0,0 1,1-1,-1 0,0 0,1 0,-1 0,1 0,-1 0,1-1,2 2,65 21,-52-19,0 0,1-1,0-1,29-1,-42-1,-1 0,0 0,1 0,-1-1,0 0,1 1,-1-2,0 1,0 0,0-1,0 0,0 0,0 0,-1 0,1-1,0 1,-1-1,0 0,0 0,0 0,0-1,0 1,-1-1,4-5,-6 8,1 0,-1 0,1 0,-1-1,1 1,-1 0,0 0,0-1,0 1,0 0,0 0,0-1,0 1,0 0,0 0,0-1,-1 1,1 0,-1 0,1 0,-1 0,1-1,-1 1,1 0,-1 0,0 0,0 0,-1-1,0 0,0 1,0 0,0 0,0 0,0 0,0 0,0 1,0-1,0 1,-1-1,1 1,0 0,0 0,0 0,-3 0,3 0,0 0,0 0,1 0,-1 0,0 0,0 1,1-1,-1 1,0-1,1 1,-1-1,1 1,-1 0,1 0,-1 0,1 0,-1 0,1 0,0 0,0 1,0-1,-1 0,1 1,0-1,1 1,-1-1,0 1,0-1,1 1,-1-1,1 1,-1 0,1 0,0-1,-1 1,1 0,0-1,0 1,0 0,1 0,-1-1,0 1,1 0,-1-1,1 1,1 3,0-2,0 1,0-1,1 1,-1-1,1 0,0 0,0 0,0-1,0 1,1-1,-1 1,1-1,-1 0,1 0,0-1,0 1,7 1,-1 0,0-1,1 0,-1-1,1 0,18-1,-4-2</inkml:trace>
  <inkml:trace contextRef="#ctx0" brushRef="#br0" timeOffset="18707.59">5480 605,'0'0</inkml:trace>
  <inkml:trace contextRef="#ctx0" brushRef="#br0" timeOffset="19554.45">677 1581,'9'6,"7"9,3 4,2 3,0 3,0 1,0-1,-2 2,1-1,-2-5,1-3,-4-7,-4-9,-7-8,-4-9,-2-2</inkml:trace>
  <inkml:trace contextRef="#ctx0" brushRef="#br0" timeOffset="19896.61">860 1581,'-9'12,"-4"8,-2 3,1 1,3 3,4 0,3-2,-2-2,1-1,2-9,0-5</inkml:trace>
  <inkml:trace contextRef="#ctx0" brushRef="#br0" timeOffset="20275.11">732 1692,'13'0,"10"0,10 0,7 0,2 0,-6 0</inkml:trace>
  <inkml:trace contextRef="#ctx0" brushRef="#br0" timeOffset="63219.72">696 2078,'13'9,"0"0,-1 1,20 20,8 18,-27-30,1-1,0-1,19 15,-33-31,0 1,0-1,0 0,0 0,1 0,-1 0,0 0,0 0,0 0,0 0,1 0,-1 0,0 0,0 0,0 0,0 0,1 0,-1-1,0 1,0 0,0 0,0 0,0 0,1 0,-1 0,0 0,0 0,0 0,0-1,0 1,0 0,0 0,1 0,-1 0,0 0,0-1,0 1,0 0,0 0,0 0,0 0,0 0,0-1,0 1,0 0,0 0,0 0,0 0,0-1,0 1,0 0,0 0,0 0,0 0,0-1,0 1,0 0,0 0,-1 0,1-1,0-8</inkml:trace>
  <inkml:trace contextRef="#ctx0" brushRef="#br0" timeOffset="63561.15">879 2024,'-3'12,"-1"8,0 3,-2 1,-1 3,-1-1,-3 0,0-3,-1 2,2-1,2-1,3-8,2-9,1-9,2-10,0-3</inkml:trace>
  <inkml:trace contextRef="#ctx0" brushRef="#br0" timeOffset="63907.56">677 2188,'12'0,"14"-3,12-1,6-3,4-1,1 2,-5 2,-7 0,-10 3</inkml:trace>
  <inkml:trace contextRef="#ctx0" brushRef="#br0" timeOffset="65094.36">1468 2041,'-6'-1,"-1"-1,0 1,1 0,-1 1,0 0,0 0,0 0,1 1,-1 0,-11 3,14-3,0 0,0 0,0 0,0 1,1-1,-1 1,0 0,1 0,0 1,-1-1,1 1,0-1,0 1,1 0,-1 0,0 0,1 1,0-1,-2 5,3-7,1 0,0 0,0 0,0 0,0 0,0 0,0 0,0 0,0 0,0 0,1 0,-1 0,0-1,1 1,-1 0,1 0,-1 0,1 0,-1 0,1 0,-1-1,1 1,0 0,0 0,-1-1,1 1,0-1,0 1,0 0,-1-1,1 0,0 1,0-1,2 1,37 12,-32-11,5 2,0 0,0 1,0 0,-1 1,23 15,-32-20,-1 1,1 0,-1-1,0 1,0 0,0 0,0 0,0 0,0 0,0 0,-1 1,1-1,-1 1,0-1,0 1,1 0,-2-1,1 1,0 0,0 0,-1-1,0 1,0 0,1 0,-2 0,1 0,0-1,0 1,-1 0,0 0,1-1,-1 1,0 0,0-1,-3 6,2-6,0 1,0-1,-1 1,1-1,-1 0,1 0,-1 0,1 0,-1-1,0 1,0-1,0 1,0-1,0 0,0 0,0 0,-1-1,1 1,0-1,0 0,0 0,-1 0,1 0,0 0,0-1,-1 1,-4-3,3 2,1 0,-1 0,0-1,1 0,0 0,-1 0,1-1,0 1,0-1,0 0,1 0,-1 0,1-1,-1 1,1-1,0 0,-4-8,1-3</inkml:trace>
  <inkml:trace contextRef="#ctx0" brushRef="#br0" timeOffset="65454.56">1615 1950,'3'12,"1"8,3 3,1 2,1-2,0 0,-2-5</inkml:trace>
  <inkml:trace contextRef="#ctx0" brushRef="#br0" timeOffset="66369.59">1910 2151,'-3'-2,"0"0,0 0,-1 1,1-1,-1 1,1 0,-1 0,1 0,-1 0,0 0,1 1,-1 0,0 0,0 0,1 0,-1 0,0 1,1 0,-1 0,0 0,1 0,-1 0,1 1,0-1,-1 1,1 0,0 0,0 0,0 1,0-1,1 1,-1-1,1 1,-5 6,4-5,0 0,1 0,-1 0,1 0,0 1,0-1,0 1,1-1,0 1,0 0,0 0,0-1,1 1,0 0,0 0,0 0,0-1,1 1,0 0,0 0,0-1,0 1,1-1,0 1,0-1,5 8,-7-10,1 0,0-1,0 1,0-1,1 0,-1 1,0-1,0 0,1 1,-1-1,1 0,-1 0,1 0,-1 0,1-1,-1 1,1 0,0-1,0 1,-1-1,1 1,0-1,0 0,0 0,-1 0,1 0,0 0,0 0,0 0,-1-1,1 1,0-1,0 1,-1-1,1 0,0 1,-1-1,1 0,-1 0,1 0,-1 0,1-1,-1 1,0 0,0-1,0 1,2-2,1-3,0 1,0-1,0 0,-1 0,0 0,0-1,-1 1,1-1,-1 0,-1 1,2-9,-5-22,2 35,0 1,-1-1,1 1,0-1,-1 0,1 1,-1-1,0 1,0 0,1-1,-1 1,0 0,0-1,0 1,0 0,0 0,0 0,-1 0,-1-2,2 3,0 0,1 1,-1-1,0 0,1 0,-1 1,0-1,1 0,-1 1,0-1,1 1,-1-1,1 1,-1-1,1 1,-1-1,1 1,-1-1,1 1,0 0,-1-1,1 1,0-1,-1 1,1 0,0 0,0-1,0 1,0 0,-1-1,1 1,0 0,0 0,0-1,1 2,-4 29,2-28,1 0,0 1,0-1,1 1,-1-1,1 0,0 0,-1 1,2-1,-1 0,0 0,0 0,1 0,0 0,0 0,0 0,0 0,0-1,0 1,1-1,-1 0,1 0,-1 0,1 0,0 0,0 0,0-1,0 1,0-1,1 0,-1 0,0 0,0 0,1-1,-1 1,0-1,1 0,-1 0,1 0,-1-1,0 1,1-1,-1 1,0-1,0 0,1-1,-1 1,0 0,0-1,0 0,0 1,-1-1,1-1,0 1,-1 0,0 0,1-1,-1 0,0 1,0-1,0 0,-1 0,1 0,1-6,13-39,-16 45,1 0,-1 1,1-1,-1 0,0 0,0 1,0-1,0 0,-1 1,1-1,-1 0,1 1,-1-1,0 0,0 1,-2-3,2 20,4 11,6-2,2 0,0-1,20 30,-19-35,-1 1,-1 0,-1 0,0 1,8 31,-18-46,-4-15,-6-19,3-9,2-1,1 0,2 0,2 0,5-55,-4 93,0 0,0 0,0 1,0-1,0 0,0 0,0 1,0-1,0 0,0 0,1 1,-1-1,0 0,0 0,1 1,-1-1,0 0,1 1,-1-1,1 1,-1-1,1 0,-1 1,1-1,0 1,-1-1,1 1,-1 0,1-1,0 1,-1 0,1-1,0 1,1 0,-1 0,1 0,0 1,0 0,0-1,0 1,-1 0,1 0,0 0,-1 0,1 0,-1 0,1 1,0 1,6 4,-1 1,-1-1,0 1,8 14,-12-20,-1 1,0-1,0 0,0 1,0-1,0 1,0-1,-1 1,0-1,1 1,-1-1,0 1,0 0,0-1,0 1,-1-1,1 1,-1-1,0 1,1-1,-1 1,0-1,0 1,-1-1,1 0,0 0,-1 0,0 0,-2 3,0-2,0 0,0-1,0 1,-1-1,1 0,-1 0,0 0,0 0,1-1,-1 0,0 0,0 0,0-1,-8 0,11 0,0 0,0 0,0 0,0 0,0 0,1-1,-1 1,0-1,0 1,0-1,0 0,1 1,-1-1,0 0,-1-2,-4-5</inkml:trace>
  <inkml:trace contextRef="#ctx0" brushRef="#br0" timeOffset="67832.34">2260 2170,'2'19,"0"1,1-1,1 0,12 37,-9-38,-1 1,-2 1,0-1,2 30,-9-33,-5-24,-7-27,7 5,1 0,1 0,2 0,1-1,2-45,1 74,0 1,0 0,-1-1,1 1,1-1,-1 1,0 0,0-1,0 1,1-1,-1 1,1 0,-1-1,1 1,-1 0,1 0,0-1,0 1,-1 0,1 0,0 0,0 0,0 0,0 0,0 0,1 0,-1 1,0-1,0 0,1 1,-1-1,0 1,1-1,-1 1,0-1,1 1,-1 0,1 0,-1 0,0 0,1 0,-1 0,1 0,-1 0,0 1,1-1,-1 0,0 1,1-1,1 2,3 1,-1-1,1 1,-1 0,0 0,-1 1,1 0,0-1,-1 2,0-1,0 0,4 7,-6-8,-1 0,1 1,-1-1,0 1,0-1,0 1,0-1,-1 1,0-1,0 1,0 0,0-1,0 1,0-1,-1 1,0-1,0 1,0-1,0 1,-1-1,1 0,-1 1,0-1,0 0,0 0,0 0,0-1,-1 1,1 0,-1-1,0 0,1 1,-1-1,0 0,-1-1,1 1,0 0,0-1,-1 0,1 0,-1 0,1 0,-1 0,1-1,-1 0,0 1,1-1,-7-1,10 1,-1 0,0 0,1 0,-1 0,1 0,-1 0,0 0,1 0,-1-1,0 1,1 0,-1 0,1-1,-1 1,0 0,1-1,-1 1,1 0,-1-1,1 1,-1-1,1 1,0-1,-1 1,1-1,-1 1,1-1,0 1,-1-2,8-17,26-15,-8 13,-1 2,0-2,30-33,-49 48,-1 1,1-1,-1 0,0 0,-1 0,0 0,0-1,0 1,0-1,-1 0,0 0,-1 0,0 0,0 0,0 0,-1-11,0 15,-1 0,1 0,-1 0,0 0,0 1,0-1,0 0,-1 1,1-1,-1 1,1-1,-1 1,0-1,0 1,0 0,0 0,-1 0,1 0,-4-2,5 4,0-1,0 1,0 0,0-1,0 1,0 0,0 0,0 0,0-1,0 1,0 0,0 0,1 1,-1-1,0 0,0 0,0 0,0 1,0-1,0 0,0 1,0-1,-1 1,1 1,0-1,-1 1,1-1,0 1,0-1,0 1,0 0,0 0,0 0,0 0,0 0,1-1,-1 1,1 0,-1 4,-1 7,1 0,0 0,1 0,0 0,1 0,0 0,1 0,1 0,0-1,1 1,0-1,1 0,0 0,1 0,0 0,1-1,0 0,1-1,0 0,15 15,-22-24,1 1,0-1,-1 1,1-1,0 0,0 1,0-1,-1 0,1 0,0 0,0-1,1 1,-1 0,0-1,0 0,0 1,0-1,0 0,1 0,-1 0,0 0,3-1,-3 0,-1 0,1 0,0-1,-1 1,1-1,-1 1,1-1,-1 1,0-1,0 0,0 1,0-1,0 0,0 0,0 0,0 0,-1 0,1-3,2-10,-1 1,0-1,-1 0,-3-28,6 53,-1 0,2 0,-1-1,1 1,1-1,0 0,0-1,0 1,1-1,1-1,-1 1,1-1,9 6,-11-10,0-1,0 0,0-1,0 1,0-1,0 0,0-1,0 1,0-1,0 0,1-1,-1 0,0 0,0 0,0 0,0-1,0 0,-1 0,1-1,0 0,-1 0,9-6,-9 5,-1 1,1 0,-1-1,0 0,0 0,0 0,-1-1,0 1,1-1,-2 0,1 0,0 0,-1 0,0 0,0 0,-1-1,1 1,-1-1,0 1,-1-1,1 0,-1 1,0-1,-1 1,0-8,0 12,1-1,0 1,0-1,-1 1,1-1,-1 1,1-1,-1 1,1 0,-1-1,0 1,0 0,0-1,0 1,0 0,0 0,0 0,0 0,0 0,-1 0,1 0,0 0,0 1,-1-1,1 0,-1 1,1-1,-1 1,1-1,-1 1,1 0,-3 0,1 0,1 1,0-1,0 1,-1 0,1 0,0 0,0 0,0 0,0 0,0 0,0 1,0-1,1 1,-1 0,1-1,-1 1,1 0,-1 0,1 0,0 0,-1 3,-1 1,0 1,0 0,1 1,0-1,1 0,0 1,0-1,0 0,1 1,0-1,1 1,0-1,2 11,4 8,1 0,15 35,7 19,-30-80,0 0,0 0,0 0,0 0,0-1,0 1,0 0,0 0,0 0,1 0,-1 0,0 0,0 0,0 0,0 0,0 0,0 0,0 0,0 0,0 1,0-1,0 0,1 0,-1 0,0 0,0 0,0 0,0-12,0 11,-1-15</inkml:trace>
  <inkml:trace contextRef="#ctx0" brushRef="#br0" timeOffset="68426.55">2904 2078,'1'13,"0"0,0 0,2-1,-1 1,6 14,-7-23,0 0,0-1,1 1,-1-1,1 1,0-1,-1 0,2 0,-1 0,0 0,1 0,-1 0,1 0,0-1,0 1,0-1,0 0,0 0,0 0,1-1,5 3,-7-3,-1-1,1 1,-1-1,1 0,-1 0,1 0,0 0,-1 0,1 0,-1-1,1 1,-1 0,1-1,-1 1,0-1,1 1,-1-1,1 0,-1 1,0-1,0 0,1 0,-1 0,0 0,0 0,0-1,0 1,1-2,0-2,0 0,0 0,0 0,-1 0,0-1,1-8,7-24,-6 39,0 1,0 0,-1 0,1-1,-1 2,1-1,-1 0,0 0,0 1,0-1,2 4,-2-4,2 3,0 0,0-1,1 0,-1 0,1 0,0-1,0 1,0-1,1 0,-1-1,1 1,0-1,-1 0,1-1,0 1,0-1,0 0,0-1,0 1,0-1,0 0,1-1,-1 0,0 0,0 0,-1 0,1-1,0 0,0 0,-1-1,1 0,-1 0,0 0,0 0,0-1,0 0,-1 0,1 0,-1 0,0-1,5-7,-8 10,0 0,0 1,0-1,0 0,0 0,-1 0,1 0,0 0,-1 0,1 0,-1 0,0 0,0-1,0 1,0 0,0 0,0 0,-1 0,1 0,-1 0,1 0,-1 0,0 0,0 0,0 0,0 0,0 0,0 1,0-1,0 0,-1 1,1-1,-1 1,1-1,-1 1,0 0,0 0,1 0,-1 0,0 0,0 0,0 0,0 1,0-1,0 0,0 1,-3 0,2-1,1 0,-1 1,0-1,0 1,1 0,-1 0,0 0,0 0,0 1,1-1,-1 1,0 0,1 0,-1-1,1 2,-1-1,1 0,-1 0,1 1,0 0,-1-1,1 1,0 0,0 0,0 0,1 0,-1 0,0 1,1-1,-1 0,1 1,0-1,0 1,0 0,0-1,1 1,-1 0,0 2,1-1,-1 0,1 0,0-1,0 1,1 0,-1 0,1-1,0 1,0 0,0-1,0 1,1-1,-1 0,1 1,0-1,0 0,0 0,1 0,-1 0,1 0,-1-1,1 1,0-1,0 1,0-1,0 0,5 2,-1-1,-1 0,1-1,0 0,0 0,0 0,0-1,0 0,0 0,0-1,1 0,-1 0,0-1,10-2,11-4</inkml:trace>
  <inkml:trace contextRef="#ctx0" brushRef="#br0" timeOffset="68816.85">2646 1932,'0'0</inkml:trace>
  <inkml:trace contextRef="#ctx0" brushRef="#br0" timeOffset="70389.03">3568 2281,'17'-23,"0"-1,15-30,-28 47,-1-1,1 1,-2-1,1 0,-1 1,0-1,-1 0,0-1,0 1,0 0,-1 0,-2-12,2 20,0 0,0-1,0 1,1 0,-1 0,0 0,0-1,0 1,0 0,0 0,0 0,0 0,1 0,-1-1,0 1,0 0,0 0,0 0,0 0,1 0,-1 0,0 0,0-1,0 1,1 0,-1 0,0 0,0 0,0 0,1 0,-1 0,0 0,0 0,0 0,1 0,-1 0,0 0,0 0,0 0,0 1,1-1,-1 0,0 0,0 0,0 0,0 0,1 0,-1 0,0 1,0-1,0 0,0 0,0 0,1 0,-1 0,0 1,0-1,23 15,20 19,-37-28,5 3,-1 1,0-1,-1 2,12 15,-20-25,0 1,0-1,0 1,-1 0,1-1,0 1,-1 0,1 0,-1-1,1 1,-1 0,0 0,0 0,0 0,0-1,0 1,-1 3,0-4,0 1,0 0,0-1,0 1,0-1,0 0,-1 1,1-1,-1 0,1 0,-1 0,1 0,-1 0,1 0,-1 0,0-1,0 1,1 0,-1-1,0 1,-2-1,0 1,0-1,1 1,-1-1,0 0,1 0,-1 0,0 0,1-1,-1 0,0 1,1-1,-7-3,9 4,0-1,1 1,-1 0,1 0,-1-1,1 1,0-1,-1 1,1 0,-1-1,1 1,0-1,-1 1,1-1,0 1,-1-1,1 1,0-1,0 1,-1-1,1 1,0-1,0 1,0-1,0 0,0 1,0-1,0 1,0-2,1 1,0-1,-1 1,1-1,0 1,1-1,-1 1,0 0,0-1,1 1,-1 0,0 0,1 0,-1 0,1 0,2-1,23-12,-13 7,-1 0,0-1,14-11,-24 17,0 0,-1-1,1 1,-1-1,1 0,-1 0,0 0,0 0,0 0,0 0,-1-1,0 1,1 0,-1-1,0 1,0-1,-1 0,1-4,-2 1,-1 14,1 19,2-19,2 0,-1-1,1 1,0-1,0 0,1 0,0 0,6 8,-8-12,0 1,0-1,0 0,0 0,1 0,-1 0,1 0,-1 0,1 0,0-1,-1 0,1 1,0-1,0 0,0 0,0 0,0-1,0 1,0-1,7 0,-9 0,1-1,0 0,0 0,-1 0,1 0,-1 0,1 0,-1-1,0 1,1 0,-1-1,0 1,0-1,0 1,0-1,0 1,0-1,0 0,-1 0,1 1,0-1,-1 0,0 0,1 0,-1 0,0 0,0 1,0-4,-2-60,1 57,4 20,0-1,1 0,1 0,0-1,0 1,1-1,0 0,0-1,1 1,10 9,-17-19,0 0,1 1,-1-1,0 0,1 1,-1-1,0 0,1 1,-1-1,0 0,1 0,-1 1,1-1,-1 0,0 0,1 0,-1 0,1 0,-1 0,1 0,-1 0,0 0,1 0,-1 0,1 0,-1 0,1 0,-1 0,1 0,-1 0,0 0,1-1,-1 1,1 0,-1 0,0 0,1-1,-1 1,1-1,6-21,-5-33,-2 51,0-2,0 1,1 0,-1-1,1 1,0-1,0 1,3-7,-3 11,-1 0,0 0,1 0,-1 1,1-1,-1 0,1 0,0 1,-1-1,1 0,-1 1,1-1,0 1,0-1,-1 1,1-1,0 1,0 0,0-1,1 1,-1 0,1 0,-1 0,1 0,-1 0,1 1,-1-1,1 1,-1-1,0 1,1-1,-1 1,0 0,1 0,-1 0,0 0,0-1,1 3,7 5,-1 2,0-1,0 1,6 11,-11-15,0 1,1-1,0 0,1 0,-1-1,1 0,0 1,0-1,1-1,-1 1,1-1,0 0,0-1,0 1,9 2,1-4</inkml:trace>
  <inkml:trace contextRef="#ctx0" brushRef="#br0" timeOffset="71122.82">4450 2171,'7'-3,"0"1,0-2,0 1,0-1,-1 0,1 0,-1-1,0 0,0 0,-1 0,0-1,0 0,0 0,0 0,-1 0,0-1,-1 0,1 0,-1 0,3-11,-4 11,1-1,-1 1,-1-1,1 1,-1-1,-1 1,1-1,-1 0,-1 0,1 1,-1-1,-1 1,1-1,-1 1,-1-1,1 1,-1 0,0 0,-1 0,-5-8,7 13,1 1,0-1,-1 0,1 1,-1-1,1 0,-1 1,0 0,0-1,1 1,-1 0,0 0,0 0,0 0,0 1,-1-1,1 1,-4-2,5 3,-1-1,0 0,1 1,-1-1,1 1,-1-1,1 1,-1 0,1 0,-1-1,1 1,0 0,-1 0,1 0,0 1,0-1,0 0,0 0,-1 2,-2 4,0-1,0 1,1 0,1-1,-1 2,1-1,0 0,0 0,0 12,2-7,0 0,1 0,0-1,1 1,1-1,0 1,0-1,1 0,0 0,1 0,1 0,-1-1,9 11,-10-16,-1 1,1-1,0 0,1-1,-1 1,1-1,0 0,0 0,1 0,-1 0,1-1,-1 0,1 0,0-1,0 0,1 0,-1 0,0-1,0 0,1 0,-1 0,1-1,-1 0,1 0,8-2,-10 1,-1-1,1 0,0 0,-1 0,1 0,-1-1,0 0,0 0,0 0,0 0,0-1,-1 1,1-1,-1 0,0 0,0 0,-1-1,1 1,-1 0,3-8,-4 9,0 1,0-1,-1 0,1 0,-1 0,1 0,-1 0,0 0,0 0,0 0,0 0,-1 0,1 0,-1 0,0 0,0 1,0-1,0 0,0 0,0 1,-1-1,0 1,1-1,-1 1,0 0,0-1,0 1,-1 0,1 0,0 0,-1 1,1-1,-1 1,1-1,-4 0,4 1,1 0,0 0,-1 1,1-1,0 1,-1-1,1 1,-1-1,1 1,0 0,-1 0,1-1,-1 1,1 0,-1 1,1-1,-1 0,1 0,-1 0,1 1,-1-1,1 1,0-1,-1 1,1 0,0 0,0-1,-1 1,1 0,0 0,0 0,0 0,0 0,0 0,0 1,0-1,1 0,-1 0,0 1,0-1,1 0,-1 1,1-1,0 1,-1-1,1 1,0-1,0 0,0 2,-1 3,1 0,-1 0,1 0,1 0,-1 0,1 0,0-1,1 1,-1 0,1 0,3 7,-1-8,-1 0,0 0,1-1,0 1,0-1,0 0,1 0,0 0,-1-1,1 1,0-1,1 0,-1-1,0 1,10 2,-3-2,1 0,-1-1,1 0,0-1,25-1,13-3</inkml:trace>
  <inkml:trace contextRef="#ctx0" brushRef="#br0" timeOffset="71651.99">5168 2005,'-12'-3,"1"-1,-1 2,0-1,0 2,-17-1,27 1,0 1,0 0,0 0,0 0,0 0,0 0,0 0,0 1,0-1,0 1,0-1,0 1,1 0,-1 0,0 0,0 0,0 0,1 0,-1 0,1 0,-1 1,1-1,-1 1,1-1,0 1,0-1,0 1,0 0,0 0,0-1,0 1,0 0,1 0,-1 0,1 0,-1 0,1 0,0 0,0 0,0 3,1-1,0 0,0 0,0 0,1 0,0-1,-1 1,1-1,0 1,1-1,-1 0,1 1,-1-1,1-1,0 1,0 0,0-1,1 1,-1-1,7 3,10 6,1-1,28 10,-21-9,0 7,-26-10,-20-2,-96 5,100-8</inkml:trace>
  <inkml:trace contextRef="#ctx0" brushRef="#br0" timeOffset="72122.85">5222 2041,'6'15,"0"0,1 0,10 15,-15-26,1 1,0-1,0 1,1-1,-1 0,1 0,0-1,0 1,0-1,1 0,-1 0,10 5,-13-8,1 1,-1-1,1 0,-1 1,1-1,-1 0,1 0,-1 0,1 0,-1 0,1-1,-1 1,1 0,-1-1,1 1,-1-1,1 1,-1-1,0 0,1 1,-1-1,0 0,0 0,0 0,1 0,-1 0,0 0,0 0,-1-1,1 1,0 0,0-1,0 1,-1 0,1-1,-1 1,1-1,-1-1,3-5,-1 0,-1 0,0 0,1-15,-1 17,1 22,3 15,31 124,-7-33,-27-159,-3 18</inkml:trace>
  <inkml:trace contextRef="#ctx0" brushRef="#br0" timeOffset="72579.05">5591 1987,'-5'0,"0"0,1 0,-1 1,0 0,0 0,1 0,-1 1,0-1,1 1,0 0,-1 0,1 1,0-1,0 1,-6 6,8-8,1 1,0 0,-1 0,1 0,0 0,0 0,0 0,0 0,1 1,-1-1,0 0,1 0,0 0,-1 1,1-1,0 0,0 1,0-1,1 0,-1 1,0-1,1 0,0 0,-1 0,1 1,0-1,0 0,0 0,0 0,1 0,-1 0,0-1,1 1,0 0,1 1,30 24,-29-25,0 1,0 0,0 0,0 0,0 0,-1 1,0 0,1-1,-1 1,2 5,-5-9,1 1,-1-1,0 1,0 0,0-1,1 1,-1 0,0-1,0 1,0 0,0-1,0 1,0-1,0 1,0 0,-1-1,1 1,0 0,0-1,0 1,-1-1,1 1,0 0,-1-1,1 1,0-1,-1 1,1-1,-1 1,1-1,-1 1,-24 8,-28-10,21-10,22 3</inkml:trace>
  <inkml:trace contextRef="#ctx0" brushRef="#br0" timeOffset="72937.56">5591 1876,'51'81,"49"105,-108-200,3 6,1 1,0-1,0 0,1 0,0-1,-3-10,6 17,0 0,0 0,0 0,0 0,0 0,0 0,0 0,1 0,-1 0,1 0,-1 0,1 0,0 0,0 1,0-1,0 0,0 0,0 1,0-1,0 1,1-1,-1 1,1-1,-1 1,1 0,-1 0,1 0,0 0,0 0,0 0,-1 0,1 1,0-1,0 0,0 1,3-1,19-3,-1 2</inkml:trace>
  <inkml:trace contextRef="#ctx0" brushRef="#br0" timeOffset="73960.13">5867 2116,'14'-3,"-1"-1,1-1,17-8,-30 12,1 1,0-1,0 0,-1 0,1 0,0 0,-1 0,1 0,-1 0,1 0,-1-1,1 1,-1 0,0-1,0 1,0-1,0 0,0 1,0-1,0 0,-1 1,1-1,0 0,-1 0,0 0,1 0,-1 0,0 1,0-1,0 0,0 0,0 0,-1 0,1 0,0 0,-2-2,2 3,0 0,-1 0,0 0,1 0,-1 0,1 0,-1 0,0 0,0 0,0 0,1 0,-1 0,0 0,0 1,0-1,0 0,-1 1,1-1,0 1,0-1,0 1,0 0,0-1,-1 1,1 0,0 0,0 0,-1 0,1 0,0 0,0 0,0 0,-1 0,1 1,0-1,0 0,0 1,0-1,0 1,-1-1,1 1,0 0,0-1,0 1,0 0,1 0,-2 1,-1 1,0-1,0 1,0 0,0 1,1-1,0 0,-1 1,1-1,0 1,1 0,-1 0,1 0,-2 5,3-5,0 0,0 0,1 0,-1 0,1 0,0 0,0-1,0 1,1 0,-1-1,1 1,0-1,0 1,0-1,0 0,1 0,-1 0,1 0,0 0,0-1,0 1,0-1,0 0,1 1,-1-2,1 1,5 2,-7-3,1 0,-1 0,1 0,-1-1,1 1,-1-1,1 0,-1 1,1-1,0 0,-1 0,1-1,-1 1,1-1,-1 1,1-1,-1 0,1 0,-1 0,0 0,0 0,1 0,-1-1,0 1,0-1,0 0,0 1,0-1,-1 0,1 0,-1 0,1 0,-1-1,0 1,1 0,-1 0,0-1,-1 1,1-1,0 1,0-6,1-8,8-24,-10 40,1-1,-1 1,0 0,0-1,0 1,1 0,-1 0,0-1,0 1,1 0,-1 0,0-1,1 1,-1 0,0 0,1 0,-1-1,0 1,1 0,-1 0,1 0,-1 0,0 0,1 0,-1 0,0 0,1 0,-1 0,1 0,-1 0,0 0,1 0,16 18,-3 5,3 6,-11-22,-4-9,-3-1,0-12,1 0,2-28,-2 41,0 1,1-1,-1 1,0-1,1 1,-1-1,1 1,-1-1,1 1,0-1,0 1,0 0,-1 0,1-1,0 1,2-2,-1 3,-1 0,0 0,0-1,0 1,0 0,0 0,0 0,0 1,1-1,-1 0,0 0,0 1,0-1,0 0,0 1,0-1,0 1,0-1,0 1,0 0,-1-1,1 1,0 0,0 0,0 0,-1-1,2 3,3 2,0 1,0 0,-1 1,0-1,0 1,0 0,-1 0,0 0,-1 0,3 10,-5-12,-2-9,3-20,0 21,0 0,0 0,1 0,-1 0,1 0,0 0,0 1,0-1,0 1,0-1,1 1,-1 0,1 0,-1 0,1 0,0 1,-1-1,1 1,0-1,0 1,0 0,6-1,-3 2,-1-1,1 2,-1-1,0 1,1 0,-1 0,0 0,0 1,1-1,-1 1,0 1,-1-1,6 4,-1-2,0 0,0 0,0 0,1-1,-1-1,1 1,16 0,-24-2,0-1,0 0,0 0,-1 1,1-1,0 0,0 0,0-1,-1 1,1 0,0-1,0 1,-1-1,1 1,0-1,-1 0,1 0,-1 0,1 0,-1 0,1 0,-1 0,0 0,1-1,-1 1,0 0,0-1,0 1,0-1,0 0,0 1,-1-1,1 1,0-1,-1 0,1 0,-1 1,0-1,0 0,0 0,1 0,-2 1,1-1,0 0,0 0,0 0,-2-2,-10-27,3 19,9 12,0 0,-1 0,1 0,0 0,0 0,-1 0,1 0,0 0,0 0,0 0,-1 0,1 0,0 0,0 0,-1 0,1 1,0-1,0 0,0 0,-1 0,1 0,0 0,0 0,0 1,0-1,-1 0,1 0,0 0,0 1,0-1,0 0,0 0,0 0,-1 1,1-1,0 0,0 0,0 0,0 1,0-1,0 0,0 0,0 1,0-1,0 0,0 0,0 1,0-1,0 4,0 0,0 0,0 1,1-1,-1 0,1 0,0 0,0 0,0 0,0 0,1-1,0 1,0 0,0-1,0 1,0-1,1 0,0 1,-1-1,1 0,0-1,1 1,-1-1,5 4,-3-3,-1 0,1 0,0 0,0 0,0-1,0 0,0 0,1 0,-1-1,0 0,1 0,-1 0,1-1,0 0,-1 0,1 0,8-2,3-5</inkml:trace>
  <inkml:trace contextRef="#ctx0" brushRef="#br0" timeOffset="74305.58">5794 1803,'13'9,"9"7,9 3,-2-1</inkml:trace>
  <inkml:trace contextRef="#ctx0" brushRef="#br0" timeOffset="74772.85">6842 1822,'-8'13,"1"1,0 0,1 0,0 1,1-1,1 1,0 0,2 0,-1 1,2-1,0 1,0-1,3 18,-1-23,0 0,0-1,1 1,1-1,-1 0,2 0,-1 1,1-2,0 1,1-1,0 1,1-1,-1 0,1-1,1 0,0 0,0 0,0-1,0 0,1 0,0-1,9 5,-16-9,0 0,0-1,1 1,-1-1,0 1,0-1,0 1,0-1,1 0,-1 1,0-1,0 0,0 0,1 0,-1 0,0 0,0 0,1 0,-1 0,0-1,0 1,0 0,1-1,-1 1,0-1,0 0,0 1,0-1,0 0,0 1,0-1,0 0,0 0,0-1,5-9</inkml:trace>
  <inkml:trace contextRef="#ctx0" brushRef="#br0" timeOffset="75118.92">7064 2078,'0'10,"3"2,1 3,3 2,1-6,-2-6,-2-6</inkml:trace>
  <inkml:trace contextRef="#ctx0" brushRef="#br0" timeOffset="75462.15">7027 1968,'0'0</inkml:trace>
  <inkml:trace contextRef="#ctx0" brushRef="#br0" timeOffset="75818.4">7303 2005,'-3'2,"0"-1,0 1,0 0,0 0,1 0,-1 0,0 0,1 1,0-1,-1 1,1 0,0-1,1 1,-1 0,0 0,1 0,-1 0,1 1,0-1,0 0,1 0,-1 1,0-1,1 1,0-1,0 0,0 1,0-1,1 1,-1-1,1 0,0 1,0-1,0 0,0 0,1 0,-1 0,1 0,0 0,0 0,0 0,0-1,0 1,1-1,-1 1,1-1,0 0,-1 0,1 0,0-1,0 1,0-1,0 1,1-1,5 2,-5-3,0 0,0 0,0 0,0 0,1 0,-1-1,0 0,0 0,0 0,0 0,0 0,0-1,7-4,-9 5,0 0,0-1,0 0,0 1,0-1,0 0,-1 0,1 0,0 0,-1 0,0 0,1 0,-1-1,0 1,0 0,0-1,-1 1,1-1,0 1,-1-1,0 1,1-1,-1-3,-2-2,1 15,4 18,-2-22,0 0,1-1,-1 1,0 0,1-1,0 1,0-1,0 1,0-1,0 0,0 0,1 0,-1 0,1 0,-1 0,1-1,0 1,-1-1,1 0,0 0,0 0,0 0,0-1,0 1,0-1,0 1,4-1,5-4</inkml:trace>
  <inkml:trace contextRef="#ctx0" brushRef="#br0" timeOffset="75819.4">7340 1858,'0'0</inkml:trace>
</inkml:ink>
</file>

<file path=word/ink/ink5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14T10:17:00.170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191 462,'0'-1,"0"-1,-1 1,1-1,-1 1,1-1,-1 1,1 0,-1-1,0 1,0-1,0 1,0 0,0 0,0 0,0 0,0 0,0 0,-1 0,1 0,0 0,-1 0,1 0,0 1,-1-1,1 1,-1-1,1 1,-1 0,0-1,1 1,-3 0,-1-1,0 1,1 0,-1-1,0 2,1-1,-1 0,0 1,1 0,-8 2,5 1,0 1,1-1,-1 1,1 0,0 1,0-1,0 1,1 0,0 1,0-1,1 1,0 0,0 0,-5 12,7-14,0 1,0-1,0 1,1 0,-1-1,1 1,1 0,-1 0,1 0,0 0,0-1,1 1,-1 0,2 0,-1 0,0-1,1 1,0-1,0 1,6 9,-6-13,-1 0,1 0,-1 0,1 0,0 0,0-1,0 1,0 0,0-1,0 0,0 1,1-1,-1 0,0 0,1 0,-1-1,1 1,-1 0,1-1,-1 0,1 1,-1-1,1 0,-1 0,1-1,-1 1,1-1,-1 1,1-1,-1 0,1 1,-1-1,0-1,0 1,1 0,-1 0,2-2,2-2,0 1,-1-1,1 0,-1 0,0 0,0-1,-1 0,1 1,-1-2,-1 1,6-12,-2-6,-2 0,0 0,-2-1,-1 0,0 0,-2 1,-1-1,-1 0,-1 0,-1 1,-12-40,15 62,1 0,0 1,-1-1,1 0,-1 1,1-1,-1 1,0-1,0 1,0-1,1 1,-1 0,-1-1,1 1,0 0,0 0,0 0,-3-2,4 4,-1 0,0 0,0-1,1 1,-1 0,0 0,1 0,-1 0,1 0,-1 0,1 0,0 0,-1 0,1 0,0 0,0 0,0 0,-1 0,1 1,0-1,1 0,-1 0,0 0,0 0,0 0,1 0,0 2,3 44,19 81,-18-107,0-1,2 0,1-1,0 1,1-1,18 25,-25-41,0 1,0-1,1-1,-1 1,1 0,-1 0,1-1,0 0,0 1,0-1,1 0,-1-1,0 1,1 0,-1-1,1 0,-1 0,1 0,0 0,-1-1,1 1,0-1,0 0,0 0,-1 0,1-1,0 1,-1-1,1 0,0 0,-1 0,1-1,-1 1,1-1,-1 0,0 0,5-3,-3 1,0 0,0-1,0 1,0-1,-1 0,0 0,0-1,0 1,-1-1,0 0,0 0,0 0,0 0,-1 0,0-1,-1 1,0-1,0 1,0-1,0-12,-2 15,1 0,-1 1,0-1,0 1,0-1,0 1,-1-1,1 1,-1 0,0 0,0 0,0 0,0 0,-1 0,1 0,-1 1,0-1,1 1,-1 0,0 0,0 0,-5-2,6 3,-1 0,1 0,0 1,-1 0,1-1,0 1,-1 0,1 0,0 0,-1 0,1 0,0 1,-1-1,1 1,0 0,0 0,-1-1,1 1,0 0,0 1,0-1,0 0,0 1,0-1,1 1,-1-1,0 1,1 0,0 0,-1 0,1 0,0 0,0 0,0 0,-2 4,0 2,0 1,1-1,-1 1,2-1,-1 1,1 0,0 0,1 0,1 16,0-20,-1 0,1 0,0 1,0-1,0 0,1 0,0 0,0-1,0 1,0 0,1-1,0 1,0-1,0 0,0 0,1 0,7 6,-10-9,1 0,-1 0,1 0,-1 0,0-1,1 1,-1 0,1-1,-1 0,1 1,0-1,-1 0,1 1,-1-1,1 0,0 0,-1-1,1 1,-1 0,1 0,-1-1,1 1,-1-1,4-1,-3 1,1-1,-1-1,1 1,-1 0,0 0,0-1,0 0,0 1,-1-1,1 0,2-5,0-2,0-1,-1 0,0 0,-1 0,0 0,0-14,-1 19,-1-1,-1 1,1-1,-1 1,0-1,0 1,-1 0,0-1,0 1,-1 0,-5-10,8 16,0 0,0 0,0 0,0 0,-1 0,1 0,0 1,0-1,0 0,0 0,0 0,0 0,0 0,0 0,0 0,0 0,0 0,-1 0,1 0,0 1,0-1,0 0,0 0,0 0,0 0,0 0,0 0,-1 0,1 0,0 0,0 0,0 0,0 0,0 0,0 0,-1 0,1 0,0 0,0 0,0 0,0 0,0-1,0 1,0 0,0 0,-1 0,1 0,0 0,0 0,0 0,0 0,0 0,0 0,0 0,0-1,0 1,0 0,0 0,0 0,0 0,0 0,0 0,-1 0,1-1,0 1,2 16,5 18,-6-32,28 71,-27-69,0 1,1-1,0 1,-1-1,2 0,-1 0,0 0,1 0,0-1,-1 1,1-1,8 5,-11-8,0 0,0 0,0 0,0 0,-1 0,1 0,0 0,0 0,0-1,0 1,0 0,0 0,-1-1,1 1,0 0,0-1,0 1,-1-1,1 1,0-1,-1 0,1 1,0-1,-1 1,1-1,-1 0,1 0,-1 1,1-1,-1 0,0 0,1 0,-1 0,0 1,1-3,10-36,-9 33,6-33,13-38,-21 77,0-1,0 1,0 0,0-1,0 1,1-1,-1 1,0 0,0-1,0 1,1 0,-1-1,0 1,0 0,1-1,-1 1,0 0,1 0,-1-1,0 1,1 0,-1 0,1 0,-1-1,0 1,1 0,-1 0,1 0,-1 0,0 0,1 0,-1 0,1 0,-1 0,0 0,1 0,-1 0,1 0,-1 0,0 0,1 1,16 16,11 34,-26-47,12 22,11 26,-26-51,-6-10,-4-17,11 20,0 0,1 1,-1-1,1 0,0 1,1-1,0 1,-1-1,2 1,-1 0,1 0,-1-1,5-4,-6 9,0-1,-1 0,1 1,1-1,-1 1,0-1,0 1,0 0,1 0,-1-1,1 1,-1 0,1 0,-1 0,1 0,-1 1,1-1,0 0,0 1,-1-1,1 1,0-1,0 1,0 0,-1 0,1 0,0 0,0 0,0 0,0 1,-1-1,1 1,0-1,0 1,-1-1,1 1,0 0,-1 0,1 0,-1 0,1 0,-1 0,2 2,1 2,0 0,-1 0,0 0,0 0,0 0,-1 0,1 1,-1 0,2 10,-3-11,0 0,0 0,1 0,0 0,0 0,0-1,1 1,-1-1,1 1,0-1,0 0,0 0,7 5,-10-8,1-1,0 1,0 0,0-1,0 1,0-1,0 1,0-1,0 0,0 1,1-1,-1 0,0 0,0 0,0 0,0 0,0 0,0 0,1 0,-1 0,0-1,0 1,0 0,0-1,1 0,0 0,0-1,0 1,0-1,0 0,0 0,0 1,-1-1,1-1,-1 1,3-4,-1-2,1 0,-1 0,0-1,-1 1,3-14,-4 6,-1 10,0 1,1 0,0-1,0 1,0 0,0-1,4-6,-5 11,1 1,-1-1,0 1,1-1,-1 1,1 0,-1-1,0 1,1-1,-1 1,1 0,-1-1,1 1,0 0,-1 0,1-1,-1 1,1 0,-1 0,1 0,0 0,-1 0,1 0,-1 0,1 0,0 0,0 0,1 1,1 0,-1 0,1 0,-1 0,0 1,0-1,0 0,0 1,0 0,3 2,25 27,30 42,-59-72,0 1,0-1,0 1,1-1,-2 1,1 0,0 0,0-1,0 1,-1 0,1 0,-1 0,0 0,1 0,-1-1,0 1,0 0,0 0,0 0,-1 0,1 0,0 0,-1 0,0 0,1-1,-3 4,2-3,0-1,0 0,0 0,0 0,-1 0,1 0,0 0,-1 0,1-1,0 1,-1 0,1-1,-1 1,1-1,-1 0,0 1,1-1,-1 0,1 0,-1 0,1 0,-1 0,0-1,1 1,-1 0,1-1,-1 1,1-1,-1 1,1-1,-1 0,-1-1,-10-5</inkml:trace>
  <inkml:trace contextRef="#ctx0" brushRef="#br0" timeOffset="809.17">1387 592,'13'-8,"1"0,-1-1,-1 0,0-1,0 0,-1-1,0-1,-1 0,0 0,-1-1,-1 0,0 0,8-19,-11 21,-1 1,0-2,0 1,-1 0,-1-1,1 1,-2-1,0 1,0-1,-2 0,1 0,-1 1,-1-1,0 0,0 1,-1 0,-1-1,-5-12,7 21,0-1,0 0,0 1,0 0,-1 0,1 0,-1 0,1 0,-1 0,0 0,-1 1,1 0,-5-4,6 6,1-1,-1 1,1 0,-1 0,1 0,-1 0,1 0,-1 0,1 0,-1 0,1 1,-1-1,1 1,-1-1,1 1,-1-1,1 1,0 0,-1 0,1-1,0 1,0 0,0 0,0 0,0 1,0-1,0 0,0 0,0 0,0 1,1-1,-1 1,0-1,1 0,-1 1,1-1,-1 3,-4 11,0 0,1 0,0 1,1-1,1 1,1 0,0 0,1-1,1 1,3 25,-2-30,0 0,1 1,0-1,0 0,1 0,1-1,0 1,0-1,1 0,0 0,1-1,0 0,0 0,1-1,10 9,-11-13,1 0,-1 0,1-1,-1 0,1-1,0 1,0-2,0 1,0-1,0 0,1-1,-1 0,0 0,0-1,0 0,0 0,0-1,0 0,0 0,0-1,14-7,-16 7,1 0,-1-1,0 0,0 0,0-1,0 0,-1 0,0 0,0 0,0-1,4-7,-6 9,-1-1,0 1,0-1,0 0,-1 0,1 0,-1 1,0-1,-1 0,1 0,-1-1,0 1,0 0,0 0,-1 0,0 0,-2-5,2 6,0 1,0 0,-1 0,1 0,-1 0,0 0,0 0,0 1,0-1,0 1,-1-1,1 1,-1 0,1 0,-1 0,-5-3,7 5,-1-1,1 1,0-1,-1 1,1 0,0 0,-1 0,1-1,0 1,-1 0,1 1,-1-1,1 0,0 0,-1 0,1 1,0-1,-1 1,1-1,0 1,0 0,0-1,-1 1,1 0,0 0,0 0,0 0,0 0,0 0,0 0,1 0,-1 0,0 0,1 0,-1 1,0-1,1 0,-1 0,1 1,0-1,-1 0,1 1,0 1,-4 11,1 1,1 0,0 0,2 0,0 18,0-24,0-1,1 1,0-1,1 1,0-1,0 1,1-1,0 0,1 0,6 11,-9-17,1 1,0 0,1-1,-1 0,0 1,1-1,0 0,-1 0,1 0,0-1,0 1,0-1,0 1,0-1,0 0,0 0,0 0,1-1,-1 1,0-1,1 0,-1 0,0 0,1 0,-1-1,0 1,0-1,1 0,3-1,0-1,0 0,0 0,-1-1,1 0,-1 0,0 0,0-1,0 0,-1 0,1-1,6-9,2-5</inkml:trace>
  <inkml:trace contextRef="#ctx0" brushRef="#br0" timeOffset="2470.38">2160 591,'11'-10,"-1"-1,1-1,-2 0,0 0,0-1,-1 0,-1 0,0-1,-1 0,0 0,-1 0,-1-1,0 0,-1 0,0 0,-2 0,0-1,-1-24,19 63,2-1,25 23,-7-16,-31-25,0 1,0 1,-1-1,0 1,0 0,0 1,-1 0,0 0,0 0,-1 1,0 0,5 8,-10-14,0 0,0 1,0-1,0 0,0 0,0 0,-1 0,1 0,-1 0,1 1,-1-1,0 0,0 0,0-1,0 1,0 0,0 0,0 0,-1-1,1 1,-1-1,1 1,-1-1,0 1,1-1,-1 0,0 0,0 0,0 0,-3 1,1 0,0 0,0 0,-1 0,1 0,-1-1,1 0,-1 0,0 0,1 0,-1-1,0 0,1 0,-6-1,9 1,1 0,-1 0,1 0,-1 0,1 0,0 0,-1 0,1 0,-1-1,1 1,-1 0,1 0,0 0,-1-1,1 1,-1 0,1 0,0-1,-1 1,1 0,0-1,0 1,-1-1,1 1,0 0,0-1,-1 1,1-1,0 1,0 0,0-1,0 1,0-1,0 1,0-1,0 1,0-1,0 1,0-1,0 0,15-16,28-9,9 6,-30 12,-1 0,0-2,22-13,-38 20,0 0,0-1,-1 1,0-1,1 0,-1 0,-1-1,1 1,-1-1,1 0,-1 0,-1 0,1 0,-1 0,0-1,0 1,2-9,-4 12,0 0,1 1,-1-1,0 0,0 0,0 0,0 0,0 0,0 1,0-1,-1 0,1 0,-1 0,1 1,-1-1,0 0,0 1,1-1,-1 0,-1 1,1-1,0 1,0-1,0 1,-1 0,1 0,-1-1,1 1,-1 0,1 0,-1 0,0 1,1-1,-1 0,0 1,-2-1,2 0,-1 1,1 0,-1 0,0 0,1 0,-1 0,1 1,-1-1,1 1,-1 0,1-1,-1 1,1 0,0 1,-1-1,1 0,0 1,0-1,0 1,0-1,0 1,0 0,0 0,1 0,-3 4,1 1,0-1,0 0,1 1,0-1,1 1,-1 0,1-1,1 1,-1 0,1 0,0 0,1 0,-1-1,1 1,1 0,-1 0,4 8,-2-7,0-1,0 1,0-1,1 0,0 0,0-1,1 1,0-1,0 0,0 0,1-1,0 0,0 0,12 8,-17-12,1 0,-1-1,0 1,0-1,0 1,1-1,-1 1,0-1,0 0,1 0,-1 0,0 0,1 0,-1 0,0 0,1 0,-1 0,0 0,0-1,1 1,-1-1,0 1,0-1,0 1,1-1,-1 0,0 1,0-1,0 0,0 0,0 0,0 0,-1 0,1 0,0 0,0 0,-1 0,1 0,-1-1,1 1,-1 0,1-2,3-7,-1-1,0 0,-1 1,1-14,-1 9,2-18,-4 25,1-1,0 1,0 0,1-1,0 1,4-9,-6 16,1 1,-1 0,0-1,0 1,0 0,0-1,1 1,-1 0,0-1,0 1,1 0,-1-1,0 1,0 0,1 0,-1-1,0 1,1 0,-1 0,0 0,1-1,-1 1,1 0,-1 0,0 0,1 0,-1 0,1 0,-1 0,0 0,1 0,-1 0,1 0,-1 0,0 0,1 0,13 14,5 24,-18-35,39 97,-37-122,1 1,11-35,-15 54,1 0,0-1,0 1,0 0,0 0,0 0,0 0,1 0,-1 0,1 0,-1 1,1-1,0 0,0 1,2-2,-3 2,0 1,0 0,0 0,0 0,0-1,0 1,0 0,1 0,-1 0,0 1,0-1,0 0,0 0,0 1,0-1,0 0,0 1,0-1,0 1,0-1,-1 1,1 0,1 0,6 7,-1 0,0 0,0 1,-1 0,7 13,5 7,-13-23,0-1,0 0,0 0,0 0,1 0,0-1,0 0,0 0,0-1,9 4,-14-7,1 1,0-1,-1 1,1-1,0 0,-1 0,1 0,0 0,-1 0,1 0,0 0,-1 0,1-1,-1 1,1-1,0 1,-1-1,1 0,1-1,-1 1,0-1,0 0,-1 0,1 0,0-1,-1 1,0 0,1 0,-1-1,0 1,0-1,0 1,-1-1,1 0,-1 1,1-4,-1-2,1 0,-2 0,1 0,-1 0,0 0,-5-16,4 17,0 1,1-1,0 0,0 0,0 0,1 0,0 0,2-14,-2 20,0 0,0 0,1 1,-1-1,0 0,0 0,1 1,-1-1,0 0,1 1,-1-1,1 0,-1 1,1-1,-1 1,1-1,0 0,-1 1,1 0,0-1,-1 1,1-1,0 1,-1 0,1-1,0 1,0 0,0 0,0 0,26 8,19 28,-1 25,-42-57,0 1,-1 0,1 0,-1 0,0 0,0 0,-1 0,0 1,0-1,0 1,0 8,-1-13,-1 0,1 1,-1-1,1 0,-1 0,1 1,-1-1,0 0,0 0,1 0,-1 0,0 0,0 0,0 0,0-1,0 1,-1 0,1 0,0-1,0 1,0-1,-1 1,1-1,0 1,0-1,-1 0,1 0,-2 1,-41 1,39-2,-15-1</inkml:trace>
  <inkml:trace contextRef="#ctx0" brushRef="#br0" timeOffset="3606.18">3743 372,'-3'-3,"-1"1,1 0,-1-1,0 1,0 1,0-1,0 1,0-1,0 1,-1 0,1 1,0-1,-1 1,1 0,0 0,-1 0,1 0,0 1,-1 0,1 0,0 0,-8 3,7-1,-1 1,1 0,0-1,0 2,0-1,1 0,0 1,0 0,0 0,0 0,1 1,0-1,0 1,0 0,-2 7,3-7,1 0,0 0,0 0,1 1,-1-1,1 0,0 1,1-1,0 0,0 0,0 1,1-1,0 0,5 11,-7-15,1 0,0 1,0-1,1 0,-1 0,0 0,1 0,-1 0,1-1,0 1,-1 0,1-1,0 1,0-1,0 0,0 1,0-1,1 0,-1 0,0 0,0-1,1 1,-1-1,0 1,1-1,-1 0,1 1,-1-1,0-1,1 1,-1 0,1 0,-1-1,0 0,1 1,-1-1,0 0,0 0,0 0,1 0,1-2,2-2,0 0,0 0,-1-1,0 0,0 0,0 0,-1 0,1-1,-2 1,1-1,-1 0,0 0,0-1,-1 1,0-1,0 1,-1-1,1-11,0-9,-1 0,-1 0,-6-49,6 65,-2 0,1 0,-2 0,0 1,0-1,-1 1,0-1,-1 1,-10-17,15 27,0 1,0-1,-1 1,1 0,0-1,0 1,-1-1,1 1,0 0,-1-1,1 1,-1 0,1-1,0 1,-1 0,1-1,-1 1,1 0,0 0,-1 0,1-1,-1 1,1 0,-1 0,1 0,-1 0,1 0,-1 0,1 0,-1 0,1 0,-1 0,1 0,-1 0,1 0,-1 1,-5 18,7 29,3-24,1 1,1-1,1-1,2 1,0-1,13 23,-18-37,1 0,0-1,1 1,0-1,0 0,1-1,0 0,0 0,0 0,1-1,0 0,1 0,-1-1,1 0,0 0,0-1,17 5,-23-9,-1 1,1-1,-1 0,1 0,0 0,-1 0,1 0,-1-1,1 1,-1-1,1 1,-1-1,0 0,1 0,-1 0,0 0,0-1,1 1,-1 0,3-4,-1 1,0-1,-1 1,1-1,-1 1,0-1,-1 0,1-1,-1 1,2-6,0-1,-1 1,-1-1,0 0,0 0,-1 0,-1 0,0 0,-2-18,-7 9,-2 19,10 3,0 0,-1 0,1 1,0-1,0 0,0 1,0-1,0 1,1-1,-1 1,0-1,1 1,-1 0,1-1,-1 1,1 0,0-1,0 1,0 3,0 5,1 0,0 0,1 0,0 0,0 0,1 0,0-1,1 1,0-1,0 0,1 0,1 0,7 9,-11-14,0-1,1 0,0 0,-1 0,1 0,0 0,0-1,1 1,-1-1,0 0,1 0,-1 0,1-1,0 1,0-1,0 0,-1 0,1 0,0 0,0-1,0 0,0 0,0 0,0 0,0 0,0-1,0 0,0 0,0 0,0 0,0 0,-1-1,1 0,-1 0,6-3,-4 0,1 1,-2-1,1 0,0 0,-1-1,0 1,0-1,-1 0,0 0,0 0,0-1,-1 1,0-1,0 1,0-1,-1 0,0 0,0 0,-1 1,0-1,0 0,-1 0,0 0,-2-9,-2 12,0 14,-1 17,6-19,-1 1,2-1,-1 1,1-1,0 1,1-1,0 0,0 0,1 1,0-1,7 13,-8-18,0 0,0 0,0 0,1 0,-1 0,1 0,-1 0,1-1,0 1,0-1,0 0,1 0,-1 0,0 0,1-1,-1 1,1-1,-1 0,1 0,0 0,0-1,-1 1,1-1,0 0,0 0,-1 0,1 0,5-2,15-4</inkml:trace>
  <inkml:trace contextRef="#ctx0" brushRef="#br0" timeOffset="4432.32">4571 334,'8'13,"-1"0,0 0,0 1,-2 0,0 0,0 0,-1 1,-1-1,-1 1,2 23,-6-59,0-4,2-51,1 71,-1 0,0 1,1-1,0 0,0 0,0 1,1-1,-1 0,1 1,0 0,1-1,-1 1,1 0,0 0,0 0,0 1,7-7,-9 9,1 0,-1 0,1 0,-1 0,1 1,0-1,0 1,-1-1,1 1,0-1,0 1,0 0,-1 0,1 0,0 0,0 0,0 0,-1 1,1-1,0 1,0-1,2 2,-1 0,1 0,-1 0,1 0,-1 1,0 0,0 0,0-1,0 2,3 4,2 4,-1 0,0 1,0 0,7 25,-13-35,1 0,-1-1,-1 1,1 0,0 0,-1 0,1 0,-1 0,0 0,0 0,0 0,-1 0,1 0,-2 5,-1-14,1 0,0 0,1 0,-1-1,0-9,2 7,0-1,0 0,1 1,0-1,1 0,0 1,7-18,-8 25,-1 0,1 0,0 0,0 1,0-1,1 0,-1 1,0-1,1 1,-1-1,1 1,-1-1,1 1,-1 0,1 0,0 0,3-2,-2 3,-1 0,0 0,0 0,1 0,-1 0,0 1,0-1,0 1,1-1,-1 1,0 0,0 0,0 0,0 0,0 0,0 0,-1 0,1 1,0-1,2 3,3 3,-1 1,0-1,0 1,0 0,-1 1,0-1,-1 1,4 10,-5-10,2 0,-1 0,1 0,0 0,1-1,13 15,-17-21,0 0,1-1,-1 1,1 0,0-1,0 0,-1 0,1 0,0 0,0 0,0 0,4 0,12 0</inkml:trace>
  <inkml:trace contextRef="#ctx0" brushRef="#br0" timeOffset="5194.37">5179 314,'-5'-1,"-1"-1,0 2,0-1,0 1,0-1,0 2,0-1,1 1,-1-1,0 2,0-1,1 1,-1 0,1 0,-11 5,14-5,-1 0,1 0,0 0,0 0,0 0,0 0,0 1,0-1,1 1,-1-1,1 1,-1 0,1-1,0 1,0 0,1 0,-1 0,0 0,1 0,0 0,0 0,0 0,0 0,0 0,0 0,1 0,0 0,-1 0,1-1,0 1,0 0,1 0,1 3,-2-3,1 1,0-1,0 0,0 0,0 1,0-1,1-1,-1 1,1 0,0-1,0 1,0-1,0 0,0 0,0 0,1 0,-1 0,1-1,-1 0,1 0,0 0,-1 0,1 0,0-1,7 1,-8-2,0 1,0 0,1-1,-1 0,0 0,0 0,0 0,0-1,0 1,0-1,0 1,-1-1,1 0,-1 0,1 0,-1-1,0 1,1-1,-1 1,-1-1,1 0,0 1,-1-1,1 0,-1 0,0 0,0 0,0-1,1-5,-1 2,0 1,-1-1,0 0,0 0,-1 0,0 1,0-1,-1 0,1 1,-1-1,-1 1,1 0,-1-1,0 1,-1 1,1-1,-1 0,0 1,-1 0,1 0,-7-5,11 9,-1 0,1 1,-1-1,1 1,-1 0,1-1,-1 1,1-1,-1 1,0 0,1-1,-1 1,0 0,1 0,-1-1,0 1,1 0,-1 0,0 0,1 0,-1 0,0 0,0 0,1 0,-1 0,0 0,1 1,-1-1,0 0,1 0,-1 1,0-1,1 0,-1 1,1-1,-1 1,1-1,-1 1,1-1,-1 1,1-1,-1 1,1-1,-1 1,1-1,0 1,-1 0,1-1,0 1,0 0,-1-1,1 1,0 0,0-1,0 1,0 0,0 0,0-1,0 2,0 3,0 0,0-1,1 1,-1-1,1 1,0-1,3 9,-3-10,1 0,-1-1,0 0,1 1,0-1,-1 0,1 1,0-1,0 0,0-1,0 1,1 0,-1 0,0-1,1 0,-1 1,1-1,0 0,-1 0,1 0,0-1,0 1,-1 0,1-1,0 0,0 0,0 0,-1 0,1 0,0-1,0 1,0-1,-1 0,1 0,0 1,4-4,-4 3,0-1,0 1,-1-1,1 0,-1 0,1 0,-1 0,0 0,0 0,0-1,0 1,0-1,0 1,-1-1,1 0,-1 0,0 0,0 0,0 0,0 0,0 0,-1 0,1 0,-1 0,0 0,0 0,0 0,0 0,0-1,-1 1,0 0,-1-5,-2 6,1 12,1 15,3-10,2 0,0 0,0-1,1 0,9 19,-12-29,0 0,1 0,0 0,0 0,0-1,0 1,1-1,-1 1,1-1,0 0,0 0,0 0,0 0,0-1,1 1,0-1,-1 0,1 0,0 0,0-1,0 1,0-1,7 1,-9-2,1 0,-1 0,1-1,-1 0,1 1,-1-1,0 0,1 0,-1 0,0 0,0-1,0 1,0 0,0-1,0 0,0 1,0-1,-1 0,1 0,-1 0,1 0,-1 0,0 0,0-1,0 1,0 0,0-1,0 1,-1-1,1 1,-1-1,1 1,-1-1,0-3,1-4,-1 1,0 0,0 0,-1 0,0-1,-1 1,0 0,-4-10,4 19,0 10,3 15,0-19,1-1,0 1,0-1,0 1,0-1,1 0,0 0,0 0,1 0,-1-1,1 1,8 7,-5-7,1 0,0 0,0 0,0-1,0 0,0-1,14 4,4 0</inkml:trace>
  <inkml:trace contextRef="#ctx0" brushRef="#br0" timeOffset="7142.69">5602 261,'41'68,"-30"-47,1 0,1-1,1-1,25 27,-39-45,1 0,-1-1,1 1,-1 0,1-1,-1 1,1-1,0 1,0-1,-1 1,1-1,0 1,0-1,-1 0,1 1,0-1,0 0,0 0,0 1,-1-1,1 0,0 0,0 0,0 0,0 0,0 0,0-1,-1 1,1 0,0 0,1-1,-1 0,0-1,1 1,-1-1,0 1,0-1,-1 0,1 1,0-1,0 0,-1 1,1-1,-1 0,1-4,2-69,-3 68,-6-27,1-9,7 43,-1 0,1 1,-1-1,1 1,-1-1,0 1,1-1,-1 1,0 0,1 0,-1 0,0-1,0 1,0 0,0 0,0 1,2 1,-2-2,11 9,1 0,1 0,28 14,-36-20,1-1,0-1,0 1,-1-1,2 0,-1 0,0-1,0 0,0-1,1 1,9-2,-16 1,1 0,-1 0,1-1,-1 1,0 0,1-1,-1 0,0 1,1-1,-1 0,0 1,0-1,1 0,-1 0,0 0,0 0,0 0,0 0,0-1,0 1,-1 0,1 0,0-1,-1 1,1 0,-1-1,1 1,-1 0,0-1,1 1,-1-1,0-1,0-2,0 1,-1 0,1 0,-1-1,0 1,0 0,-1 0,1 0,-1 0,0 0,-4-6,5 7,-1 1,0-1,-1 0,1 0,0 1,-1-1,1 1,-1 0,0 0,1 0,-1 0,0 0,0 1,-5-2,7 3,-1-1,1 1,-1 0,0 0,1 0,-1 0,0 0,1 1,-1-1,1 0,-1 1,0-1,1 1,-1 0,1-1,-1 1,1 0,0 0,-1 0,1 0,0 0,0 0,0 0,-1 1,1-1,0 0,1 1,-1-1,0 0,0 1,0 2,-2 3,0 1,1 0,-1 0,2 0,-1 0,1 1,1-1,0 0,0 1,0-1,1 0,0 0,1 0,0 0,0 0,0 0,1 0,7 13,-8-17,0 0,0 1,0-1,1-1,0 1,-1 0,1-1,0 1,1-1,-1 0,1 0,-1 0,1 0,0-1,0 0,0 0,0 0,0 0,1 0,-1-1,0 0,1 0,-1 0,1 0,-1-1,1 0,0 0,-1 0,1 0,-1-1,1 1,-1-1,1-1,7-2,-8 2,0 0,-1 0,1 0,0 0,-1-1,0 0,1 0,-1 0,0 0,0 0,-1 0,1-1,-1 0,0 1,0-1,0 0,0 0,-1 0,1 0,-1 0,0 0,1-7,-1-7,0 0,-1 0,0 0,-4-20,0 4,10 36,6 13,11 18,43 85,-68-128,0 0,0-1,1 1,0-1,1 0,0 1,1-1,0 1,1-1,0 1,6-16,-8 26,0-1,0 1,1 0,-1-1,0 1,1-1,-1 1,0 0,1-1,-1 1,1 0,-1 0,0-1,1 1,-1 0,1 0,-1-1,1 1,-1 0,1 0,-1 0,1 0,-1 0,1 0,-1 0,1 0,-1 0,1 0,-1 0,1 0,-1 0,1 0,-1 1,1-1,0 0,17 17,6 25,6 27,-27-82,-1-1,2 1,0 1,0-1,1 1,1-1,0 1,0 1,11-15,-16 26,0-1,-1 0,1 1,0-1,-1 1,1-1,0 1,0-1,-1 1,1 0,0-1,0 1,0 0,-1 0,1-1,0 1,0 0,0 0,0 0,0 0,0 0,-1 0,1 0,0 1,0-1,0 0,0 0,0 1,-1-1,1 0,0 1,0-1,-1 1,1-1,0 1,-1-1,1 1,0 0,-1-1,1 1,-1 0,1 0,-1-1,1 1,-1 0,0 0,1 1,26 51,-19-35,-4-13,0 1,0-1,0 0,1 0,-1-1,1 1,0-1,1 0,-1 0,1-1,0 0,-1 0,2 0,-1 0,10 2,-14-5,1 1,0-1,0 1,-1-1,1 0,0 0,0 0,-1 0,1-1,0 1,0-1,-1 1,1-1,0 0,-1 0,1 0,-1-1,0 1,1 0,-1-1,0 0,0 1,0-1,0 0,0 0,0 0,0-1,-1 1,1 0,-1-1,1 1,-1-1,0 1,0-1,0 1,-1-1,1 0,0-5,0 0,0 1,0-1,-1 0,0 0,0 0,-1 0,-2-10,3 16,0 0,-1-1,1 1,-1 0,1 0,-1 0,0 0,0 0,0-1,0 2,-1-1,1 0,-1 0,1 0,-1 0,1 1,-1-1,0 1,0 0,0-1,0 1,0 0,0 0,0 0,0 0,0 0,0 1,-1-1,-1 0,2 2,0-1,0 0,0 1,0 0,1-1,-1 1,0 0,0 0,1 0,-1 0,1 0,-1 0,1 0,-1 1,1-1,0 1,-1-1,1 1,0-1,0 1,0 0,0-1,1 1,-1 0,0 0,1-1,-1 1,1 0,-1 0,1 0,0 0,0 3,-1 5,0-1,1 0,0 0,0 0,3 15,-2-20,0-1,0 1,1 0,-1-1,1 1,0-1,-1 0,2 1,-1-1,0 0,1 0,-1 0,1-1,0 1,0-1,0 1,0-1,0 0,1 0,-1 0,1-1,-1 1,1-1,0 0,-1 0,8 1,-8-2,0 0,1 0,-1 0,0 0,0 0,0-1,0 0,0 0,0 0,0 0,0 0,0 0,0-1,0 1,0-1,-1 0,1 0,-1 0,0 0,1 0,-1-1,0 1,0-1,0 1,-1-1,1 0,-1 0,1 0,-1 0,0 0,0 0,1-4,2-17,9-22,-13 46,1 0,-1 0,1-1,-1 1,1 0,-1 0,1 0,-1 0,1 0,-1 0,1-1,0 1,-1 1,1-1,-1 0,1 0,-1 0,1 0,-1 0,1 0,-1 0,1 1,-1-1,1 0,-1 0,1 1,-1-1,0 0,1 1,-1-1,0 1,1-1,-1 0,0 1,1-1,-1 1,0-1,1 1,-1-1,0 1,21 27,-16-22,2 4,-1-1,2-1,-1 1,1-1,1 0,-1-1,1 0,13 7,-21-14,-1 1,0-1,1 0,-1 0,0 0,1 0,-1 0,1 0,-1 0,0 0,1 0,-1 0,0 0,1 0,-1 0,0 0,1 0,-1 0,0 0,1-1,-1 1,0 0,1 0,-1 0,0 0,1-1,-1 1,0 0,0 0,1-1,-1 1,0 0,0-1,1 1,-1 0,0 0,0-1,0 1,0 0,0-1,0 1,1-1,-1 1,0 0,0-1,0 1,0 0,0-1,0 1,0 0,0-1,-1 1,1 0,0-1,0 1,0 0,0-1,0 1,-1 0,1-1,0 1,-9-32,7 23,1 5,0-1,0 1,1-1,0 0,0 0,0 1,0-1,1 0,0 1,0-1,0 1,0-1,1 1,3-7,-5 10,1-1,0 1,0 0,0 0,0 0,0 0,0 0,0 0,0 0,0 0,1 0,-1 1,0-1,0 0,1 1,-1-1,1 1,-1-1,3 1,-2 0,1 0,-1 0,0 0,1 1,-1-1,0 1,1 0,-1 0,0 0,0 0,0 0,0 0,0 1,0-1,0 1,2 1,2 3,0 0,-1 1,1 0,-1 0,-1 0,6 11,23 30,-33-47,1 0,0 0,0-1,0 1,0 0,0-1,0 1,0 0,0-1,0 1,0-1,0 1,0-1,0 0,0 0,0 1,1-1,-1 0,0 0,2 0,6-3</inkml:trace>
  <inkml:trace contextRef="#ctx0" brushRef="#br0" timeOffset="7486.35">6983 1,'2'22,"2"-1,0 0,1 0,1 0,1 0,0-1,2 0,1 0,12 19,-4-4,16 40,-34-72,-1-4,-7-14,-9-25,16 35,0 1,0-1,0 1,1-1,0 1,0-1,0 1,1-1,-1 1,1-1,0 1,0-1,1 1,-1 0,1 0,0 0,3-5,-3 6,0 1,1-1,-1 0,1 1,0 0,0-1,0 1,0 0,0 1,0-1,1 0,-1 1,0 0,1 0,-1 0,1 0,0 0,-1 1,1 0,0 0,5 0,13 2</inkml:trace>
</inkml:ink>
</file>

<file path=word/ink/ink5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14T10:17:42.588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8 183,'-3'0,"-1"3,3 4,2 5,1 2,3 3,0 1,4 1,-1 3,-2 2,2-1,0-1,-3-1,-1-1,-1-1,1-3,0-5</inkml:trace>
  <inkml:trace contextRef="#ctx0" brushRef="#br0" timeOffset="514.18">247 366,'0'-1,"0"0,0 0,-1 0,1 0,-1 0,1 0,-1 0,1 0,-1 0,0 0,1 1,-1-1,0 0,0 0,1 1,-1-1,0 0,0 1,0-1,0 1,0-1,0 1,0-1,0 1,0 0,0-1,0 1,0 0,0 0,0 0,0 0,-1 0,1 0,0 0,0 0,0 1,0-1,0 0,0 0,0 1,0-1,0 1,0-1,0 1,0 0,0-1,1 1,-1 0,0-1,0 1,0 0,1 0,-1 0,0 1,-2 2,-1 0,2 0,-1 0,1 1,-1-1,1 1,0-1,1 1,-1 0,-1 9,3-13,-1 1,1-1,0 0,0 0,0 1,0-1,0 0,0 0,0 0,1 1,-1-1,0 0,1 0,-1 0,1 0,-1 1,1-1,-1 0,1 0,0 0,-1 0,1 0,0 0,0-1,0 1,0 0,0 0,0-1,0 1,0 0,0-1,0 1,0-1,1 1,-1-1,0 0,0 0,2 1,-1-1,0-1,0 1,0 0,0-1,-1 1,1-1,0 0,0 0,0 1,-1-1,1 0,0 0,-1-1,1 1,-1 0,1-1,-1 1,0 0,0-1,0 0,1 1,-1-1,1-3,5-30,-7 32,0-1,0 1,1 0,-1-1,1 1,0-1,0 1,0 0,0 0,1-1,3-4,-5 8,1 0,-1 0,1 0,-1-1,1 1,-1 0,1 0,-1 1,1-1,-1 0,1 0,-1 0,1 0,-1 0,1 0,-1 1,1-1,-1 0,1 0,-1 1,1-1,-1 0,1 1,-1-1,0 1,1-1,-1 0,0 1,1-1,-1 1,1 0,14 20,-12-15,10 12,-9-11,0-1,0 0,0 0,1-1,0 1,0-1,0 0,1 0,-1-1,1 0,0 0,1 0,11 5,0-4</inkml:trace>
  <inkml:trace contextRef="#ctx0" brushRef="#br0" timeOffset="856.7">616 165,'0'9,"0"7,0 6,0 3,0 3,0 1,4-3,0-1,0-3,2-1,-3-8,-1-9,-5-9,-5-6,-1-1</inkml:trace>
  <inkml:trace contextRef="#ctx0" brushRef="#br0" timeOffset="1259.13">359 108,'9'0,"10"0,7 0,7 0,2 0,3 0,1 3,-1 2,1 2,-7 0</inkml:trace>
  <inkml:trace contextRef="#ctx0" brushRef="#br0" timeOffset="1603.37">708 383,'57'-44,"-55"42,1-1,0 0,-1 1,0-1,1 0,-1 0,0 0,-1-1,1 1,-1 0,1-1,-1 1,0-1,0 1,0-1,0-7,-1 11,0-1,0 1,0-1,0 1,0-1,0 0,0 1,0-1,0 1,0-1,0 0,0 1,0-1,-1 1,1-1,0 1,0-1,-1 1,1-1,0 1,-1-1,1 1,0-1,-1 1,1 0,-1-1,1 1,-1 0,1-1,-1 1,1 0,-1-1,1 1,-1 0,0 0,1 0,-1 0,1-1,-1 1,1 0,-1 0,0 0,1 0,-1 0,1 0,-1 1,1-1,-1 0,0 0,1 0,-1 1,1-1,-1 0,1 0,-1 1,1-1,-1 0,0 1,-2 1,0 0,1 0,-1 0,0 1,1-1,-1 1,1-1,-3 6,2-2,1 0,-1 0,2 0,-1 0,1 0,0 1,0-1,0 1,1-1,0 1,1-1,1 10,-2-14,0 1,1-1,-1 1,1-1,0 0,-1 1,1-1,1 0,-1 1,0-1,0 0,1 0,-1 0,1 0,0 0,-1-1,1 1,0 0,0-1,0 1,0-1,0 0,1 0,-1 1,0-2,1 1,-1 0,0 0,1-1,-1 1,1-1,-1 0,1 0,4 0,-4 0,0-1,-1 1,1-1,0 0,-1 0,1 0,0 0,-1-1,1 1,-1-1,3-1,8-9</inkml:trace>
  <inkml:trace contextRef="#ctx0" brushRef="#br0" timeOffset="2021.91">983 403,'-6'-9,"-2"-7,0-3,2-2,1 0,3 0,3 0,6 5,4 4,4 4,2 4,-2 3</inkml:trace>
  <inkml:trace contextRef="#ctx0" brushRef="#br0" timeOffset="2022.91">1131 403,'0'-9,"0"-7,0-3,-3-2,-1 0,3 0,5 3,5 6,7 4,4 4,-1 2</inkml:trace>
  <inkml:trace contextRef="#ctx0" brushRef="#br0" timeOffset="2365.46">1242 366,'5'-1,"0"-1,0 1,0-1,0-1,0 1,-1-1,0 1,1-1,-1 0,0-1,0 1,-1-1,1 0,-1 0,1 0,-1 0,-1-1,6-8,-8 12,0 1,0 0,0-1,1 1,-1 0,0-1,0 1,0 0,1-1,-1 1,0-1,0 1,0 0,0-1,0 1,0 0,0-1,0 1,0-1,0 1,0 0,0-1,0 1,-1-1,1 1,0 0,0-1,0 1,0 0,-1-1,1 1,0 0,0-1,-1 1,1 0,0-1,-1 1,1 0,0 0,0 0,-1-1,1 1,-1 0,1 0,0 0,-1 0,1-1,0 1,-1 0,1 0,-1 0,1 0,0 0,-1 0,1 0,-1 0,1 0,0 1,-1-1,1 0,-1 0,1 0,0 0,-1 0,1 1,0-1,-1 0,1 1,-3 0,1 0,0 1,1-1,-1 0,0 1,0 0,1-1,-1 1,1 0,-1 0,-1 2,2-1,0-1,-1 1,1 0,0-1,0 1,0 0,1 0,-1 0,1 0,0-1,-1 1,1 0,0 0,1 0,-1 0,0 0,1 0,0-1,0 1,0 0,0 0,0-1,0 1,1-1,-1 1,1-1,-1 0,1 1,0-1,0 0,0 0,1 0,-1 0,0-1,1 1,4 2,0-1,1 0,0-1,-1 0,1 0,0-1,0 0,0 0,0-1,0 0,1 0,-1-1,9-2,14-4</inkml:trace>
  <inkml:trace contextRef="#ctx0" brushRef="#br0" timeOffset="2723.77">1389 0,'9'16,"10"14,7 15,7 12,-1 6,-1 1,-7-3,-7-7,-7-8,-4-7,-11-3,-9-2,-13-3,-8-4,3-6</inkml:trace>
  <inkml:trace contextRef="#ctx0" brushRef="#br0" timeOffset="3253.77">616 126,'10'-3,"9"-1,7-4,3 1,6 1,0 1,-3 2,-7 2</inkml:trace>
</inkml:ink>
</file>

<file path=word/ink/ink5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14T10:18:10.634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0 865,'19'-33,"1"0,31-37,2-3,19-46,-46 73,2 1,2 1,57-64,-86 107,0 0,0-1,0 1,0 0,0 0,1 0,-1 0,1 0,-1 0,1 0,-1 0,1 0,-1 1,1-1,0 1,-1-1,1 1,0 0,-1 0,1 0,0-1,2 2,-2 0,0-1,-1 1,1 0,-1 0,1 0,-1 1,1-1,-1 0,0 1,1-1,-1 0,0 1,0 0,0-1,0 1,0-1,0 3,4 11,0-1,-2 1,5 30,-7-36,5 35,2-1,2-1,1 0,3 0,19 43,-18-57,16 34,-29-58,-1 0,1 0,-1 0,0 1,0-1,0 1,-1-1,1 1,-1-1,0 1,-1 5,0-8,0-1,0 1,0 0,0-1,0 1,-1-1,1 0,0 1,-1-1,1 0,-1 0,0 0,1 0,-1 0,0 0,1 0,-1 0,0-1,0 1,0-1,-3 1,-50 6,44-6,-58 6,-124 8,166-15,0-1,0-1,0-1,0-1,-27-9,46 10,5 2,0 0,-1-1,1 2,0-1,0 0,-1 1,1-1,0 1,-1 0,-2 1,13 4,4-1</inkml:trace>
  <inkml:trace contextRef="#ctx0" brushRef="#br0" timeOffset="558.06">736 514,'15'19,"-1"0,-1 1,0 0,-2 1,-1 0,0 1,12 45,-8-30,10 41,-6-155,29-237,-42 298,-5 16,0 0,0 0,0 0,0 0,0 1,0-1,0 0,0 0,0 0,0 0,0 0,0 0,0 0,0 1,1-1,-1 0,0 0,0 0,0 0,0 0,0 0,0 0,0 0,1 0,-1 0,0 0,0 0,0 0,0 0,0 0,0 0,1 0,-1 0,0 0,0 0,0 0,0 0,0 0,1 0,-1 0,0 0,0 0,0 0,1 11</inkml:trace>
  <inkml:trace contextRef="#ctx0" brushRef="#br0" timeOffset="1069.25">1067 829,'1'-5,"1"-1,-1 0,1 1,0-1,0 1,1 0,-1 0,1 0,0 0,1 0,-1 0,1 1,0 0,0 0,5-4,-6 5,0 1,0-1,0 1,1 0,-1 0,1 0,-1 1,1-1,0 1,5-1,-7 1,0 1,-1 0,1 0,0 0,0 0,0 0,0 1,0-1,0 0,-1 1,1 0,0-1,0 1,-1 0,1 0,0 0,-1 0,1 0,-1 0,0 0,1 0,1 2,-2 0,1 0,-1 0,0 0,0 0,0 0,0 0,0 0,-1 0,1 0,-1 0,0 0,0 0,0 0,0 0,0 1,-1-1,0 0,1 0,-1 0,0 0,0 0,-1 0,1-1,-1 1,-3 4,-5 12,-2-2,-20 26,28-38,-18 17,17-19,1 1,0 0,1 0,-1 0,1 0,-1 1,-2 5,6-9,0-1,0 1,0-1,0 1,0-1,0 1,0-1,0 1,1-1,-1 1,0 0,0-1,1 1,-1-1,0 0,0 1,1-1,-1 1,1-1,-1 1,0-1,1 0,-1 1,1-1,-1 0,1 1,-1-1,1 0,-1 0,1 0,-1 1,1-1,-1 0,1 0,-1 0,1 0,0 0,-1 0,1 0,-1 0,2 0,29 2,-28-2,40 1,-23 1,-1-1,1-1,0-1,0-1,27-6,-33 1,-5-1</inkml:trace>
  <inkml:trace contextRef="#ctx0" brushRef="#br0" timeOffset="1732.33">753 221,'294'-15,"-245"11,-46 4,0 0,0-1,0 1,0-1,0 0,0 0,-1 0,1 0,0 0,0 0,-1-1,1 1,-1-1,0 0,1 0,-1 0,3-3,-4 4,-1 0,1 0,-1 0,0 1,1-1,-1 0,0 0,1 0,-1 0,0 0,0 0,0 0,0 0,0 0,0 0,0 1,0-1,0 0,-1 0,1 0,-1-1,0 0,0 0,0 0,-1 0,1 0,-1 1,1-1,-1 1,0-1,1 1,-1 0,0-1,-4-1,6 4,0-1,1 0,-1 0,0 0,0 0,0 0,0 0,0 0,0 0,0 0,0 0,0 0,0 0,1 0,-1 0,0 0,0-1,0 1,0 0,0 0,0 0,0 0,0 0,0 0,0 0,0 0,0 0,1 0,-1 0,0 0,0 0,0 0,0 0,0-1,0 1,0 0,0 0,0 0,0 0,0 0,0 0,0 0,0 0,0 0,0 0,0-1,20 4,50 16,-62-16,1 1,-1 0,0 0,0 1,-1 0,14 10,-19-13,0 0,0 0,-1 0,1 0,0 0,-1 1,1-1,-1 1,0-1,0 1,0-1,0 1,0-1,0 1,-1 0,1-1,-1 1,0 0,0 0,0-1,0 1,0 0,-1 3,-1-1,-1-1,1 0,-1 1,0-1,0 0,0-1,-1 1,1-1,-1 1,0-1,0 0,0 0,0-1,-1 1,1-1,-1 0,-7 3,-5 2</inkml:trace>
  <inkml:trace contextRef="#ctx0" brushRef="#br0" timeOffset="2108.45">1638 495,'12'3,"11"2,11-1,5-1,3-1,1 0,-5-2,-5 1,-5-1,-10 0,-12-1,-10 4,-4 1</inkml:trace>
  <inkml:trace contextRef="#ctx0" brushRef="#br0" timeOffset="2468.55">1657 715,'12'0,"8"0,6 0,2 0,3 0,2 0,-2-3,-2-1,-4 0,-5 1</inkml:trace>
  <inkml:trace contextRef="#ctx0" brushRef="#br0" timeOffset="2840.65">2282 420,'17'33,"0"-1,-3 2,0 0,-3 0,14 68,0-6,-14-71,-5-21,0-17,2-47,-2 0,-2-86,-1 19,3 94,-6 33,0-1,0 1,0-1,0 0,0 1,1-1,-1 1,0-1,0 1,1-1,-1 1,0-1,1 1,-1 0,1-1,-1 1,0-1,1 1,-1 0,1-1,-1 1,1 0,-1 0,1-1,-1 1,1 0,0 0,-1 0,1 0,-1-1,1 1,-1 0,1 0,0 0,-1 0,1 1,-1-1,1 0,-1 0,1 0,0 0,-1 0,1 1,-1-1,1 0,-1 1,1-1,0 1,8 7</inkml:trace>
  <inkml:trace contextRef="#ctx0" brushRef="#br0" timeOffset="3320.71">2594 810,'0'-2,"0"-1,1 1,-1 0,1-1,0 1,0 0,-1 0,1-1,1 1,-1 0,0 0,0 0,1 0,-1 0,1 1,0-1,0 0,-1 1,5-3,-2 1,1 0,-1 1,1-1,0 1,0 0,0 1,0-1,0 1,7-1,-9 1,1 1,-1 0,0 0,0 0,0 0,1 0,-1 1,0-1,0 1,0 0,0 0,0 0,0 0,5 4,-6-4,-1 0,0 1,1-1,-1 1,0-1,0 1,0 0,0 0,0-1,0 1,0 0,0 0,-1 0,1 0,-1 0,0 0,1 0,-1 0,0 0,0 0,0 0,0 0,-1 0,1 0,-1 3,-2 4,0 0,-1-1,0 1,-1-1,1 0,-1 0,-1 0,-10 12,10-13,0 0,0 0,1 1,0-1,1 1,-1 1,2-1,-5 12,8-19,0-1,0 1,0 0,0-1,0 1,0 0,0-1,0 1,0 0,0-1,0 1,0 0,0-1,1 1,-1 0,0-1,0 1,1-1,-1 1,0-1,1 1,-1 0,1-1,-1 1,1-1,-1 0,1 1,-1-1,1 1,-1-1,2 1,25 4,28-12,-26 1,-18 4,1 0,-1-1,0-1,14-5,-9 0</inkml:trace>
  <inkml:trace contextRef="#ctx0" brushRef="#br0" timeOffset="3665.62">3037 715,'12'0,"11"0,8 0,7-3,4-1,1 0,-3 1,-6-3,-9 1</inkml:trace>
  <inkml:trace contextRef="#ctx0" brushRef="#br0" timeOffset="4212.47">3644 403,'51'110,"44"144,-95-277,2-1,0 1,7-27,5-8,2 2,38-90,-40 122,-14 24,1-1,-1 1,0 0,0-1,0 1,0 0,1-1,-1 1,0 0,0-1,1 1,-1 0,0 0,0-1,1 1,-1 0,0 0,1 0,-1 0,0-1,1 1,-1 0,1 0,-1 0,0 0,1 0,-1 0,0 0,1 0,-1 0,1 0,-1 0,0 0,1 0,-1 0,0 0,1 0,-1 0,0 1,1-1,-1 0,0 0,1 0,-1 1,0-1,1 0,-1 0,0 1,0-1,1 0,-1 0,0 1,0-1,0 0,1 1,-1-1,0 0,0 1,0-1,0 1,0 0,3 9</inkml:trace>
  <inkml:trace contextRef="#ctx0" brushRef="#br0" timeOffset="4820.96">3937 901,'44'-43,"102"-109,-146 152,1-1,-1 1,0 0,0-1,1 1,-1 0,0-1,1 1,-1 0,0-1,1 1,-1 0,0 0,1 0,-1-1,0 1,1 0,-1 0,1 0,-1 0,1 0,-1 0,0 0,1-1,-1 1,1 1,-1-1,1 0,-1 0,0 0,1 0,-1 0,1 0,-1 0,1 1,10 16,4 38,-11-41,4 11,-5-19,-1 0,0 0,0 1,0-1,-1 0,0 1,0-1,-1 1,1-1,-2 13,-3-11</inkml:trace>
  <inkml:trace contextRef="#ctx0" brushRef="#br0" timeOffset="5660.49">3570 110,'257'-18,"-187"19,46-2,-105 1,0-1,1-1,-1 0,0-1,0 0,-1-1,16-7,-25 11,-1 0,1 0,0-1,-1 1,1 0,0-1,-1 1,1-1,0 1,-1-1,1 1,-1-1,1 1,-1-1,1 1,-1-1,0 0,1 1,-1-1,0 0,1 1,-1-1,0 0,0 0,0 1,0-1,0 0,0 1,0-1,0 0,0 0,0 1,0-1,0 0,0 0,0 1,-1-1,1 0,0 1,-1-1,1 0,0 1,-1-1,1 0,-2 0,-1-3,0 1,-1-1,0 1,0 0,0 0,-8-4,-14-3,61 29,-22-12,0 0,-1 0,0 2,21 17,-30-24,-1 1,1-1,0 1,-1-1,1 1,-1 0,0 0,0 0,0 0,-1 0,1 0,0 1,-1-1,0 0,0 1,0-1,0 1,-1 0,0-1,1 1,-1-1,0 1,-1 0,0 6,-2-7,1 0,0 0,-1-1,0 1,0-1,0 1,0-1,0 0,0 0,-1-1,1 1,0-1,-1 1,0-1,1 0,-1 0,0-1,-4 1,-15 3</inkml:trace>
  <inkml:trace contextRef="#ctx0" brushRef="#br0" timeOffset="6624.93">2227 168,'120'2,"126"-4,-244 2,0 0,0-1,0 1,0 0,0 0,0-1,0 1,0-1,0 0,0 0,0 1,0-1,-1 0,1-1,0 1,1-2,-2 3,-1-1,1 0,-1 0,1 0,-1 0,0 0,0 1,1-1,-1 0,0 0,0 0,0 0,0 0,0 0,0 0,0 0,0 0,0 0,0 0,-1 0,1 0,0 0,-2-1,0-2,0 0,-1 0,0 0,0 0,0 1,-1-1,1 1,-1 0,1 0,-1 0,-7-3,2 0,11 4,20 5,36 12,-50-11,1 0,-1 1,0 0,0 0,-1 1,1 0,8 9,-14-13,0 0,-1 0,1 0,-1 0,1 0,-1 0,0 1,0-1,0 0,0 1,0-1,-1 1,1-1,0 4,-2-5,1 1,0-1,0 1,-1 0,1-1,-1 1,0-1,1 1,-1-1,0 1,0-1,0 0,0 1,0-1,0 0,0 0,0 0,-1 0,1 0,0 0,-1 0,1 0,-1 0,-1 0,-11 5,0-3</inkml:trace>
</inkml:ink>
</file>

<file path=word/ink/ink5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14T10:20:00.903"/>
    </inkml:context>
    <inkml:brush xml:id="br0">
      <inkml:brushProperty name="width" value="0.05" units="cm"/>
      <inkml:brushProperty name="height" value="0.05" units="cm"/>
      <inkml:brushProperty name="color" value="#AB008B"/>
      <inkml:brushProperty name="ignorePressure" value="1"/>
    </inkml:brush>
  </inkml:definitions>
  <inkml:trace contextRef="#ctx0" brushRef="#br0">1288 0,'0'44,"1"0,3 0,17 83,-16-102,-2-1,2 47,4 30,13 101,-4-36,-17-149,-1-14,0 0,0 1,0-1,0 0,1 0,-1 0,1 0,0 0,0 0,0 0,0 0,3 5,-42-73,-81-55,248 252,-128-130,0-1,0 0,0 0,1 0,-1 0,0 0,1 0,-1-1,1 1,-1 0,1-1,-1 1,1-1,-1 1,1-1,0 0,-1 0,1 0,0 0,-1 0,1 0,-1 0,4-1,-3 0,0 0,1 0,-1-1,0 1,0-1,0 0,0 0,0 1,0-1,0-1,-1 1,1 0,1-3,5-11,-1 1,0-2,7-27,-10 30,17-35,-16 40,-1 0,0 0,0-1,-1 1,0-1,-1 0,3-19,-5 28,0 0,-1 0,1 0,0 0,0 1,-1-1,1 0,-1 0,1 1,0-1,-1 0,0 0,1 1,-1-1,1 1,-1-1,0 0,1 1,-1-1,0 1,1 0,-1-1,0 1,0 0,0-1,1 1,-1 0,0 0,0-1,0 1,0 0,0 0,1 0,-1 0,0 0,0 1,0-1,0 0,1 0,-1 0,0 1,0-1,0 0,1 1,-2 0,-42 17,40-16,-12 5,-1-1,0 0,0-1,-20 2,-41 14,77-21,0 0,1 0,-1 1,0-1,1 0,-1 0,0 0,1 0,-1 0,0 0,0 0,1 0,-1 0,0 0,1 0,-1 0,0 0,1-1,-1 1,0 0,1-1,-1 1,0-1,-4-4</inkml:trace>
  <inkml:trace contextRef="#ctx0" brushRef="#br0" timeOffset="1015.3">1 810,'106'-251,"-84"206,-18 36,2-6,0 2,1-1,0 1,1 0,1 1,0-1,21-20,-30 33,1-1,0 0,0 1,0 0,0-1,-1 1,1 0,0-1,0 1,0 0,0 0,0 0,0 0,0 0,0 0,0 0,0 0,0 0,-1 0,1 0,0 1,0-1,0 0,0 1,0-1,0 1,-1-1,1 1,0-1,0 1,-1-1,1 1,0 0,-1-1,1 1,-1 0,1 0,0-1,-1 1,0 0,1 0,-1 0,0 0,1 0,-1 0,0-1,0 3,16 53,-14-46,15 47,37 88,-37-105,-16-39,0 1,-1 0,1-1,0 1,-1 0,1 0,-1 0,0 0,0 0,1 0,-1 0,0-1,-1 1,1 0,0 0,0 0,-1 0,1 0,-1 0,0-1,0 1,1 0,-1 0,0-1,0 1,-1-1,1 1,0-1,0 1,-1-1,1 0,-1 0,1 1,-1-1,1 0,-1 0,0-1,0 1,1 0,-1 0,0-1,0 1,0-1,-3 1,-13 2,0-1,0 0,0-2,-19-1,5 1,-61 9,86-8,-1 0,0 1,1 0,-1 1,1-1,-1 1,1 1,0 0,-10 6,17-9</inkml:trace>
  <inkml:trace contextRef="#ctx0" brushRef="#br0" timeOffset="1502.17">404 535,'72'167,"-47"-113,-7-25,-7-26,0-18,58-189,-57 164,-8 25</inkml:trace>
  <inkml:trace contextRef="#ctx0" brushRef="#br0" timeOffset="2136.64">368 333,'28'-2,"0"-1,0-2,51-15,-13 3,-51 14,-4 1,0 0,0-1,0 0,-1 0,1-1,-1-1,0 0,10-6,-20 10,1 1,0-1,-1 0,1 1,0-1,-1 0,1 0,-1 0,0 0,1 1,-1-1,1 0,-1 0,0 0,0 0,0 0,1 0,-1 0,0 0,0 0,0 0,-1 0,1 0,0 0,0 1,0-1,-1 0,1 0,0 0,-1 0,1 0,-1 0,1 1,-1-1,1 0,-1 0,0 1,1-1,-1 0,0 1,0-1,1 1,-1-1,-1 0,-1-1,1 0,-1 0,1 1,-1-1,0 1,0 0,0-1,0 1,0 1,0-1,0 0,-5 0,50 28,-36-24,0 0,-1 1,1 0,-1 0,0 0,0 0,0 1,0 0,-1 0,4 7,-6-10,-1 1,0-1,0 1,-1 0,1-1,0 1,-1 0,0-1,1 1,-1 0,0-1,0 1,-1 0,1 0,-1-1,1 1,-1-1,0 1,0 0,0-1,0 1,0-1,-1 0,1 1,-1-1,-3 4,-5 6</inkml:trace>
</inkml:ink>
</file>

<file path=word/ink/ink5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14T10:19:54.694"/>
    </inkml:context>
    <inkml:brush xml:id="br0">
      <inkml:brushProperty name="width" value="0.05" units="cm"/>
      <inkml:brushProperty name="height" value="0.05" units="cm"/>
      <inkml:brushProperty name="color" value="#66CC00"/>
      <inkml:brushProperty name="ignorePressure" value="1"/>
    </inkml:brush>
  </inkml:definitions>
  <inkml:trace contextRef="#ctx0" brushRef="#br0">2110 0,'-8'2,"1"1,0-1,-1 1,1 0,0 1,1 0,-1 0,1 1,0-1,-10 11,-12 6,28-21,-514 323,298-188,166-106,-60 39,64-31,22-18,-37 24,-279 176,46-34,229-145,28-16,-62 29,86-48,1 1,0 1,0-1,0 2,1 0,0 0,1 1,0 0,0 1,1 0,-10 14,55-80,28-63,-63 116,3-7,-1 1,2 1,-1-1,1 1,1 0,-1 0,1 0,1 1,9-10,-23 25,0 1,0 0,-9 18,3-7,-93 128,106-148,-1 0,1 1,0-1,-1 1,1-1,0 0,0 1,-1-1,1 1,0-1,0 1,0-1,0 1,0-1,0 1,0-1,0 0,0 1,0-1,0 1,0-1,0 1,0-1,0 1,0-1,0 1,1-1,-1 1,0-1,0 0,1 1,-1-1,0 1,1-1,-1 0,0 1,1-1,-1 0,0 1,1-1,-1 0,1 0,-1 1,0-1,1 0,-1 0,1 0,-1 0,1 0,-1 1,1-1,-1 0,1 0,-1 0,1 0,-1 0,1-1,-1 1,1 0,0 0,36-3,-33 2,58-4,70 1,16 0,-146 3,0 1,0 0,0-1,-1 1,1-1,0 0,0 0,0 0,-1 0,1 0,0 0,-1 0,1 0,-1 0,1-1,-1 1,0-1,0 1,1-1,-1 0,0 1,0-1,-1 0,1 0,0 1,0-5,5-7</inkml:trace>
  <inkml:trace contextRef="#ctx0" brushRef="#br0" timeOffset="651.84">1023 1050,'-3'3,"1"1,6 0,7-1,5-4,3-1,5-2,1 2,0-4,-2 0,-1 1,-5 2</inkml:trace>
  <inkml:trace contextRef="#ctx0" brushRef="#br0" timeOffset="1120.63">1428 847,'28'63,"36"113,-51-148,-12-28,-1 0,0 1,1-1,-1 0,0 1,1-1,-1 0,1 1,-1-1,1 0,-1 1,1-1,-1 0,1 0,-1 0,1 0,-1 0,1 1,-1-1,1 0,-1 0,1 0,-1 0,1-1,-1 1,1 0,0 0,2-2,0-1,0 1,0-1,0 0,-1 0,0 0,1 0,-1 0,0 0,0-1,1-4,49-114,0-1,-51 121,0 0,0 1,0-1,0 0,0 1,0-1,0 1,1-1,-1 1,1 0,-1-1,1 1,-1 0,1 0,2-1,5 1</inkml:trace>
  <inkml:trace contextRef="#ctx0" brushRef="#br0" timeOffset="1553.7">1723 1234,'93'-107,"-49"55,-43 50,0 0,0 1,0-1,1 1,-1 0,0-1,1 1,-1 0,1 0,0 0,-1 0,1 0,0 0,-1 0,1 1,0-1,0 1,2-1,-3 1,0 0,0 1,0-1,0 1,-1-1,1 1,0-1,0 1,-1 0,1-1,0 1,-1 0,1-1,0 1,-1 0,1 0,-1 0,0 0,1-1,-1 1,0 0,1 0,-1 0,0 0,0 1,3 13,-2-1,0 1,-1 24,0-19,11 74,-15-107</inkml:trace>
  <inkml:trace contextRef="#ctx0" brushRef="#br0" timeOffset="2134.15">1539 627,'253'-18,"-237"18,-4 0,0 0,0-1,0 0,0 0,12-4,-22 4,-1 1,1-1,0 1,-1-1,1 0,-1 0,1 0,-1 1,0-1,1-1,-1 1,0 0,0 0,0 0,0-1,1 1,-2 0,1-1,0 1,0-1,0 1,-1-1,1 1,-1-1,1 0,-1 1,0-1,0 0,1 1,-1-1,0 0,0 1,-1-1,1 0,0 0,-1 1,1-1,-1 1,1-1,-1 0,0 1,-1-3,16 19,15 32,-26-42,-1 0,0 0,0 0,0 0,-1 0,0 1,0-1,1 9,-2-12,-1 0,1 0,0-1,0 1,-1 0,1 0,-1 0,1-1,-1 1,0 0,0-1,0 1,0-1,0 1,0-1,0 1,0-1,0 0,-1 0,1 1,-1-1,1 0,-1 0,1 0,-1-1,-2 2,-10 3</inkml:trace>
</inkml:ink>
</file>

<file path=word/ink/ink6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14T10:18:53.004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0 446,'0'1,"1"0,-1 0,1-1,-1 1,1 0,-1 0,1-1,-1 1,1-1,0 1,-1 0,1-1,0 1,0-1,-1 0,1 1,0-1,0 0,-1 1,1-1,0 0,0 0,0 0,0 1,0-1,0 0,-1 0,1 0,0-1,0 1,0 0,0 0,0 0,1-1,39-6,-36 5,106-19,-35 4,-60 12,1 0,0 2,23-3,0 2,54-12,12-2,114-19,-48 3,-104 17,19-6,-49 12,77-12,50 8,74-23,0-3,-110 23,-127 18,4 0,0-1,0 1,0-1,0 0,0-1,-1 1,1-1,0 0,-1 0,9-5,-15 6,1 0,0 0,0 0,-1 0,1 0,0 1,-1-1,1 0,-1 0,1 1,-1-1,0 0,1 0,-1 1,0-1,1 1,-1-1,0 1,0-1,1 1,-1-1,0 1,0-1,0 1,0 0,0 0,0 0,-1-1,-29-9,12 5,-170-35,185 39,-23-2,26 5,16 4,51 14,-41-13,0 0,-1 2,0 1,0 1,-1 0,23 17,-8-13,-34-14,0-1,-1 1,0 0,1 1,-1-1,0 1,1-1,-1 1,5 4,-10-4,0-1,0 1,0-1,0 1,0-1,-1 0,1 0,0 0,-1 0,1 0,-4 0,1 1,-124 60,31-13,95-48,0 0,0 1,0-1,0 1,0 0,0 0,1 0,-1 0,-3 5,6-7,0 0,0 0,0 0,0 0,0 0,0 1,0-1,0 0,0 0,0 0,0 0,0 0,0 0,0 1,0-1,0 0,0 0,0 0,0 0,0 0,0 0,0 0,0 1,0-1,0 0,0 0,1 0,-1 0,0 0,0 0,0 0,0 0,0 0,0 0,0 1,0-1,1 0,-1 0,0 0,0 0,0 0,0 0,0 0,0 0,0 0,1 0,-1 0,0 0,0 0,0 0,0 0,0 0,0 0,1 0,-1 0,0 0,0 0,0-1,0 1,0 0,0 0,1 0,22-8,13-11,-1 0,39-31,-25 16,-20 20,-25 13,1-1,-1 0,1 0,-1-1,0 1,0-1,0 0,6-5,-10 7,0 0,1 0,-1 1,0-1,0 0,0 1,0-1,0 0,0 1,0-1,0 0,0 0,0 1,0-1,0 0,0 1,-1-1,1 0,0 0,0 1,-1-1,1 1,-1-1,1 0,0 1,-1-1,1 1,-1-1,1 1,-1-1,0 1,1-1,-1 1,1 0,-1-1,0 1,1 0,-1 0,0-1,0 1,0 0,-39-15,30 12,-30-13,16 6,-1 1,0 1,0 1,-35-5,58 12,1-1,0 1,-1 0,1 0,0 0,-1-1,1 1,0-1,0 1,-1-1,1 0,0 1,0-1,0 0,0 0,-2-1,-1-6</inkml:trace>
</inkml:ink>
</file>

<file path=word/ink/ink6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14T10:21:25.312"/>
    </inkml:context>
    <inkml:brush xml:id="br0">
      <inkml:brushProperty name="width" value="0.05" units="cm"/>
      <inkml:brushProperty name="height" value="0.05" units="cm"/>
      <inkml:brushProperty name="color" value="#66CC00"/>
      <inkml:brushProperty name="ignorePressure" value="1"/>
    </inkml:brush>
  </inkml:definitions>
  <inkml:trace contextRef="#ctx0" brushRef="#br0">39 0,'0'9,"0"7,0 3,0 5,0 1,0 4,-3 1,-1 4,-4-2,1 0,1-2,1-4,2-2,2-2,0-9,4-9,1-8,0-4</inkml:trace>
  <inkml:trace contextRef="#ctx0" brushRef="#br0" timeOffset="435.15">262 109,'-3'-1,"0"0,1 0,-1 1,1-1,-1 1,0 0,0-1,1 1,-1 0,0 1,1-1,-1 0,0 1,1-1,-1 1,1 0,-1 0,1 0,-1 0,1 1,-1-1,1 1,0-1,0 1,0 0,0-1,0 1,0 0,0 1,-2 3,3-3,-1 0,1 0,0 0,0 0,0 1,0-1,0 0,1 1,-1-1,1 1,0-1,0 0,0 1,1-1,-1 1,1-1,0 0,0 0,0 1,0-1,1 0,-1 0,4 6,1-2,0-1,0 1,1-1,-1 0,10 6,20 20,-35-31,-1-1,1 0,-1 1,1-1,-1 1,1-1,-1 1,1-1,-1 1,0-1,1 1,-1 0,0-1,0 1,1 0,-1-1,0 1,0-1,0 1,0 0,0-1,0 1,0 0,0-1,0 1,0 0,0-1,0 1,0 0,-1-1,1 1,0 0,0-1,-1 1,1-1,-1 2,-1-1,0 1,0-1,0 0,0 0,-1 0,1 0,0 0,0-1,-1 1,-3 0,-59 2,45-6,4-2</inkml:trace>
</inkml:ink>
</file>

<file path=word/ink/ink6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14T10:21:15.840"/>
    </inkml:context>
    <inkml:brush xml:id="br0">
      <inkml:brushProperty name="width" value="0.05" units="cm"/>
      <inkml:brushProperty name="height" value="0.05" units="cm"/>
      <inkml:brushProperty name="color" value="#66CC00"/>
      <inkml:brushProperty name="ignorePressure" value="1"/>
    </inkml:brush>
  </inkml:definitions>
  <inkml:trace contextRef="#ctx0" brushRef="#br0">1 196,'155'-60,"-111"46,-1-3,60-31,-100 47,-1-1,1 1,-1-1,0 0,1 0,-1 0,0 0,0 0,0 0,0-1,2-3,-4 6,0 0,0-1,0 1,1-1,-1 1,0 0,0-1,0 1,0-1,0 1,0 0,0-1,0 1,0-1,-1 1,1-1,0 1,0 0,0-1,0 1,-1 0,1-1,0 1,0-1,-1 1,1 0,0 0,-1-1,-21-6,-12 5,34 2,0 0,0 0,0 0,0 0,0 0,1 0,-1 0,0 0,0 0,0 0,0 1,0-1,0 0,0 0,0 0,0 0,0 0,0 0,0 0,0 0,0 0,0 0,0 0,0 0,0 1,0-1,0 0,0 0,0 0,0 0,-1 0,1 0,0 0,0 0,0 0,0 0,0 0,0 0,0 0,0 0,0 0,0 0,0 0,0 1,0-1,0 0,0 0,0 0,-1 0,1 0,0 0,0 0,0 0,20 7,-9-4,-1 1,0 0,1 1,-1 0,-1 1,1 0,8 8,-15-12,1 1,-2-1,1 1,0 0,0-1,-1 2,0-1,1 0,-1 0,0 1,-1-1,1 1,-1-1,1 1,-1 0,0-1,0 1,-1 0,1 0,-1 0,0 0,0 0,0-1,-1 6,0-7,0 0,1 0,-1 0,0 0,0 0,0 0,-1 0,1-1,0 1,-1 0,1-1,-1 1,0-1,1 1,-1-1,0 0,0 0,0 0,0 0,0 0,0 0,0 0,0-1,0 1,0-1,-1 1,-2-1,-7-1</inkml:trace>
  <inkml:trace contextRef="#ctx0" brushRef="#br0" timeOffset="731.75">609 30,'0'6,"-1"-2,1-1,0 1,0 0,0 0,0 0,1-1,-1 1,1 0,0-1,0 1,1 0,-1-1,1 1,1 2,-2-8,1 0,-2-1,1 1,0-1,0 1,-1-1,1 1,-1-1,0 1,0-4,0 2,1 0,-1 0,1-1,0 1,0 0,0 0,1 0,-1 0,1 0,0 1,4-7,-5 9,0 0,0 0,0 0,0 1,0-1,1 0,-1 0,0 1,1-1,-1 1,0-1,1 1,-1 0,0 0,1-1,-1 1,0 0,1 0,-1 0,1 0,-1 0,0 1,1-1,-1 0,1 1,-1-1,0 1,0-1,1 1,-1 0,0 0,0-1,0 1,0 0,0 0,0 0,0 0,0 0,2 2,1 2,0 0,1 0,-2 0,1 1,0-1,-1 1,4 10,-6-14,0 1,0 0,0-1,0 1,0 0,-1-1,1 1,-1 0,0 0,0 0,0-1,0 1,0 0,0 0,-1 0,0-1,1 1,-1 0,0-1,-2 4,3-6,0 1,0-1,-1 0,1 1,0-1,0 0,-1 1,1-1,0 0,-1 1,1-1,0 0,-1 0,1 1,0-1,-1 0,1 0,-1 1,1-1,0 0,-1 0,1 0,-1 0,1 0,-1 0,1 0,0 0,-1 0,1 0,-1 0,1 0,-1 0,1 0,0 0,-1 0,1-1,-1 1,1 0,-1 0,1 0,0-1,-1 1,1 0,0-1,-1 1,1 0,0-1,0 1,-1 0,1-1,0 1,0 0,-1-1,1 1,0-1,0 1,0 0,0-1,0 1,0-1,0 1,0-1,0 1,0-1,-6-31,7 29,-1-1,0 0,1 1,0-1,0 0,0 1,1-1,-1 1,1 0,0-1,-1 1,2 0,-1 0,0 0,0 0,1 1,0-1,-1 1,6-4,-6 5,0 0,1 0,-1 0,0 1,0-1,0 1,0-1,1 1,-1 0,0 0,0 0,1 0,-1 1,0-1,0 1,1-1,-1 1,0-1,0 1,0 0,0 0,0 0,0 1,0-1,-1 0,1 1,0-1,-1 1,1-1,-1 1,1 0,-1 0,2 2,8 15,-10-16,1 1,-1-1,1 0,0 1,1-1,-1 0,0 0,1 0,3 2,1-48,-7 42,0 0,0 0,1-1,-1 1,0 0,0 0,1 0,-1-1,1 1,-1 0,1 0,-1 0,1 0,0 0,-1 0,1 0,0 0,0 0,0 1,0-1,-1 0,1 0,0 1,1-1,-1 1,0-1,0 1,0-1,0 1,0 0,0-1,1 1,-1 0,0 0,0 0,0 0,1 0,-1 0,0 0,0 0,0 1,1-1,-1 0,0 1,0-1,0 1,0-1,0 1,0-1,0 1,0 0,0 0,0-1,0 1,0 0,-1 0,2 2,9 7,-1 1,-1 0,14 21,-19-26,27 39,-20-27</inkml:trace>
</inkml:ink>
</file>

<file path=word/ink/ink6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14T10:20:37.893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0 646,'45'-72,"69"-146,-60 61,-50 145,-4 10,0 1,0 0,1-1,-1 1,0 0,1 0,-1-1,1 1,0 0,-1 0,1 0,0 0,0 0,0 0,0 0,0 0,0 0,0 0,0 0,0 0,2 0,-2 1,-1 0,1 0,0 0,0 1,0-1,0 0,0 1,0-1,0 1,0-1,-1 1,1-1,0 1,0 0,-1-1,1 1,0 0,-1-1,1 1,-1 0,1 0,0 1,6 11,0 1,10 27,-12-26,55 99,-43-86,-2 1,-1 0,-1 0,9 33,-21-60,0-1,-1 1,1 0,-1 0,1 0,-1 0,0 0,0 0,0 0,0 0,0 0,0 0,0 0,-1 0,1-1,-1 1,0 0,1 0,-1 0,0 0,0-1,0 1,0 0,0-1,-1 1,1-1,0 0,-1 1,1-1,-1 0,1 0,-1 0,0 0,0 0,1 0,-1 0,0 0,0-1,0 1,-3 0,-9 1,0-1,0 0,0-1,-26-3,12 2,-164-2,208 3</inkml:trace>
  <inkml:trace contextRef="#ctx0" brushRef="#br0" timeOffset="505.51">479 351,'39'59,"-4"-4,56 66,-89-119,-1-1,0 1,0-1,1 1,-1-1,1 0,-1 0,1 0,-1 0,1 0,0 0,0 0,2 0,-4-1,1 0,-1 0,1 0,-1 0,1 0,0 0,-1 0,1 0,-1-1,1 1,-1 0,1 0,-1-1,1 1,-1 0,1-1,-1 1,0 0,1-1,-1 1,1-1,-1 1,0 0,1-1,-1 1,0-1,0 1,1-2,1-5,0 0,0 0,-1 0,0 0,0-11,1-4,4-8,2 1,1-1,13-27,-4 10,-14 36</inkml:trace>
  <inkml:trace contextRef="#ctx0" brushRef="#br0" timeOffset="1119.53">406 91,'131'2,"137"-4,-238-5,-30 7,1 0,-1-1,0 1,1 0,-1 0,0-1,0 1,1 0,-1-1,0 1,1 0,-1-1,0 1,0 0,0-1,0 1,1-1,-1 1,0 0,0-1,0 1,0-1,0 1,0-1,0 1,0 0,0-1,0 1,0-1,0 1,0-1,-1 1,1-1,-3-3,0 0,0-1,-1 1,1 1,-1-1,0 0,-5-3,-18-20,27 27,-1 0,1 0,0 0,0-1,0 1,0 0,0 0,0 0,0-1,0 1,0 0,0 0,0 0,0-1,0 1,0 0,0 0,0 0,0-1,0 1,0 0,0 0,0 0,0-1,0 1,0 0,0 0,1 0,-1-1,0 1,0 0,0 0,0 0,0 0,1 0,-1-1,0 1,0 0,0 0,0 0,1 0,-1 0,0 0,0 0,1 0,15-2,14 6,-17-1,0 1,-1 1,1 0,-1 0,18 13,-26-17,0 1,-1 0,0 1,0-1,1 1,-1-1,-1 1,1 0,0 0,-1 0,1 1,-1-1,0 1,0-1,0 1,-1-1,1 1,-1 0,0 0,0 0,-1 0,2 7,-3-9,1-1,0 0,-1 1,0-1,1 0,-1 0,1 1,-1-1,0 0,0 0,0 0,0 0,0 0,0 0,0 0,0 0,0 0,0-1,-1 1,0 1,-32 10,21-7,-4 2</inkml:trace>
  <inkml:trace contextRef="#ctx0" brushRef="#br0" timeOffset="1710.28">55 843,'10'4,"0"-2,0 1,0-1,0 0,1-1,-1-1,0 1,1-2,-1 1,17-4,8 1,130-8,1 8,180 20,-320-13,-14-2,0-1,-1 0,1 0,0-1,19-2,-31 1,1 1,0 0,-1 0,1 0,-1 0,1 0,-1 0,0-1,1 1,-1 0,1-1,-1 1,1 0,-1 0,0-1,1 1,-1-1,0 1,1 0,-1-1,0 1,1-1,-1 1,0-1,0 1,0-1,1 1,-1-1,0 1,0-1,0 1,0-1,0 1,0-1,0 1,0-1,0 1,0-1,0 1,-1-1,1 1,0-1,0 1,0-1,-1 1,1-1,0 1,0-1,-1 1,1 0,0-1,-1 1,1 0,-1-1,-5-10</inkml:trace>
  <inkml:trace contextRef="#ctx0" brushRef="#br0" timeOffset="2784.19">331 1067,'-5'21,"-89"342,87-346,6-21,7-31,82-210,-41 118,-45 120,1 1,-1 0,1 0,0 0,7-9,-10 15,0-1,1 1,-1-1,0 1,1-1,-1 1,1 0,-1-1,1 1,-1 0,1-1,-1 1,1 0,-1 0,1 0,0-1,-1 1,1 0,-1 0,1 0,0 0,-1 0,1 0,-1 0,1 0,1 1,-1-1,0 1,1 0,-1 1,0-1,1 0,-1 0,0 0,0 1,0-1,0 1,0-1,0 1,-1-1,2 3,159 311,-157-310,-1 1,0 0,0 0,-1 0,0 0,0 1,0-1,1 10,-3-14,0 0,0 0,0 0,-1-1,1 1,0 0,-1 0,1 0,-1-1,0 1,0 0,1 0,-1-1,0 1,0-1,-1 1,1-1,0 1,0-1,-1 0,1 0,-1 0,1 0,-1 0,1 0,-1 0,0 0,1 0,-1-1,0 1,0-1,0 1,-2 0,-27 3,1-1,-1-1,0-1,-44-6,-11 1,74 4,10-1,-1 1,0-1,0 1,0 0,0 0,0 0,0 0,0 1,1-1,-1 1,0-1,0 1,0 0,1 0,-1 1,0-1,1 0,-4 3,6-3,0-1,0 1,0-1,0 1,0-1,0 1,0-1,0 1,0-1,0 1,0 0,0-1,0 1,0-1,1 1,-1-1,0 1,0-1,1 0,-1 1,0-1,1 1,-1-1,0 1,1-1,-1 0,1 1,-1-1,1 0,-1 0,1 1,9 5</inkml:trace>
  <inkml:trace contextRef="#ctx0" brushRef="#br0" timeOffset="3347.81">718 1031,'9'19,"-1"0,-1 1,-1 0,-1 1,6 39,-4 105,-4-46,-3-117,0-1,1 1,-1 0,1-1,-1 1,1-1,-1 1,1-1,0 0,-1 1,1-1,0 0,0 1,0-1,0 0,1 0,-1 0,0 0,0 0,1 0,-1 0,0 0,1 0,-1-1,1 1,-1-1,1 1,-1-1,1 1,0-1,-1 0,1 0,-1 0,1 0,0 0,-1 0,1 0,2-1,11-1,-1-1,1 0,20-7,-13 3,99-21,-122 28,1 0,0 0,0 0,0-1,0 1,0 0,0 0,0 0,-1 0,1 0,0-1,0 1,0 0,0 0,0 0,0 0,0-1,0 1,0 0,0 0,0 0,0 0,0-1,0 1,0 0,0 0,0 0,0 0,0-1,0 1,0 0,0 0,0 0,1 0,-1-1,0 1,0 0,0 0,0 0,0 0,0 0,0 0,1 0,-1-1,0 1,0 0,0 0,0 0,1 0,-1 0,0 0,0 0,0 0,0 0,1 0,-1 0,-14-6,2 3</inkml:trace>
  <inkml:trace contextRef="#ctx0" brushRef="#br0" timeOffset="3704.76">718 1231,'13'0,"6"0,8 0,4 0,4 0,-2 0,-2 0,-4 0,-7-3,-9-4,-7-1</inkml:trace>
</inkml:ink>
</file>

<file path=word/ink/ink6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14T10:20:32.677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680 233,'0'1,"0"-1,0 0,0 0,1 0,-1 0,0 0,0 1,0-1,0 0,0 0,1 0,-1 1,0-1,0 0,0 0,0 1,0-1,0 0,0 0,0 0,0 1,0-1,0 0,0 0,0 1,0-1,0 0,0 0,0 1,0-1,0 0,0 0,0 1,0-1,0 0,0 0,-1 0,1 1,0-1,0 0,0 0,0 0,-1 0,1 1,0-1,-1 0,-15 6,-20-3,-82 6,83-4,-1-2,1-2,-1-1,-52-7,56 2,0 2,1 1,-1 2,0 1,0 1,-51 10,78-8,14 2,15 1,56 0,-61-7,-1 1,1 1,-1 1,0 0,0 2,0 0,0 0,21 11,-30-11,70 41,-71-41,-1 0,1 1,-1 0,-1 0,1 1,-1-1,8 13,-13-17,0 0,0 0,0 0,0-1,-1 1,1 0,-1 0,0 1,1-1,-1 0,0 0,0 0,0 0,0 0,-1 0,1 0,-1 0,1 0,-1 0,0 0,1 0,-1 0,0-1,0 1,0 0,-1-1,1 1,0 0,-3 1,-5 6,-1 0,1-1,-22 13,7-4,-12 11,1 1,2 2,1 1,2 2,1 1,1 1,-29 52,56-87,0 0,1 0,-1 0,1-1,-1 1,1 0,-1 0,1 0,0 0,-1 0,1 0,0 0,0 0,0 0,0 0,0 0,0 0,0 0,0 0,0 0,0 0,0 0,1 0,-1 0,0 0,1 0,-1 0,1-1,-1 1,1 0,-1 0,2 1,0-1,0 0,0 0,0 0,1-1,-1 1,0 0,1-1,-1 0,0 1,1-1,-1 0,0 0,3-1,13-1,0 0,27-8,-44 9,43-9,0 2,1 2,63 0,135 12,-148 4,-83-11</inkml:trace>
  <inkml:trace contextRef="#ctx0" brushRef="#br0" timeOffset="948.03">1120 397,'46'264,"-19"-89,-36-244,0-101,-2-25,9 178,0 7,1 0,0 0,0-1,2-12,-2 22,2 0,-1-1,0 1,0 0,0 0,1-1,-1 1,0 0,1-1,-1 1,1 0,0 0,-1 0,1 0,0 0,0 0,0 0,0 0,0 0,0 0,0 0,0 0,0 0,0 1,0-1,0 1,1-1,-1 1,0-1,0 1,1-1,-1 1,0 0,1 0,-1 0,0 0,1 0,2 0,85 10,2-4,94-7,-155-6,-26 3</inkml:trace>
  <inkml:trace contextRef="#ctx0" brushRef="#br0" timeOffset="1340.25">1138 582,'10'-3,"6"-1,6 0,3 1,0 0,3-1,2-1,-1 1,1 1,-1 0,-3 2,-2 4,-9-2,-10-2,-5 1</inkml:trace>
  <inkml:trace contextRef="#ctx0" brushRef="#br0" timeOffset="2260.85">1212 104,'283'-20,"-207"21,61-2,-135 2,-1-1,0 0,1 0,-1 0,0 0,1-1,-1 1,0 0,0-1,1 1,-1 0,0-1,0 1,1-1,-1 0,0 1,0-1,0 0,1-1,-2 1,0 1,0-1,0 0,-1 1,1-1,0 0,0 1,0-1,-1 0,1 1,0-1,-1 1,1-1,-1 1,1-1,-1 0,1 1,-1 0,1-1,-1 1,1-1,-1 1,1 0,-2-1,-53-28,48 26,-27-19,34 22,0 0,-1 0,1 0,0 0,0 0,0 0,0 0,-1-1,1 1,0 0,0 0,0 0,0 0,0-1,0 1,-1 0,1 0,0 0,0 0,0-1,0 1,0 0,0 0,0 0,0-1,0 1,0 0,0 0,0 0,0-1,0 1,0 0,0 0,0-1,0 1,0 0,0 0,0 0,0 0,1-1,-1 1,0 0,0 0,0-1,23 2,-9 2,1 2,-1-1,0 1,0 1,13 8,-19-10,-1 0,0 1,0 0,0 0,0 0,-1 1,0 0,0 1,0-1,5 10,-10-15,-1 0,1 0,0 1,-1-1,1 0,-1 1,0-1,0 0,1 1,-1-1,0 0,0 1,0-1,0 0,0 1,-1-1,1 1,0-1,-1 0,1 0,-1 1,1-1,-1 0,1 0,-1 1,0-1,-1 1,0 1,-1 0,0-1,0 1,0-1,-1 0,1 0,0 0,-6 2,-7 2</inkml:trace>
  <inkml:trace contextRef="#ctx0" brushRef="#br0" timeOffset="2792.64">2151 563,'6'0,"8"0,9 0,6-4,5 0,2 0,2 1,0 1,-3 1,-4 0,-1 1,-3 0,-9 0,-16 0,-10 0</inkml:trace>
  <inkml:trace contextRef="#ctx0" brushRef="#br0" timeOffset="3324.22">2170 709,'13'3,"10"1,4 0,4-1,3-1,2 0,-2-1,-1-1,-2 0,-7-3,-7-2</inkml:trace>
</inkml:ink>
</file>

<file path=word/ink/ink6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14T10:20:37.034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0 90,'8'44,"3"80,-11-156,8-62,-7 85,0 1,1-1,0 1,0 0,1 0,0 0,0 0,1 1,0-1,0 1,1 0,10-12,-13 18,-1-1,1 1,-1 0,1 0,-1 0,1 0,0 0,0 0,-1 0,1 0,0 1,0-1,0 1,0-1,0 1,0 0,0 0,0 0,0 0,0 0,-1 0,1 0,4 2,-2-1,-1 1,0 0,1 0,-1 0,0 1,0-1,0 1,0 0,0 0,-1 0,3 4,4 6,-1 0,-1 1,0 0,-1 0,4 15,4 57,-15-98,0 0,1 0,1 0,0 0,0 0,2 0,-1 0,1 0,1 1,0 0,1-1,0 2,0-1,8-10,-12 19,1 1,-1-1,0 1,1-1,-1 1,1 0,-1-1,1 1,-1 0,1 0,0 0,0 1,-1-1,1 0,0 1,0-1,0 1,0-1,0 1,0 0,0 0,-1 0,1 0,3 1,-2 0,0 0,1 0,-1 1,0-1,0 1,0 0,0 0,0 0,-1 1,1-1,-1 0,4 5,1 2,-1 0,1 0,-2 1,1 0,-2 0,1 0,4 18,-4 6,-4-33,-1 1,0-1,0 1,0-1,0 0,0 1,0-1,0 1,0-1,-1 0,1 1,0-1,-1 0,1 1,-1-1,0 0,1 0,-1 1,0-1,-1 1,1-2,1 0,0 0,-1 0,1 0,0 0,-1 0,1-1,0 1,-1 0,1 0,0 0,-1-1,1 1,0 0,0 0,-1-1,1 1,0 0,0-1,-1 1,1 0,0-1,0 1,0 0,0-1,0 1,-1 0,1-1,0 1,0-1,0 1,0 0,0-1,0 1,0-1,0 1,0 0,1-1,-2-18,4 5,0 0,1 0,1 0,0 1,9-17,-12 25,1-1,0 1,1-1,-1 1,1 0,0 0,0 1,1-1,-1 1,1 0,0 0,0 0,1 1,7-4,-11 6,0 0,0 1,0-1,0 1,0 0,0-1,0 1,0 0,0 0,0 0,0 0,0 1,0-1,-1 1,1-1,0 1,0 0,0-1,0 1,0 0,-1 0,4 2,-2 1,0-1,0 0,0 1,-1-1,1 1,-1 0,0 0,0 0,3 8,0 7,0-1,-1 1,2 30,6 23,-12-72,0 0,0 0,0 0,0 0,0-1,0 1,0 0,0 0,0 0,0 0,0 0,-1 0,1 0,0 0,0 0,0 0,0 0,0 0,0 0,0 0,0 0,0 0,0 0,-1 0,1 0,0 0,0 0,0 0,0 0,0 0,0 0,0 0,0 0,0 0,-1 0,1 0,0 0,0 0,0 1,0-1,0 0,0 0,0 0,0 0,0 0,0 0,0 0,0 0,-6-9,5 8,-6-11</inkml:trace>
</inkml:ink>
</file>

<file path=word/ink/ink6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14T10:20:35.469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 20,'6'0,"8"0,9 0,6-4,5 0,2 0,2 1,0 1,-3 1,-4 0,-1 1,-3 0,-9 0,-16 0,-10 0</inkml:trace>
  <inkml:trace contextRef="#ctx0" brushRef="#br0" timeOffset="531.57">19 166,'13'3,"10"1,4 0,4-1,3-1,2 0,-2-1,-1-1,-2 0,-7-3,-7-2</inkml:trace>
</inkml:ink>
</file>

<file path=word/ink/ink6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14T10:21:17.428"/>
    </inkml:context>
    <inkml:brush xml:id="br0">
      <inkml:brushProperty name="width" value="0.05" units="cm"/>
      <inkml:brushProperty name="height" value="0.05" units="cm"/>
      <inkml:brushProperty name="color" value="#66CC00"/>
      <inkml:brushProperty name="ignorePressure" value="1"/>
    </inkml:brush>
  </inkml:definitions>
  <inkml:trace contextRef="#ctx0" brushRef="#br0">1 129,'50'0,"1"-2,0-2,-1-2,0-2,0-3,50-17,-99 27,1 1,-1 0,0 0,1-1,-1 1,1-1,-1 1,0-1,1 0,-1 1,0-1,0 0,1 0,-1 0,0 0,0 0,0 0,0 0,0 0,-1-1,1 1,0 0,0-1,-1 1,1 0,0-2,-2 1,0 1,0 0,1-1,-1 1,0-1,0 1,-1 0,1 0,0 0,0 0,-1 0,1 0,0 0,-1 0,1 0,-1 1,1-1,-3 0,-14-6,1 2,-32-7,65 14,3 1,1 1,27 8,-43-11,0 1,1-1,-1 1,0 0,0 0,0 0,0 1,0-1,-1 1,1 0,-1 0,0 0,0 1,0-1,0 1,0 0,3 7,-5-9,-1 0,1 0,-1 0,0 1,0-1,0 0,0 0,0 0,0 1,-1-1,1 0,-1 0,1 0,-1 0,0 0,0 0,0 0,0 0,0 0,0 0,-1 0,1-1,-3 3,1-1,0 0,0 0,0 0,-1-1,1 1,-1-1,0 0,1 0,-1 0,0-1,-6 2,-3-1</inkml:trace>
  <inkml:trace contextRef="#ctx0" brushRef="#br0" timeOffset="452.63">718 18,'-5'-2,"0"0,0 1,-1 0,1 0,0 0,0 1,-1-1,1 1,-1 1,1-1,0 1,-10 2,13-3,1 0,-1 1,1-1,0 0,-1 1,1-1,0 1,-1-1,1 1,0 0,0-1,0 1,-1 0,1 0,0 0,0 0,0 0,0 0,1 0,-1 0,0 0,0 1,1-1,-1 0,0 1,1-1,0 0,-1 1,1-1,0 0,-1 1,1-1,0 0,0 1,0-1,0 1,1-1,-1 1,0-1,0 0,1 1,-1-1,1 0,-1 1,1-1,0 0,0 0,-1 0,1 0,0 1,1 0,5 5,-1 0,1 0,0-1,1 1,0-2,0 1,0-1,0 0,12 4,-10-4,1 0,-1 1,0 1,0 0,10 9,-20-16,1 0,-1 1,0-1,1 0,-1 0,0 1,0-1,1 0,-1 1,0-1,0 0,1 0,-1 1,0-1,0 1,0-1,0 0,1 1,-1-1,0 0,0 1,0-1,0 1,0-1,0 0,0 1,0-1,0 1,0-1,0 0,0 1,0-1,-1 0,1 1,0-1,0 1,0-1,-1 0,1 1,0-1,0 0,-1 0,1 1,0-1,-24 7,-27-6,32-4,1-2</inkml:trace>
</inkml:ink>
</file>

<file path=word/ink/ink6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14T10:21:11.771"/>
    </inkml:context>
    <inkml:brush xml:id="br0">
      <inkml:brushProperty name="width" value="0.05" units="cm"/>
      <inkml:brushProperty name="height" value="0.05" units="cm"/>
      <inkml:brushProperty name="color" value="#66CC00"/>
      <inkml:brushProperty name="ignorePressure" value="1"/>
    </inkml:brush>
  </inkml:definitions>
  <inkml:trace contextRef="#ctx0" brushRef="#br0">106 0,'1'1,"1"0,-1 0,0 0,0 0,0 0,0 1,0-1,-1 0,1 0,0 1,-1-1,1 0,0 1,-1-1,0 1,1-1,-1 1,0-1,0 1,0-1,1 1,-2-1,1 1,0 2,0-3,-7 243,0-56,8-148,0-25,-1 1,0-1,-1 1,-3 16,4-32,0 0,0 0,0 1,0-1,0 0,0 0,0 0,0 0,0 1,0-1,0 0,0 0,0 0,0 0,0 1,0-1,0 0,0 0,0 0,0 0,0 1,0-1,0 0,0 0,0 0,0 0,0 0,-1 1,1-1,0 0,0 0,0 0,0 0,0 0,0 0,-1 0,1 1,0-1,0 0,0 0,0 0,-1 0,1 0,0 0,0 0,0 0,0 0,-1 0,1 0,0 0,0 0,0 0,0 0,-1 0,1 0,0 0,0 0,0 0,-1-1,-5-13,-4-33,9 39,-3-11,-13-52,16 68,0 0,0 0,-1 1,1-1,-1 0,1 1,-1-1,0 1,0-1,0 1,0 0,0 0,0 0,-1 0,1 0,-1 1,1-1,-1 1,-5-3,7 4,1 0,0 0,-1 0,1 0,-1-1,1 1,0 0,-1 0,1 0,-1 0,1 0,-1 0,1 0,-1 1,1-1,0 0,-1 0,1 0,-1 0,1 0,0 1,-1-1,1 0,0 0,-1 1,1-1,0 0,-1 1,1-1,0 0,-1 1,1-1,0 0,0 1,-1 0,1 18,11 21,-11-40,16 39,2-2,1-1,37 53,-56-88,0-1,1 1,-1 0,0-1,1 1,-1 0,1-1,-1 1,1-1,-1 1,1 0,0-1,-1 1,1-1,-1 0,1 1,0-1,0 0,-1 1,1-1,0 0,0 0,-1 1,1-1,0 0,0 0,0 0,-1 0,1 0,0 0,0 0,0-1,-1 1,1 0,0 0,0 0,-1-1,1 1,0 0,-1-1,1 1,0-1,-1 1,1-1,-1 1,1-1,0 0,-1 1,1-1,-1 0,25-43,-19 30,17-36,-16 33,0 0,1 1,1 1,18-26,-22 36</inkml:trace>
</inkml:ink>
</file>

<file path=word/ink/ink6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14T10:21:12.598"/>
    </inkml:context>
    <inkml:brush xml:id="br0">
      <inkml:brushProperty name="width" value="0.05" units="cm"/>
      <inkml:brushProperty name="height" value="0.05" units="cm"/>
      <inkml:brushProperty name="color" value="#66CC00"/>
      <inkml:brushProperty name="ignorePressure" value="1"/>
    </inkml:brush>
  </inkml:definitions>
  <inkml:trace contextRef="#ctx0" brushRef="#br0">0 14,'2'38,"7"41,-2-24,-7-73,0 1,2 0,0-1,0 1,2 0,0 0,12-29,-16 45,0 0,1 0,-1-1,1 1,0 0,-1 0,1 1,0-1,-1 0,1 0,0 0,0 0,0 1,0-1,0 0,0 1,0-1,0 1,0-1,0 1,0 0,0-1,1 1,-1 0,0 0,0 0,0-1,0 1,1 1,-1-1,1 0,1 1,-1 1,0-1,1 1,-1-1,0 1,0 0,0 0,0 0,0 0,-1 0,1 1,2 3,3 7,-1 1,0 0,8 27,-13-40,8 49,-9-49,1 1,-1 0,0 0,0 0,1 0,-1-1,-1 1,1 0,0 0,0 0,-1 0,1-1,-1 1,1 0,-1 0,0-1,0 1,0 0,0-1,0 1,0-1,-2 2,2-2,1-1,-1 0,0 0,1 0,-1 0,0 0,1 0,-1 0,0 0,1 0,-1 0,0-1,1 1,-1 0,1 0,-1-1,0 1,1 0,-1-1,1 1,-1 0,1-1,-1 1,1-1,-1 1,1-1,0 1,-1-1,1 1,-1-1,1 1,0-1,0 0,-1 1,1-1,0 0,0 1,0-1,0 0,0 0,-7-29,7 18,0 1,1-1,0 1,4-15,-5 21,1 1,0-1,1 1,-1 0,1-1,0 1,0 0,0 0,1 0,-1 1,1-1,0 0,6-5,-7 8,0 0,0 1,0-1,0 0,1 1,-1-1,0 1,0 0,0 0,0 0,1 0,-1 0,0 0,0 1,0-1,0 1,0-1,0 1,0 0,0 0,0 0,0 0,0 0,0 0,0 1,-1-1,1 1,0-1,-1 1,0-1,1 1,1 2,4 5,0 0,0 1,0 0,8 18,-5 2,14 30,-23-58,0 0,0 0,0 0,0 0,1 0,-1 0,1-1,-1 1,1 0,-1-1,1 1,0-1,0 0,-1 1,1-1,0 0,0 0,1 0,-1-1,0 1,3 0,8-1</inkml:trace>
  <inkml:trace contextRef="#ctx0" brushRef="#br0" timeOffset="1167.38">459 87,'-4'-2,"0"0,-1 1,1 0,-1 0,0 0,1 1,-1-1,0 1,1 0,-1 1,1-1,-10 3,13-2,-1 0,0 0,0 0,0 1,1-1,-1 0,0 1,1 0,-1-1,1 1,0 0,0 0,-1-1,1 1,1 0,-1 0,0 0,0 1,1-1,-1 0,1 0,-1 0,1 0,0 0,0 1,0-1,0 0,1 0,0 3,-1-1,0-1,1 1,0-1,0 1,0 0,1-1,-1 0,1 1,0-1,0 0,0 0,0 0,0 0,1 0,-1 0,1-1,0 1,0-1,0 0,5 3,-7-4,1 0,0 0,-1-1,1 1,0-1,0 1,-1-1,1 0,0 1,0-1,0 0,0 0,-1-1,1 1,0 0,0-1,-1 1,1-1,0 1,0-1,-1 0,1 1,-1-1,1 0,-1 0,1 0,-1-1,1 1,-1 0,0 0,0-1,0 1,0-1,0 1,0-1,0 1,0-1,0 0,-1 1,1-1,-1 0,1-3,1-4,0 0,-1-1,0 1,0-19,-1 23,2 20,0 0,0-4,0 0,1 0,0 0,1-1,0 1,6 12,-9-22,0 1,0-1,0 1,0-1,0 1,1-1,-1 0,0 0,1 1,-1-1,0 0,1 0,-1 0,1 0,0-1,-1 1,1 0,0-1,2 1,-2-1,0 0,0-1,0 1,1-1,-1 0,0 1,0-1,0 0,0 0,0 0,-1-1,1 1,0 0,0-1,-1 1,1-1,-1 1,1-1,-1 0,2-2,0-2,1 1,-1-1,-1 1,1-1,-1 0,0 0,-1 0,1 0,-1 0,0-1,-1 1,1-11,-1 8,1 0,0 0,0 0,5-15,-6 23,0 1,0 0,1-1,-1 1,0-1,0 1,0 0,0-1,1 1,-1 0,0-1,0 1,1 0,-1 0,0-1,1 1,-1 0,0 0,1-1,-1 1,1 0,-1 0,0 0,1 0,-1-1,0 1,1 0,-1 0,1 0,-1 0,1 0,-1 0,0 0,1 0,-1 0,1 1,17 10,15 27,-30-34,7 7,-1 2,-1-1,8 17,-15-27,1 0,-2 0,1 1,0-1,0 1,-1-1,1 0,-1 1,0-1,0 1,0-1,0 5,0-6,-1 0,1 0,-1 0,1 0,-1 0,0 0,1-1,-1 1,0 0,0 0,1 0,-1 0,0-1,0 1,0-1,0 1,0 0,0-1,0 1,0-1,0 0,0 1,0-1,-1 0,1 0,0 0,0 0,-2 0,2 1,0-1,0 0,-1 0,1 0,0 0,0 0,-1 0,1 0,0 0,0 0,0 0,-1-1,1 1,0 0,0-1,0 1,0-1,0 0,0 1,0-1,0 0,0 1,0-1,0 0,0 0,0 0,1 0,-1 0,0-1,0-1,0 1,1-1,0 1,0-1,0 1,0-1,0 0,0 1,0-1,1 1,0-1,-1 1,2-3,4-9,0 0,1 0,11-17,24-42,-41 72,-1 1,1 0,-1-1,1 1,-1 0,1 0,0 0,-1-1,1 1,-1 0,1 0,0 0,-1 0,1 0,-1 0,1 0,-1 0,1 0,0 1,-1-1,1 0,-1 0,1 0,-1 1,1-1,-1 0,1 1,-1-1,1 0,-1 1,1-1,-1 0,1 1,-1-1,0 1,1-1,-1 1,1 0,21 27,-15-18,11 7,21 25,-37-40,0 0,0 0,-1 1,1-1,-1 0,1 1,-1-1,0 1,0-1,0 1,-1 0,1-1,-1 1,1 0,-1 3,0-4,-1 0,0 0,0 0,0-1,0 1,0 0,0-1,0 1,0 0,-1-1,1 0,-1 1,1-1,-1 0,1 0,-1 0,0 0,0 0,0 0,1 0,-1-1,0 1,0-1,0 1,0-1,0 0,0 1,-3-1,1 0,0 0,0 1,0-2,0 1,0 0,0-1,0 1,0-1,0 0,1-1,-1 1,0-1,-4-2,7 4,1-1,-1 1,1-1,-1 1,1 0,0-1,-1 1,1-1,-1 0,1 1,0-1,-1 1,1-1,0 1,0-1,0 0,-1 1,1-1,0 0,0 1,0-1,0 0,0 1,0-1,0 0,0 1,1-1,-1 1,0-1,0 0,0 1,1-1,-1 0,0 1,1-1,-1 1,0-1,1 1,-1-1,1 1,-1-1,1 1,-1 0,1-1,-1 1,1-1,-1 1,1 0,0 0,-1-1,1 1,-1 0,1 0,0 0,-1 0,2 0,37-13,4 6,26-6,-64 12,0 0,-1-1,0 1,1-1,-1 0,0 0,0-1,0 1,0-1,0 0,3-4,-6 6,0 0,0 0,0 0,-1 0,1-1,0 1,-1 0,1-1,-1 1,1-1,-1 1,0 0,0-1,1 1,-1-1,0 1,0-1,0 1,-1-1,1 1,0-1,0 1,-1 0,1-1,-1 1,1-1,-2 0,0-1,0 0,1 0,-2 1,1-1,0 1,0 0,-1 0,1 0,-1 0,0 0,1 0,-6-2,7 3,-1 0,0 0,0 1,1-1,-1 0,0 0,0 1,0 0,0-1,0 1,0 0,0 0,0 0,0 0,0 0,0 0,0 0,0 1,0-1,1 1,-1-1,0 1,0 0,0 0,1 0,-1 0,0 0,1 0,-1 0,1 1,-1-1,1 0,0 1,-1 0,1-1,0 1,0-1,0 1,0 0,1 0,-1 0,0 0,1-1,-1 1,1 0,0 0,-1 0,1 3,0-1,0 0,0 1,1-1,-1 0,1 1,0-1,0 0,0 0,1 0,0 0,0 0,0 0,0 0,0-1,1 1,-1-1,1 0,4 4,1 2,2-1,-1-1,1 0,0 0,14 6,2 0</inkml:trace>
</inkml:ink>
</file>

<file path=word/ink/ink7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14T10:21:05.584"/>
    </inkml:context>
    <inkml:brush xml:id="br0">
      <inkml:brushProperty name="width" value="0.05" units="cm"/>
      <inkml:brushProperty name="height" value="0.05" units="cm"/>
      <inkml:brushProperty name="color" value="#66CC00"/>
      <inkml:brushProperty name="ignorePressure" value="1"/>
    </inkml:brush>
  </inkml:definitions>
  <inkml:trace contextRef="#ctx0" brushRef="#br0">157 38,'2'0,"-1"0,0-1,0 0,0 1,0-1,0 0,0 1,0-1,0 0,0 0,0 0,0 0,0 0,-1 0,1 0,0 0,0-1,-1 1,0 1,0-1,0 1,0-1,0 1,0-1,0 1,-1-1,1 1,0-1,0 1,0-1,-1 1,1-1,0 1,-1 0,1-1,0 1,-1-1,1 1,0 0,-1-1,1 1,-1 0,1-1,-1 1,-3-2,1 1,-1-1,1 1,-1 0,0 0,1 0,-1 1,0-1,-6 1,2 1,-1 0,1 1,1 0,-1 0,0 1,0 0,1 0,0 1,0 0,-8 6,13-9,1 0,-1 0,1 1,-1-1,1 0,0 1,0-1,-1 1,1 0,0-1,0 1,1 0,-1-1,0 1,0 0,1 0,-1 0,1 0,0 2,0-2,1 0,-1 0,1 0,0 0,0 0,0 0,0 0,0 0,0 0,1 0,-1 0,1-1,-1 1,1-1,-1 1,1-1,0 1,0-1,0 0,0 0,2 1,47 21,21 13,-69-34,1 0,-1 1,0-1,0 1,1 0,-2 0,1 0,0 1,-1-1,1 0,-1 1,0 0,0 0,-1-1,3 6,-4-7,0-1,1 0,-1 1,0-1,0 0,0 1,0-1,0 0,0 1,-1-1,1 0,0 1,-1-1,1 0,0 1,-1-1,0 0,1 0,-1 0,0 0,0 1,1-1,-3 1,1 0,-1 0,0 0,1 0,-1 0,0-1,0 1,-1-1,1 0,-4 1,-6 1,-1 0,0-2,-20 1,26-1,-37-3,42 2,1 0,0-1,0 1,-1-1,1 0,0 1,0-1,0 0,0 0,0-1,0 1,0 0,0-1,1 1,-1-1,-2-2,0-4</inkml:trace>
  <inkml:trace contextRef="#ctx0" brushRef="#br0" timeOffset="406.34">286 131,'0'20,"-1"-1,1-1,1 1,5 32,-6-48,1 0,-1-1,0 1,1-1,0 0,0 1,0-1,0 1,0-1,0 0,0 0,1 0,-1 0,1 0,0 0,-1 0,1 0,0-1,0 1,0 0,0-1,1 0,-1 0,0 1,0-1,1-1,-1 1,1 0,-1 0,1-1,-1 0,1 1,-1-1,1 0,3-1,-4 1,0 0,0-1,0 0,0 1,0-1,0 0,0 0,-1 0,1-1,0 1,-1 0,1 0,-1-1,1 1,-1-1,1 0,-1 1,0-1,0 0,0 0,0 0,0 1,-1-1,1 0,0 0,-1 0,1 0,-1-1,0 1,0 0,0 0,0 0,0-2,0-2,0 0,-1 0,0 0,0 0,0 0,-1 0,0 0,0 0,0 1,-4-8,-2 2,-1 1,0-1,0 1,-18-13,25 22,-6-7</inkml:trace>
  <inkml:trace contextRef="#ctx0" brushRef="#br0" timeOffset="1028.27">469 241,'-2'-7,"-1"0,1 1,0-1,1 0,0 0,0-1,0 1,1 0,1-14,-1 17,0 0,1 0,-1 0,1 0,0 0,0 0,1 0,-1 0,1 0,0 1,0-1,0 1,0-1,1 1,0 0,-1 0,1 0,5-4,-7 6,0 1,0-1,0 1,1-1,-1 1,0-1,0 1,0 0,1-1,-1 1,0 0,0 0,1 0,-1 0,0 0,0 0,1 1,-1-1,0 0,0 0,0 1,1-1,-1 1,0-1,1 2,1 0,0 0,-1 1,1-1,-1 1,1-1,-1 1,0 0,4 6,-1 1,0 0,-1 0,0 0,5 21,-9-29,1 1,0 0,0 1,-1-1,1 1,-1-1,0 1,0-1,0 1,0-1,-1 0,1 1,-1-1,0 1,0-1,-3 6,4-9,0-1,-1 1,1 0,-1 0,1 0,-1 0,1 0,0 0,-1-1,1 1,-1 0,1 0,0-1,-1 1,1 0,0 0,-1-1,1 1,0 0,0-1,-1 1,1-1,0 1,0 0,0-1,-1 1,1-1,0 1,0 0,0-1,0 1,0-1,0 1,0-1,0 1,0-1,0 1,0 0,0-2,-3-20,3 16,0-1,0 1,1 0,0-1,0 1,1 0,0-1,0 1,0 0,5-7,-7 11,1 1,0-1,0 1,0-1,0 1,0 0,0-1,0 1,0 0,1 0,-1-1,0 1,1 0,-1 0,1 1,-1-1,1 0,-1 0,1 1,0-1,-1 1,1-1,0 1,0 0,-1 0,1 0,0 0,0 0,-1 0,1 0,0 0,-1 1,1-1,0 1,-1-1,1 1,0 0,-1 0,1 0,-1-1,0 1,3 2,1 2,-1-1,0 1,0 0,0 0,-1 0,1 1,-1-1,-1 1,1-1,-1 1,0 0,0 0,-1 0,2 11,-1-9,-2-7</inkml:trace>
  <inkml:trace contextRef="#ctx0" brushRef="#br0" timeOffset="1809.87">728 111,'22'45,"-18"-38,0 0,-1 0,1 0,-1 1,3 11,-8-32,1 0,1 0,2-23,-2 32,0 1,1 0,0 0,-1 0,1 0,1 0,-1 0,0 0,1 0,-1 0,4-4,-4 6,0 0,1 1,-1-1,0 0,0 0,0 1,1-1,-1 1,0-1,1 1,-1-1,0 1,1 0,-1 0,1 0,-1-1,1 1,-1 1,0-1,1 0,-1 0,1 0,-1 1,0-1,1 1,-1-1,0 1,2 1,0 0,-1 0,1 0,-1 0,0 1,1-1,-1 1,0-1,-1 1,1 0,0 0,-1 0,1 0,-1 0,0 0,0 1,0-1,0 4,0-4,-1 1,1-1,0 0,-1 0,0 0,0 0,0 0,0 1,0-1,-1 0,1 0,-1 0,0 0,0 0,0 0,0 0,-1 0,-1 3,-2-7,3-10,4-12,-1 18,0 0,1 0,0 1,0-1,0 0,0 1,1-1,0 1,0 0,0-1,0 2,1-1,3-4,-6 8,1-1,-1 0,0 0,1 0,-1 1,1-1,-1 1,1-1,-1 1,1 0,-1-1,1 1,-1 0,1 0,-1 0,1 0,-1 0,3 1,-1 0,-1 0,1 0,-1 1,1-1,-1 0,1 1,-1 0,0 0,0 0,0 0,0 0,0 0,2 3,2 4,2 0,-1 0,1-1,0 0,1 0,14 10,-20-17,-1 1,1-1,0 0,0 0,-1 0,1 0,0 0,0-1,0 1,0-1,0 0,0 0,0 0,0 0,0-1,0 1,-1-1,1 1,0-1,0 0,0 0,-1 0,1-1,0 1,-1-1,1 1,-1-1,0 0,0 0,1 0,1-3,-1 1,-1 0,1 0,-1 0,0 0,0-1,0 1,0-1,-1 1,0-1,1-4,-1 8,-1 0,0 0,0 0,1 1,-1-1,0 0,0 0,0 0,0 0,0 1,0-1,0 0,0 0,0 0,0 0,0 0,-1 1,1-1,0 0,0 0,-1 1,1-1,-1 0,1 0,-1 1,1-1,-1 0,1 1,-1-1,0 1,1-1,-1 1,0-1,1 1,-1-1,0 1,0 0,1-1,-1 1,0 0,0 0,0-1,0 1,1 0,-1 0,0 0,0 0,0 0,0 0,0 0,1 1,-1-1,0 0,0 0,0 1,1-1,-1 0,0 1,0-1,-1 2,0-2,0 1,0 0,0 0,0 0,0 0,0 1,0-1,0 0,1 1,-1 0,0-1,1 1,-1 0,1 0,0 0,0-1,-1 2,1-1,0 0,1 0,-1 0,0 0,1 0,-1 1,1-1,0 0,-1 1,1-1,0 0,1 0,-1 1,0-1,1 0,-1 1,1-1,-1 0,1 0,0 0,0 0,0 0,1 0,0 2,1 1,0 0,1 0,-1 0,1 0,0-1,0 0,0 0,1 0,-1 0,1 0,0-1,0 0,1 0,-1-1,9 4,33-5,-27-4</inkml:trace>
  <inkml:trace contextRef="#ctx0" brushRef="#br0" timeOffset="3100.4">507 611,'-2'-3,"0"1,0-1,0 1,-1 0,1 0,-1 0,0 0,1 1,-1-1,0 1,0-1,0 1,0 0,0 0,0 1,-1-1,1 1,0-1,0 1,0 0,-1 0,1 0,0 1,0-1,0 1,-1 0,1-1,0 2,0-1,0 0,0 0,1 1,-5 3,3-2,0 1,0-1,1 1,-1 0,1 1,0-1,1 0,-1 1,1 0,-1-1,1 1,1 0,-1 0,1 0,0 0,0 1,0-1,1 0,0 0,0 6,1-3,0-1,1 1,0-1,0 0,0 1,1-1,0-1,0 1,1 0,6 8,-9-13,0-1,0 1,0 0,1-1,-1 1,1-1,-1 0,1 0,0 1,-1-1,1 0,0 0,0 0,0-1,0 1,0 0,0-1,0 1,0-1,0 0,0 0,0 1,0-1,0-1,0 1,0 0,0 0,0-1,0 1,0-1,0 0,0 1,-1-1,1 0,0 0,0 0,-1-1,1 1,0 0,-1 0,3-4,3-2,-1-1,0 0,0-1,-1 1,0-1,-1 0,0 0,0-1,-1 1,0-1,-1 1,0-1,0 0,0-15,0-6,-2 0,-1 0,-7-44,0 38,5 30,5 25,-1-7,5 26,0 0,15 40,-19-69,1 1,0-1,1 0,0 0,0 0,1 0,0-1,0 0,0 0,1 0,1 0,-1-1,1 0,14 9,-17-13,0-1,0 1,0-1,0 0,0-1,1 1,-1-1,0 1,0-1,1-1,-1 1,0-1,0 1,1-1,-1 0,0-1,0 1,0-1,0 1,0-1,-1-1,1 1,-1 0,1-1,-1 0,0 1,0-1,3-4,-2 4,-1-1,0 1,-1 0,1-1,0 0,-1 1,0-1,0 0,0 0,0 0,-1-1,0 1,0 0,0 0,0-1,-1 1,1-1,-1 1,0-1,0 1,-1 0,0-1,1 1,-1 0,-1-1,1 1,-3-5,4 8,-1-1,1 1,-1 0,0 0,0 0,1-1,-1 1,0 0,0 0,0 0,0 0,0 0,0 0,-1 1,1-1,0 0,0 1,-1-1,1 0,0 1,-1 0,-1-1,2 1,0 0,0 1,0-1,-1 1,1-1,0 1,0-1,0 1,0 0,0-1,0 1,0 0,0 0,0 0,0 0,1 0,-1 0,0 0,0 1,-3 5,1-1,0 1,0-1,1 1,0 0,0 0,-1 9,3-10,0 0,0 1,1-1,0 1,0-1,0 0,0 0,1 0,0 0,1 0,-1 0,1 0,0-1,1 1,-1-1,1 0,9 9,-10-11,0 0,0 0,1-1,-1 0,1 1,-1-1,1 0,0-1,0 1,0-1,0 1,0-1,0 0,0-1,0 1,0-1,0 0,1 0,-1 0,0 0,0-1,0 0,0 0,0 0,0 0,0 0,0-1,6-3,-7 3,-1 1,1-1,0 0,-1 0,0 0,1 0,-1 0,0-1,0 1,0-1,0 1,-1-1,1 0,-1 1,1-1,-1 0,1-5,0-1,-1 0,0 0,0 0,-1-14,-1 15,1 0,0 0,1 0,0 0,0 0,3-9,-4 17,0-1,0 1,0-1,1 1,-1-1,0 1,0-1,1 1,-1-1,0 1,1 0,-1-1,0 1,1 0,-1-1,1 1,-1 0,1-1,-1 1,1 0,-1 0,1-1,-1 1,1 0,-1 0,1 0,-1 0,1 0,-1 0,1 0,0 0,19 8,11 22,-20-18,0 1,-1 0,-1 0,10 19,-18-30,1 0,-1 0,0 1,0-1,0 0,0 0,0 1,-1-1,1 0,-1 1,0-1,1 0,-1 1,0-1,0 1,-1-1,1 0,0 1,-1-1,0 0,1 1,-1-1,0 0,0 0,0 1,0-1,-1 0,1 0,-1 0,1-1,-1 1,1 0,-1 0,0-1,0 1,0-1,0 0,-2 2,-40 12,24-11</inkml:trace>
  <inkml:trace contextRef="#ctx0" brushRef="#br0" timeOffset="3865.39">47 1273,'14'-5,"1"0,-1-1,0 0,0-1,-1-1,0 0,0-1,-1 0,0-1,0-1,17-21,-23 26,0-1,-1 0,0 0,0 0,0-1,-1 0,-1 0,1 0,-1 0,0-1,-1 1,0-1,0 0,-1 1,0-1,-1 0,0 0,0 0,-1 1,0-1,-4-15,4 22,1 0,-1 0,0 0,0 0,0 0,0 0,0 0,-1 1,1-1,-1 0,1 1,-1-1,1 1,-1-1,0 1,0 0,0 0,0-1,-3 0,4 2,-1 0,1 0,0 0,0 0,-1 0,1 0,0 0,0 1,-1-1,1 0,0 1,0-1,0 1,-1-1,1 1,0 0,0-1,0 1,0 0,0 0,0 0,1 0,-1 0,0 0,0 0,1 0,-1 0,0 0,1 0,-1 0,1 1,0-1,-1 0,1 2,-4 10,1 0,1 0,0 1,1-1,0 0,1 0,0 1,3 14,24 110,-21-114,1 9,2 0,-1 1,-2-1,-2 1,-1 0,-2 41,0-73,-2 0,1 0,0 0,0 0,-1 0,1 0,-1 0,0 0,1 0,-1 0,0 0,0 0,0-1,0 1,-1 0,1-1,0 1,-1-1,1 1,-1-1,1 0,-1 0,-2 2,1-2,0 0,0 0,-1-1,1 1,0-1,0 0,0 0,0 0,-1 0,1 0,0-1,0 1,-5-3,0 1,1 0,-1-1,1-1,0 1,0-1,0 0,1-1,-1 0,1 0,0 0,-8-10,11 12,1 0,0-1,-1 1,1-1,0 0,0 1,1-1,-1 0,1 0,0 0,0 0,0 0,1 0,0-1,-1 1,1 0,1 0,-1 0,0 0,1 0,0-1,0 1,0 0,1 1,-1-1,1 0,0 0,0 1,0-1,1 1,-1-1,1 1,0 0,0 0,0 0,0 1,0-1,1 1,-1-1,1 1,-1 0,1 1,0-1,0 1,0-1,6 0,26-8,-2 2</inkml:trace>
  <inkml:trace contextRef="#ctx0" brushRef="#br0" timeOffset="4331.28">451 1179,'-4'6,"-1"0,1 1,1-1,-1 1,1 0,0 0,0 0,1 0,0 0,1 1,-1-1,1 1,1-1,-1 1,1-1,1 1,2 14,-3-21,0 0,0 0,0 0,0 0,0 0,1 0,-1 0,0 0,1 0,-1 0,1-1,-1 1,1 0,-1 0,1 0,0-1,-1 1,1 0,0-1,-1 1,1 0,0-1,0 1,0-1,-1 1,1-1,0 0,0 1,0-1,0 0,0 0,0 0,0 1,0-1,0 0,0 0,0 0,0-1,0 1,0 0,0 0,0 0,-1-1,1 1,0 0,0-1,0 1,0-1,0 1,-1-1,2 0,1-2,0 1,0-1,-1 0,1 1,-1-1,0-1,0 1,0 0,0 0,0-1,-1 1,2-5,-1 0,-1 1,0-1,0 0,0 0,-1 0,-1 0,1 0,-1 0,-1 0,1 0,-2 1,1-1,-1 1,-6-15,8 22,1-1,0 1,-1 0,1-1,0 1,0-1,-1 1,1-1,0 1,0-1,0 0,0 1,-1-1,1 1,0-1,0 1,0-1,0 1,1-1,-1 1,0-1,0 0,0 1,0-1,0 1,1-1,-1 1,0-1,0 1,1 0,-1-1,0 1,1-1,19-2,24 14,-38-8,-1 0,1 0,-1 0,0 1,0-1,0 1,0 0,0 1,-1-1,0 1,0 0,0 0,-1 0,1 1,-1-1,0 1,-1 0,0 0,0 0,0 0,0 0,0 7,9 14,-4-19</inkml:trace>
  <inkml:trace contextRef="#ctx0" brushRef="#br0" timeOffset="5078.08">747 1145,'-5'5,"0"0,1 0,0 1,0 0,0 0,1 0,0 0,0 0,0 0,1 1,0-1,0 1,1 0,-1 8,2-11,0-1,0 0,0 1,0-1,1 1,0-1,0 0,0 1,0-1,0 0,1 0,-1 0,1 0,0 0,0 0,0 0,0 0,0-1,1 1,-1-1,1 0,0 0,0 0,-1 0,1 0,0-1,1 1,-1-1,0 0,5 2,0-1,0-1,0 0,0 0,1 0,-1-1,0 0,0-1,1 0,-1 0,11-4,-15 5,-1-1,0 0,0 0,0 0,0 0,-1 0,1-1,0 1,0-1,-1 0,1 1,-1-1,1-1,-1 1,0 0,0 0,0-1,0 1,0-1,-1 0,1 0,-1 1,0-1,0 0,0 0,0 0,0 0,-1 0,1-1,-1-2,0 2,-1 1,0-1,-1 1,1 0,-1 0,1 0,-1 0,0 0,0 0,0 0,-1 0,1 1,0-1,-1 1,-4-4,5 5,0-1,0 1,1-1,-1 1,0 0,0 0,0 0,0 0,-1 0,1 0,0 1,0-1,0 1,-1-1,1 1,0 0,-1 0,1 0,0 0,0 0,-1 1,1-1,0 0,-5 3,6-2,0 1,0-1,-1 1,1-1,0 1,0 0,1 0,-1 0,0-1,1 1,-1 0,1 0,-1 0,1 0,0 0,0 0,0 0,0 0,0 0,0 0,1 0,-1 0,1 0,-1 0,1 0,0-1,1 4,24 51,-23-51,-1-1,1 1,0-1,0 1,1-1,0 0,-1-1,1 1,1 0,-1-1,0 0,1 0,5 2,-8-4,0 0,1-1,-1 0,1 1,-1-1,1 0,-1 0,1 0,-1-1,0 1,1 0,-1-1,1 0,-1 1,0-1,1 0,-1 0,0 0,0-1,0 1,0-1,0 1,0-1,0 1,-1-1,1 0,0 0,-1 0,0 0,3-4,0-1,1-1,-1 0,-1-1,5-14,-6 16,0 0,1 1,-1-1,1 1,1 0,-1-1,1 1,6-7,-8 12,0 0,1 0,-1 0,1 0,-1 0,1 1,-1-1,1 1,-1-1,1 1,-1 0,1 0,0 0,-1 0,1 1,-1-1,1 1,-1-1,1 1,-1 0,1 0,-1 0,0 1,1-1,-1 0,3 3,5 2,-1 0,0 1,0-1,16 17,-25-22,1 0,0-1,0 1,-1 0,1-1,0 1,-1 0,1 0,-1 0,1 0,-1 0,0-1,1 1,-1 0,0 0,1 0,-1 0,0 0,0 0,0 0,0 0,0 0,0 0,0 0,0 0,-1 0,1 0,0 0,-1 0,1 0,-1 2,-1-2,0 1,0 0,0-1,0 1,0-1,-1 0,1 1,0-1,-1 0,1-1,-1 1,-2 0,-8 2,-1-1,0 0,-22-1,6-2</inkml:trace>
</inkml:ink>
</file>

<file path=word/ink/ink7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14T10:20:44.512"/>
    </inkml:context>
    <inkml:brush xml:id="br0">
      <inkml:brushProperty name="width" value="0.05" units="cm"/>
      <inkml:brushProperty name="height" value="0.05" units="cm"/>
      <inkml:brushProperty name="color" value="#66CC00"/>
      <inkml:brushProperty name="ignorePressure" value="1"/>
    </inkml:brush>
  </inkml:definitions>
  <inkml:trace contextRef="#ctx0" brushRef="#br0">0 3,'3'-2,"4"8,5 10,16 61,-20-53,1 0,1 0,13 22,-22-44,1-1,-1 1,1 0,-1 0,1-1,0 1,0-1,0 1,0-1,0 0,0 0,1 0,-1 0,0 0,0 0,1-1,-1 1,0-1,1 0,-1 1,1-1,-1 0,0 0,1-1,-1 1,1 0,-1-1,4-1,9-2,-1-1,1-1,19-11,-8 5,-3 5,1 0,0 1,0 2,0 1,1 0,-1 2,0 1,47 5,-67-5,0 1,-1-1,1 1,0 0,-1 0,1 0,-1 0,1 1,-1-1,0 1,0 0,1 0,-1 0,0 0,-1 1,1-1,0 1,-1 0,1-1,-1 1,0 0,3 5,-6-6,-2-7,3 4,0 0,0 0,-1 0,1-1,0 1,0 0,0 0,0 0,0 0,0 0,0 0,1 0,-1 0,0 0,1 0,-1 0,0 0,1 0,-1 0,2-1,1-1,-1 1,1 0,0-1,0 1,1 0,-1 1,0-1,1 1,-1-1,1 1,-1 0,1 0,-1 1,1-1,0 1,0-1,-1 1,8 1,5 0,0 0,30 8,-4-1,62 3,-29-3,-65-8,0-1,0 1,0-2,0 1,0-1,0-1,0 0,0 0,-1-1,1 0,-1 0,0-1,-1-1,1 1,-1-2,0 1,-1-1,1 0,-1 0,-1-1,1 0,9-17,4-1,-10 16</inkml:trace>
  <inkml:trace contextRef="#ctx0" brushRef="#br0" timeOffset="2461.99">480 718,'-2'-4,"0"1,0-1,-1 1,1 0,-1 0,0 0,0 0,0 0,0 1,0-1,0 1,-1 0,1 0,-1 0,0 1,1-1,-1 1,0 0,0 0,0 0,0 0,0 1,0-1,0 1,0 0,0 1,0-1,0 1,0-1,0 1,0 0,0 1,0-1,-6 4,5-2,1 0,0 0,0 1,0-1,0 1,1 0,-1 0,1 0,0 0,0 1,0-1,1 1,0 0,0-1,0 1,0 0,1 1,0-1,0 0,0 0,1 0,-1 1,1-1,1 0,-1 0,2 10,-1-12,-1 0,1 0,-1 0,1 0,0 0,0 0,0 0,1 0,-1-1,1 1,-1 0,1-1,0 1,0-1,0 0,1 1,-1-1,0 0,1-1,-1 1,1 0,0-1,-1 1,1-1,0 0,0 0,0 0,0 0,0 0,0-1,0 1,1-1,-1 0,0 0,5-1,-3 0,1 0,0 0,-1-1,1 0,-1 0,0-1,1 1,-1-1,0 0,-1-1,1 1,0-1,-1 0,0 0,0 0,0-1,-1 1,5-8,-3 1,0 0,-1 0,-1 0,0-1,0 1,-1-1,0 0,-1 1,-1-1,0-15,-1 55,0-8,1 0,5 36,-4-51,-1-1,1 1,0-1,1 1,-1-1,1 0,0 0,0 1,0-1,0-1,1 1,0 0,0-1,0 1,0-1,0 0,1 0,7 5,-10-7,1 0,0-1,0 1,0-1,0 1,0-1,0 0,0 0,0 0,0 0,0 0,0-1,0 1,0 0,0-1,0 0,0 1,-1-1,1 0,0 0,0 0,-1 0,1 0,0 0,-1-1,0 1,1-1,-1 1,0-1,1 1,-1-1,1-2,7-11</inkml:trace>
  <inkml:trace contextRef="#ctx0" brushRef="#br0" timeOffset="3226.51">828 681,'-8'-3,"0"2,-1-1,1 1,-1 0,1 0,0 1,-1 0,1 1,-16 3,21-3,0 0,0 0,0 0,1 1,-1-1,1 1,-1 0,1 0,-1-1,1 2,0-1,0 0,0 0,0 1,1-1,-1 1,1-1,-1 1,1 0,0 0,0-1,0 1,0 0,1 0,-1 0,1 0,-1 0,1 0,0 0,1 0,-1 4,1-3,-1 1,1-1,0 0,0 1,0-1,0 0,1 0,0 1,0-1,0 0,0-1,1 1,-1 0,1-1,0 1,0-1,0 0,1 0,-1 0,1 0,-1-1,1 0,0 1,5 1,-4-2,1 0,-1 0,1 0,0-1,-1 0,1 0,0 0,0-1,0 0,-1 0,1 0,0-1,0 0,0 0,-1 0,1-1,-1 0,7-3,8-6</inkml:trace>
  <inkml:trace contextRef="#ctx0" brushRef="#br0" timeOffset="3695.66">994 663,'-6'-3,"-2"2,-4 4,2 5,-2 5,2 5,2 4,3 0,5 1,3-2,3 0,5-4,6-5,4-5,1-3,3-6,-3-2</inkml:trace>
  <inkml:trace contextRef="#ctx0" brushRef="#br0" timeOffset="4707.46">1104 775,'9'0,"0"-1,1 1,-1-1,0-1,0 0,-1 0,12-4,-19 5,1 0,0 0,0 0,0 0,-1 0,1 0,0 0,-1-1,1 1,-1-1,1 1,-1-1,0 1,0-1,0 0,0 0,0 1,0-1,0 0,-1 0,1 0,-1 0,1 0,-1 0,0 0,1 0,-1 0,0 0,-1 0,1 0,0 0,0 0,-1 0,1 0,-1 0,0 0,0 0,-1-2,2 2,0 1,-1 0,1 0,0 0,-1 0,1 0,-1 0,1 0,-1 0,0 0,1 0,-1 0,0 0,0 0,0 0,1 1,-1-1,0 0,0 1,0-1,0 1,0-1,0 1,-1-1,1 1,0 0,0-1,0 1,0 0,0 0,0 0,-1 0,1 0,0 0,0 0,0 0,0 0,-1 1,1-1,0 0,0 1,-1 0,-1 1,1-1,0 1,0 0,0 0,0 0,0 0,0 0,0 0,1 0,-1 1,1-1,-1 1,1-1,0 1,0-1,-1 6,2-3,-1 0,1 0,0 0,1 0,-1 0,1 0,0 0,1 0,-1 0,1 0,0 0,0-1,0 1,1-1,-1 1,1-1,0 0,1 0,-1-1,1 1,-1 0,1-1,5 3,-7-4,1 0,-1 0,1 0,-1-1,1 0,0 1,0-1,0 0,-1 0,1-1,0 1,0 0,0-1,0 0,0 0,0 0,0 0,0 0,0-1,0 1,0-1,0 0,0 0,0 0,0 0,-1 0,1-1,0 1,-1-1,1 1,-1-1,0 0,1 0,-1 0,0-1,0 1,0 0,-1-1,3-3,3-7,-1-1,0 0,-1 0,0 0,-1-1,-1 0,0 0,-1 0,-1 0,0 0,-2-20,-1 9,-1-1,-1 1,-1-1,-1 1,-15-39,0 21,20 43,1-1,-1 1,0-1,0 1,1-1,-1 1,0 0,0 0,0-1,0 1,0 0,-1 0,1 0,0 0,0 0,-1 0,1 1,0-1,-1 0,1 1,-1-1,1 1,-1-1,1 1,-1 0,-2-1,2 2,1 1,0-1,-1 0,1 1,0-1,0 1,0-1,0 1,1 0,-1-1,0 1,1 0,-1-1,1 1,-1 0,1 0,0 0,0-1,0 1,0 0,0 2,2 45,-1-44,4 41,2 0,13 47,-14-72,1 0,0 0,2-1,1 0,0 0,18 26,-24-42,-1 0,0 0,1 0,0 0,-1-1,1 1,1-1,-1 0,1 0,-1 0,1-1,0 0,0 0,8 3,-9-5,-1 1,1-1,0 0,-1 0,1-1,0 1,-1-1,1 0,0 0,-1 0,0 0,1 0,-1-1,0 0,1 0,-1 1,0-2,0 1,-1 0,1-1,4-4,7-8,-1 0,18-28,-27 37,-1 0,0 1,0-1,0 0,0 0,-1-1,0 1,-1 0,1-1,-1 0,0-12,-1 17,0 1,0-1,0 1,0-1,0 1,-1-1,1 1,-1 0,1-1,-1 1,1-1,-1 1,0 0,1 0,-1-1,0 1,0 0,0 0,0 0,0 0,0 0,-1 0,1 0,0 0,0 1,-1-1,1 0,0 1,-1-1,1 1,-1-1,1 1,-1 0,1-1,-1 1,1 0,0 0,-1 0,1 0,-3 1,1 0,0-1,0 1,0 0,0 0,0 1,0-1,0 1,0-1,1 1,-1 0,0 0,1 0,0 0,0 0,-1 1,1-1,1 1,-3 3,2-1,0 0,0 1,1-1,-1 1,1-1,1 1,-1-1,1 1,0 0,0-1,1 1,-1-1,1 1,1-1,-1 1,1-1,0 1,0-1,0 0,1 0,0 0,0-1,6 9,-6-10,0 1,0-1,0 1,0-1,1 0,-1 0,1 0,0-1,0 1,0-1,0 0,0 0,0 0,1-1,-1 0,0 0,1 0,-1 0,1 0,0-1,-1 0,1 0,-1 0,1-1,-1 1,1-1,-1 0,1-1,5-1,-8 2,1-1,-1 1,1 0,-1-1,0 1,1-1,-1 0,0 0,0 0,0 0,-1 0,1 0,0-1,-1 1,1-1,-1 1,2-5,-1 0,-1 0,0-1,0 1,1-15,-3 15,2 1,-1-1,1 1,0 0,0-1,1 1,-1 0,4-6,-4 10,-1 1,1 0,-1 0,1 0,0-1,0 1,0 0,-1 0,1 0,0 0,0 0,1 1,-1-1,0 0,0 0,0 1,0-1,1 1,-1-1,0 1,1-1,-1 1,0 0,1 0,-1-1,2 1,0 1,0-1,-1 1,1 0,0 0,-1 0,1 0,0 0,-1 1,0-1,1 1,-1 0,3 2,0 1,0-1,0 2,0-1,-1 0,0 1,0 0,0 0,-1 0,0 1,2 6,-2 1,7 22,-10-35,1 0,0 0,-1 1,1-1,0 0,0 0,0 0,0-1,0 1,0 0,0 0,0 0,0-1,0 1,0 0,0-1,0 1,1-1,-1 0,0 1,0-1,1 0,-1 0,0 0,2 0,10 0</inkml:trace>
  <inkml:trace contextRef="#ctx0" brushRef="#br0" timeOffset="5159.3">2024 662,'-9'-2,"0"1,1 0,-1 0,0 1,1 0,-1 0,0 1,1 0,-1 1,-10 3,16-4,1 0,-1-1,1 1,0 1,-1-1,1 0,0 1,-1-1,1 1,0-1,0 1,1 0,-1 0,0 0,0 0,1 0,-1 0,1 1,0-1,0 1,0-1,0 0,0 1,0 0,1-1,-1 1,1-1,0 1,0 0,0-1,0 1,0 0,0-1,1 1,-1-1,1 1,2 4,-3-5,0 0,1 0,-1-1,1 1,0 0,-1-1,1 1,0-1,0 1,0-1,0 1,0-1,1 1,-1-1,0 0,1 0,-1 0,1 0,-1 0,1 0,-1 0,1 0,0 0,-1-1,1 1,0-1,0 1,-1-1,1 0,0 0,0 0,0 0,-1 0,1 0,0 0,0 0,-1-1,1 1,0-1,0 1,-1-1,1 0,1-1,2 0,0-1,0 0,0 0,-1 0,1-1,-1 1,0-1,0 0,-1 0,1-1,-1 1,6-10,-3 3,-2 11,-1 23,3 10,-4-30,0 1,0-1,0 0,1 0,-1-1,1 1,0 0,0-1,0 0,0 1,0-1,0 0,1-1,-1 1,1-1,-1 1,1-1,0 0,0 0,-1-1,1 1,6-1,6 1</inkml:trace>
  <inkml:trace contextRef="#ctx0" brushRef="#br0" timeOffset="5503.92">2136 352,'0'12,"3"8,4 6,2 9,1 4,-1 1,2 1,-1 3,-3-3,1-3,-1-4,-1-5,0-4,-2-13,-7-11,-5-9,-1-4</inkml:trace>
  <inkml:trace contextRef="#ctx0" brushRef="#br0" timeOffset="5876.14">2080 571,'10'0,"17"0,0 0,53 9,-71-7,0 1,0 0,-1 0,1 0,-1 1,1 1,-1-1,-1 1,1 1,-1-1,0 1,10 11,-16-16,12 12,0 1,-1 0,0 1,-1 0,-1 0,0 2,-1-1,7 19,-15-31,1-3</inkml:trace>
  <inkml:trace contextRef="#ctx0" brushRef="#br0" timeOffset="6267.53">2338 441,'12'4,"8"3,0 1</inkml:trace>
  <inkml:trace contextRef="#ctx0" brushRef="#br0" timeOffset="6687.33">2687 699,'-4'-4,"-1"0,1 0,-1 0,-1 1,1 0,0 0,-1 0,0 1,1-1,-1 2,0-1,0 0,0 1,0 0,0 1,0-1,-10 2,13-1,0 1,0-1,1 1,-1 0,1-1,-1 1,0 1,1-1,0 0,-1 1,1-1,0 1,-1 0,1-1,0 1,-2 4,2-3,0 0,0 1,1-1,-1 0,1 1,0-1,0 1,0 0,1-1,-1 1,1 0,0-1,0 1,0 0,1 5,0-6,-1 0,1 0,-1 0,1 0,0 0,0 0,0 0,0 0,1 0,-1-1,1 1,-1-1,1 1,0-1,0 1,0-1,0 0,1 0,4 3,-5-4,0-1,0 1,-1-1,1 1,0-1,0 0,0 0,0 0,0 0,-1 0,1-1,0 1,0 0,0-1,-1 0,1 1,0-1,0 0,-1 0,1 0,-1 0,1 0,-1 0,1 0,-1 0,0-1,1 1,-1-1,0 1,0-1,0 1,0-1,1-2,13-23,-12 20,0 1,0 0,1 0,0 0,1 0,-1 0,7-6,-10 12,0-1,0 0,0 1,0-1,1 1,-1-1,0 1,0-1,0 1,0 0,0 0,1-1,-1 1,0 0,0 0,0 0,1 0,-1 1,2-1,-1 1,1 0,-1 0,1 1,-1-1,0 1,0-1,0 1,1 0,-2 0,1 0,0 0,2 2,0 2,0 0,-1 0,0 1,1-1,2 12,-5-16,0 1,0-1,0 0,-1 1,1-1,-1 1,0-1,0 0,0 1,0-1,0 1,0-1,-1 0,1 1,-1-1,1 1,-1-1,0 0,-2 4,1-18,6-10,-1 15,0 1,1 0,-1 0,1 0,0 1,1-1,0 1,-1 0,2 0,-1 1,0-1,1 1,0 0,0 1,0 0,0 0,11-4,-14 6,1 0,-1 1,1-1,-1 1,0 0,1-1,-1 2,1-1,-1 0,1 1,-1-1,0 1,1 0,-1 0,0 1,0-1,0 0,0 1,0 0,0 0,0 0,-1 0,1 0,-1 1,1-1,-1 1,0-1,0 1,0 0,0 0,0 0,-1 0,0 0,1 0,-1 1,1 6,-1-9,0 1,0 0,-1-1,1 1,-1 0,1 0,-1-1,0 1,0 0,1 0,-1 0,0 0,-1-1,1 1,0 0,-1 0,1 0,-1-1,1 1,-1 0,0-1,1 1,-1 0,0-1,0 1,0-1,-1 1,1-1,0 0,0 1,-1-1,-1 1,-9 3</inkml:trace>
  <inkml:trace contextRef="#ctx0" brushRef="#br0" timeOffset="7091.78">1711 185,'0'9,"-3"7,-1 3,-6 5,-4-2,-4-1,2-4</inkml:trace>
  <inkml:trace contextRef="#ctx0" brushRef="#br0" timeOffset="7540.57">1068 331,'-6'12,"-5"8,-4 4,-3-4,2-3</inkml:trace>
  <inkml:trace contextRef="#ctx0" brushRef="#br0" timeOffset="9606.18">552 1088,'-3'3,"-1"7,-3 6,-4 5,1 6,1 5,3 3,2 2,5-3,2 0,4-3,4-4,3-6,-1-4,1-4,1-9,1-7,-3-3</inkml:trace>
  <inkml:trace contextRef="#ctx0" brushRef="#br0" timeOffset="10650.08">921 1276,'-3'-2,"0"0,0 0,0 0,0 0,-1 1,1 0,-1-1,1 1,-1 1,0-1,1 0,-1 1,0 0,0 0,1 0,-1 0,0 0,1 1,-1 0,0 0,1 0,-1 0,1 0,-1 1,1-1,0 1,0 0,-4 3,3-2,1 1,-1-1,1 1,0 0,0 0,0 0,1 0,-1 1,1-1,0 1,0-1,1 1,0 0,-1-1,1 1,1 0,-1 0,1 0,0 0,0 0,1 6,-1-9,0-1,0 1,0 0,1 0,-1 0,0-1,1 1,0 0,-1 0,1-1,0 1,0 0,0-1,0 1,0-1,0 1,0-1,0 0,1 0,-1 1,1-1,-1 0,1 0,-1 0,1 0,0 0,-1-1,1 1,0-1,-1 1,1-1,0 1,0-1,0 0,0 0,-1 0,1 0,0 0,0 0,0 0,-1-1,1 1,0-1,0 1,-1-1,4-1,2-1,-1 0,1 0,-1 0,1-1,-1 0,0 0,-1-1,1 1,-1-1,8-9,-10 9,0 1,0-1,-1 1,1-1,-1 0,0 0,0 0,-1 0,1 0,-1 0,0 0,-1 0,1-1,-2-9,-2 9,1 14,0 15,4-12,0-1,1 1,1-1,0 0,0 0,1-1,0 1,9 11,-14-19,1 0,1-1,-1 1,0 0,0-1,0 1,1-1,-1 1,1-1,0 0,-1 0,1 1,0-1,-1 0,1-1,0 1,0 0,0 0,0-1,0 1,0-1,0 0,0 1,0-1,0 0,0 0,0 0,0-1,0 1,0 0,0-1,0 1,0-1,0 0,0 0,0 0,-1 0,1 0,0 0,0 0,-1 0,1-1,-1 1,1 0,-1-1,0 0,0 1,1-1,0-3,2-2,0 0,-1 0,1 0,-2 0,1-1,-1 1,0-1,-1 1,0-1,0 0,0-8,1-12,3 31,3 13,7 20,-4 0,-1 1,-2 0,-1 0,2 66,-10-95,-2-9,-5-20,-6-34,8 26,1-1,2 1,1-1,1 0,7-60,-6 90,0-1,0 0,0 1,0-1,0 1,1-1,-1 1,0-1,0 0,0 1,1-1,-1 1,0-1,1 1,-1-1,0 1,1 0,-1-1,1 1,-1-1,0 1,1 0,-1-1,1 1,-1 0,1 0,0-1,-1 1,1 0,-1 0,1 0,-1 0,1-1,0 1,-1 0,1 0,0 0,23 14,-17-8,-1 1,0-1,-1 1,9 12,-13-16,1 0,-1 0,0 0,0 0,-1 0,1 0,-1 0,1 0,-1 0,0 0,0 0,-1 0,1 0,0 0,-1 0,0 0,0 0,0 0,0 0,0 0,-1 0,1-1,-1 1,1-1,-1 1,0-1,0 1,0-1,-1 0,1 0,0 0,-1 0,1-1,-1 1,-3 1,-6 2</inkml:trace>
  <inkml:trace contextRef="#ctx0" brushRef="#br0" timeOffset="11329.78">1308 1295,'35'87,"-24"-63,-1 0,0 1,-2 1,7 38,-15-63,1 0,-1 0,0 0,0 0,1 0,-1 0,0 0,0 0,0-1,0 1,0 0,0 0,-1 0,1 0,0 0,0 0,-1 0,1 0,0 0,-1-1,1 1,-1 0,0 1,-13-13,-12-33,19 23,1 1,0-1,2 0,0 0,1-1,2 1,0-1,1 1,1-1,4-21,-5 42,0-1,1 0,-1 0,0 0,1 1,0-1,-1 0,1 1,0-1,0 0,0 1,0-1,0 1,0-1,0 1,0 0,1 0,-1-1,0 1,1 0,-1 0,1 0,1 0,-1 0,0 1,0 0,1 0,-1 0,0 0,0 0,0 1,0-1,0 1,0-1,-1 1,1 0,0 0,0 0,0 0,3 2,4 4,-1-1,0 2,0-1,-1 1,0 0,9 13,-12-14,0-1,0 1,-1 1,0-1,0 0,0 1,2 12,-5-18,0 0,1 0,-1 0,0 0,0 0,-1 0,1 0,0 0,0 0,-1 0,1 0,-1 0,0-1,0 1,0 0,0 0,0-1,0 1,0 0,0-1,0 1,-1-1,1 0,-1 1,1-1,-1 0,1 0,-1 0,0 0,0 0,1 0,-1-1,0 1,0 0,-4 0,5-1,0 0,0 1,0-1,0 0,0 0,0 0,-1 1,1-1,0-1,0 1,0 0,0 0,0 0,0 0,-1-1,1 1,0-1,0 1,0-1,0 1,0-1,0 1,0-1,1 0,-1 0,-1 0,1-1,0 0,0 0,0 0,0 0,0 0,1 0,-1 0,1-1,0 1,-1 0,1 0,0-4,1-1,-1 1,1-1,0 1,1-1,-1 1,1 0,0 0,5-9,-4 10,0 1,0 0,0 0,1 1,-1-1,1 1,0-1,0 1,0 0,0 1,1-1,-1 1,1 0,-1 0,1 0,0 0,0 1,0 0,8-1,-10 2,0 0,0 1,0-1,0 1,0-1,0 1,0 0,0 0,0 1,0-1,-1 0,1 1,0 0,-1-1,1 1,-1 0,0 0,0 1,0-1,0 0,0 1,0-1,-1 1,1 0,-1-1,1 1,-1 0,0 0,0 0,-1 0,1 0,0 5,2 14,-3-20,-1 1,1-1,0 0,0 0,0 0,1 1,-1-1,0 0,1 0,0 0,-1 0,1 0,0 0,0 0,0 0,0 0,0 0,1 0,-1-1,1 1,-1 0,1-1,-1 1,1-1,0 0,0 0,0 1,0-1,0 0,0-1,2 2,9 0</inkml:trace>
  <inkml:trace contextRef="#ctx0" brushRef="#br0" timeOffset="11687.82">1730 1235,'-2'0,"0"0,0 0,0 0,-1 1,1-1,0 1,0-1,0 1,0 0,0 0,0-1,0 2,0-1,0 0,1 0,-1 0,0 1,1-1,-1 1,1 0,-1-1,1 1,0 0,0 0,0-1,0 1,0 0,0 0,0 0,1 1,-1-1,1 0,-1 0,1 0,0 0,0 0,0 1,0-1,0 0,0 0,1 0,0 3,0 1,0-1,0 1,0-1,1 0,0 1,0-1,1 0,-1 0,1-1,0 1,0 0,0-1,1 0,0 0,0 0,5 4,-8-6,1-1,-1 0,1 0,0 0,-1 0,1 0,0-1,-1 1,1 0,0-1,0 0,0 1,-1-1,1 0,0 0,0 0,0 0,0 0,0 0,-1 0,1-1,0 1,0-1,0 1,-1-1,1 0,0 0,-1 0,1 0,-1 0,1 0,-1 0,1 0,-1 0,0-1,1 1,-1-1,0 1,0-1,0 1,0-1,-1 0,1 1,0-1,-1 0,1 0,-1 0,1 1,-1-1,0 0,0 0,0 0,0 0,0 0,0 1,0-1,-1 0,1 0,-1 0,0 1,1-1,-1 0,0 0,0 1,0-1,0 1,0-1,0 1,-3-3,-55-44,59 48,1 0,-1-1,0 1,0 0,0-1,0 1,1 0,-1-1,0 1,0 0,1 0,-1-1,0 1,0 0,1 0,-1-1,0 1,1 0,-1 0,0 0,1 0,-1-1,1 1,-1 0,0 0,1 0,-1 0,0 0,1 0,-1 0,1 0,-1 0,0 0,1 0,0 0,-1 0,13 0</inkml:trace>
  <inkml:trace contextRef="#ctx0" brushRef="#br0" timeOffset="12047.26">1933 1235,'-10'9,"-5"7,-1 6,2 3,4 1,7-2,6-2,7 0,4-6,6-4,3-11,4-8,-3-7,-6-1</inkml:trace>
  <inkml:trace contextRef="#ctx0" brushRef="#br0" timeOffset="12825.49">1915 1033,'19'36,"-1"0,-2 2,-2 0,-1 1,-2 0,11 79,-20-181,-2 58,1-1,-1 0,2 0,-1 1,0-1,1 1,0-1,1 1,-1 0,7-10,-8 14,-1 1,1-1,0 1,0-1,0 1,0 0,0-1,0 1,0 0,0 0,0 0,-1 0,1 0,0 0,0 0,0 0,0 0,0 0,0 0,0 1,0-1,0 0,0 1,0-1,0 0,-1 1,1-1,0 1,0 0,-1-1,1 1,0 0,-1-1,1 1,0 0,-1 0,1-1,0 3,28 38,-23-32,0 0,-1-1,0-1,0 1,1-1,0 0,1 0,9 7,-14-13,0 1,0-1,0 0,0 0,0-1,0 1,1 0,-1-1,0 1,1-1,-1 0,0 0,0 0,1 0,-1 0,0 0,1 0,-1-1,0 1,1-1,-1 0,0 0,0 0,0 0,0 0,0 0,0 0,0-1,0 1,2-3,2-2,0 1,-1-2,0 1,0 0,0-1,0 0,3-8,-7 13,0 0,0 0,-1 0,1 0,-1-1,1 1,-1 0,1 0,-1 0,0 0,0 0,0-1,-1-2,1 3,-1 1,0 0,1 0,-1 0,0 0,1 0,-1 0,0 0,0 0,0 1,0-1,0 0,0 0,0 1,0-1,0 1,0-1,0 1,0-1,-1 1,1-1,0 1,0 0,0 0,-1 0,0 0,0 0,0 0,0 0,1 0,-1 0,0 0,0 1,1-1,-1 1,0-1,1 1,-1 0,1 0,-1 0,1-1,-1 1,1 1,-1-1,1 0,0 0,0 0,-1 1,1-1,0 1,0-1,1 1,-1-1,0 1,0-1,1 1,-1 0,1-1,-1 1,1 0,0 0,0-1,0 1,0 0,0 0,0-1,0 4,0-1,0 0,1 1,-1-1,1 0,-1 1,1-1,0 0,1 0,-1 0,1 0,0 0,0 0,0 0,1-1,-1 1,4 3,0-3,0-1,0 1,1-1,-1-1,1 1,0-1,-1 0,1 0,0-1,0 0,1 0,-1-1,0 0,0 0,10-2,-8 1,1-1,-1 1,0-2,0 1,0-1,0-1,-1 0,1 0,-1 0,0-1,9-8,-15 12,-1 0,1-1,-1 0,1 1,-1-1,0 0,0 1,0-1,0 0,0 0,-1 0,1 0,0 0,-1 0,1 0,-1 0,0 0,0 0,0 0,0 0,0 0,0 0,-1 0,1 0,0 0,-1 0,0 0,1 0,-1 0,0 0,0 0,0 1,0-1,-1 0,1 1,0-1,-1 1,1-1,-1 1,1 0,-1-1,0 1,0 0,1 0,-1 0,0 0,0 1,0-1,0 0,0 1,0 0,0-1,0 1,0 0,0 0,0 0,0 0,0 0,0 1,0-1,0 1,0-1,0 1,0 0,0-1,0 1,0 0,-2 2,2-1,0 0,0 0,1 0,-1 0,0 1,1-1,0 1,-1-1,1 1,0-1,0 1,0 0,1-1,-1 1,1 0,-1 0,1 0,0-1,0 1,0 0,1 0,-1 0,1-1,-1 1,1 0,0-1,0 1,0 0,3 3,-3-2,1-1,0 0,1 1,-1-1,1 0,-1 0,1 0,0 0,0-1,0 1,0-1,1 1,-1-1,1 0,-1-1,1 1,0-1,-1 1,1-1,4 1,-2-2,0-1,0 1,0-1,0 0,0 0,0 0,-1-1,1 0,0 0,-1-1,0 1,1-1,-1 0,0-1,-1 1,9-8,4-6</inkml:trace>
  <inkml:trace contextRef="#ctx0" brushRef="#br0" timeOffset="13184.55">2246 996,'-7'9,"-4"10,-4 7,-3 3,2 0,4-6</inkml:trace>
  <inkml:trace contextRef="#ctx0" brushRef="#br0" timeOffset="13524.55">2652 996,'6'12,"5"11,8 8,6 7,5 7,1 9,-2 4,-6 1,-10-2,-13-5,-10-8,-10-9,-1-10</inkml:trace>
</inkml:ink>
</file>

<file path=word/ink/ink7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14T10:21:14.840"/>
    </inkml:context>
    <inkml:brush xml:id="br0">
      <inkml:brushProperty name="width" value="0.05" units="cm"/>
      <inkml:brushProperty name="height" value="0.05" units="cm"/>
      <inkml:brushProperty name="color" value="#66CC00"/>
      <inkml:brushProperty name="ignorePressure" value="1"/>
    </inkml:brush>
  </inkml:definitions>
  <inkml:trace contextRef="#ctx0" brushRef="#br0">1 0,'8'14,"-1"0,0 1,-1 0,0 0,-1 0,-1 0,-1 1,3 24,-2 2,-3 83,0-143,1-1,1 1,0 0,2 0,10-27,-13 39,1 0,0 0,1 0,-1 1,1-1,0 1,0 0,0 0,8-6,-9 9,0 0,1 0,-1 0,0 0,1 1,-1 0,0-1,1 1,0 0,-1 1,1-1,0 1,-1 0,1-1,0 2,-1-1,1 0,5 2,-7-2,0 0,0 0,0 0,0 1,-1-1,1 1,0-1,0 1,0 0,0 0,0 0,-1 0,1 0,0 0,-1 0,1 1,-1-1,1 0,-1 1,0-1,0 1,0 0,0-1,0 1,0 0,0 0,0 0,0-1,-1 1,1 0,-1 0,0 0,1 0,-1 0,0 0,0 0,0 0,-1 0,1 0,0 0,-1 0,0 2,-1 1,0 0,0 0,0 0,-1-1,0 1,0-1,0 1,-1-1,1 0,-1 0,0-1,0 1,-1-1,-6 5,9-7,-3 1,1 0,0 0,0 1,0-1,0 1,0 0,-6 7,10-9,-1 0,1-1,-1 1,1 0,0-1,0 1,-1 0,1 0,0-1,0 1,0 0,0 0,0 0,0-1,0 1,0 0,0 0,0-1,0 1,1 1,18 20,-11-17,0 0,0 0,1-1,-1 0,1 0,0-1,0 0,0-1,1 0,-1 0,0-1,1 0,-1-1,1 0,-1 0,17-4,-20 3,0 0,-1-1,0 0,1 0,-1 0,0-1,0 0,0 0,0 0,-1 0,1-1,-1 0,0 0,0 0,0-1,0 1,-1-1,0 0,0 1,0-2,-1 1,0 0,0 0,0-1,0 1,-1-1,0 0,1-10,-2 11,-1 0,1 1,-1-1,0 0,0 0,0 0,-1 1,1-1,-5-6,6 10,-1-1,1 1,-1 0,0-1,1 1,-1-1,0 1,0 0,0 0,0 0,0-1,-1 1,1 0,0 0,0 0,-1 1,1-1,0 0,-1 0,1 1,-1-1,1 1,-1-1,1 1,-1 0,0 0,1-1,-1 1,1 0,-1 0,-2 1,3 0,0-1,0 1,0-1,0 1,1 0,-1-1,0 1,0 0,1 0,-1 0,0 0,1 0,-1 0,1-1,0 1,-1 0,1 0,0 1,-1-1,1 0,0 0,0 0,0 0,0 0,0 0,0 0,0 0,0 0,0 0,1 1,9 38,-7-34,25 75,-15-47,-1 1,-2 0,-1 1,-1 0,3 49,-11-81,0-1,0 1,-1 0,1-1,-1 1,1-1,-1 0,0 1,0-1,-1 0,1 1,-1-1,1 0,-1 0,0 0,0 0,-1 0,1-1,0 1,-1-1,0 0,0 1,1-1,-1 0,0 0,-1-1,1 1,0-1,0 0,-1 0,1 0,-1 0,1 0,-1-1,-3 1,-2 0,0-1,0 0,0 0,0-1,0 0,0-1,0 0,0 0,0-1,1 0,-1-1,-14-8,21 12,1-1,-1 0,1 0,-1 0,1 0,0 0,-1 0,1-1,0 1,0 0,0-1,0 1,0 0,0-1,0 0,0 1,0-1,1 1,-1-1,1 0,-1 1,1-1,0 0,0 0,0-1,0 0,1 1,0-1,0 1,0 0,0-1,1 1,-1 0,1 0,-1 0,1 0,0 0,0 0,0 0,3-2,10-7,1 2,0 0,28-12,-40 20,173-73,-144 58</inkml:trace>
</inkml:ink>
</file>

<file path=word/ink/ink7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14T10:22:15.780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330 123,'10'200,"0"-18,-11 54,-2-243,-1-4</inkml:trace>
  <inkml:trace contextRef="#ctx0" brushRef="#br0" timeOffset="373.35">0 175,'21'-19,"1"0,1 1,0 1,1 1,39-18,-45 25,1 1,-1 1,2 0,-1 2,1 0,0 1,0 1,32 0,-45 3,1 1,0 0,-1 0,0 1,1 0,-1 1,0-1,0 2,0-1,0 0,-1 1,0 1,1-1,-1 1,-1 0,1 0,-1 1,0-1,8 12,-11-13,1 0,-1 1,0-1,0 0,0 1,0 0,-1-1,0 1,0 0,0 0,-1 0,0 0,1 0,-2-1,1 1,-1 0,1 0,-1 0,-1 0,1-1,-1 1,1-1,-1 1,-1-1,1 1,-1-1,1 0,-1 0,0 0,-1-1,-4 6,-2-1,-1 0,1 0,-1-1,-1 0,1-1,-1 0,0-1,0 0,-1-1,1 0,-25 3,8-3</inkml:trace>
  <inkml:trace contextRef="#ctx0" brushRef="#br0" timeOffset="1574.5">534 766,'15'-5,"0"0,0-1,0-1,-1 0,0-1,0-1,-1 0,0 0,-1-1,0-1,0 0,-1-1,-1 0,0-1,-1 0,0 0,-1-1,0 0,10-29,-6 12,-2 0,-1-1,-2 0,0-1,-3 0,-1 1,-1-2,-4-52,1 70,-1 0,-1 0,-8-28,10 40,-1 0,1 0,-1 0,0 0,0 0,0 0,-1 1,1-1,-1 1,0 0,0-1,0 1,0 1,0-1,-1 0,1 1,-1 0,0 0,-5-3,7 5,0-1,0 1,0 0,0 0,0 0,1 0,-1 0,0 0,0 0,0 0,0 1,0-1,0 1,0 0,1-1,-1 1,0 0,1 0,-1 0,0 0,1 0,-1 0,1 1,0-1,-1 1,1-1,0 1,0-1,0 1,0-1,0 1,0 0,0 0,1-1,-1 1,0 2,-3 8,0 0,1 1,1-1,-2 15,1 18,2-1,2 1,2 0,1-1,3 0,1 0,19 55,-23-86,1 0,0-1,1 1,1-1,0 0,0-1,17 19,-22-28,0 1,0-1,1 0,-1-1,1 1,-1 0,1-1,0 1,-1-1,1 0,0 0,0 0,0 0,0 0,0-1,5 1,-5-2,1 1,-1-1,0 0,0 0,1 0,-1-1,0 1,0-1,0 0,0 0,-1 0,1 0,0 0,-1 0,1-1,-1 1,0-1,3-4,3-6,0 0,-1 0,-1-1,0 0,-1-1,0 1,-1-1,-1 0,0 0,-1 0,-1 0,-1-28,-1 79,0-11,1 0,4 39,-3-59,0 1,0-1,0 1,0-1,1 1,0-1,0 0,1 0,-1 0,1 0,0-1,0 1,1-1,-1 1,1-1,0 0,8 6,-10-9,-1 0,1 0,0 0,0 0,-1 0,1-1,0 1,0-1,0 1,0-1,-1 0,1 1,0-1,0 0,0 0,0 0,0-1,0 1,0 0,0-1,0 1,-1-1,1 0,3-1,-2-1,1 1,-1-1,0 0,0 0,0 0,-1-1,1 1,-1-1,0 1,4-8,-1-3,1-1,-2 1,0-1,-1 1,3-23,-5 3,-2 29,0 22,1 4,1 0,1-1,5 28,-6-41,1 0,-1 0,1 0,1-1,-1 1,1-1,1 1,-1-1,1 0,0 0,0-1,1 1,7 6,-11-11,0 0,0 0,0 0,0 0,1 0,-1-1,0 1,1 0,-1-1,0 1,1-1,-1 0,0 1,1-1,-1 0,1 0,-1 0,1 0,-1 0,1 0,-1 0,0-1,1 1,-1 0,1-1,1 0,-1-1,1 0,-1 0,0 0,0 0,0 0,0 0,0-1,-1 1,1-1,-1 1,1-1,0-3,3-7,0-1,-2 0,0 0,2-18,-4-28,-1 46,0 1,0-1,1 1,4-20,-5 33,1-1,-1 0,0 0,0 1,1-1,-1 0,0 0,1 1,-1-1,1 0,-1 1,1-1,-1 1,1-1,-1 1,1-1,0 1,-1-1,1 1,0-1,-1 1,1 0,0-1,-1 1,1 0,0 0,0 0,-1 0,1-1,0 1,0 0,0 0,-1 0,1 0,0 1,0-1,-1 0,1 0,0 0,0 1,-1-1,1 0,0 1,-1-1,1 1,0-1,-1 0,1 1,-1 0,1-1,0 1,-1-1,0 1,2 1,30 33,29 51,-56-77,0-1,0 2,-1-1,-1 0,1 1,-1 0,-1-1,2 15,-4-23,0 1,0-1,0 1,0-1,0 1,0-1,0 1,-1-1,1 0,-1 1,1-1,-1 0,1 1,-1-1,0 0,0 1,1-1,-1 0,0 0,0 0,0 0,0 0,-1 0,1 0,0 0,0-1,0 1,-1 0,1-1,-1 1,1-1,-3 1,-3 1,-1-1,1 0,-1 0,1-1,-9-1,11 1,-14-1</inkml:trace>
  <inkml:trace contextRef="#ctx0" brushRef="#br0" timeOffset="2788.04">1802 416,'-1'49,"0"-9,4 47,-2-78,0 1,1 0,0 0,1-1,0 0,0 1,1-1,0 0,0-1,7 10,-10-16,0-1,0 1,0 0,0-1,0 1,0-1,1 1,-1-1,1 0,-1 0,1 1,-1-1,1 0,0 0,-1-1,1 1,0 0,0-1,0 1,-1-1,1 1,0-1,0 0,0 0,0 1,0-2,0 1,0 0,0 0,0-1,-1 1,1-1,0 1,0-1,0 0,-1 0,1 1,2-3,-1 0,1 0,-1-1,0 1,1-1,-2 0,1 0,0 0,-1 0,0 0,0-1,0 1,0-1,-1 0,2-6,1-23,-1-1,-2 0,-4-50,7 109,2 0,1-1,1 0,1 0,0 0,17 25,-25-46,0 0,0 0,0 0,0 0,1 0,-1-1,0 1,1 0,0-1,-1 1,1-1,0 1,0-1,0 0,0 0,0 0,0 0,0 0,0-1,0 1,3 0,-3-1,0-1,0 0,-1 1,1-1,-1 0,1 0,-1 0,1 0,-1 0,0 0,1 0,-1-1,0 1,0 0,0-1,0 1,0-1,0 1,0-1,0 0,-1 1,1-1,-1 0,1 1,-1-1,0 0,1-2,10-78,-9 63,0-1,1 1,8-25,-11 44,0-1,0 0,0 1,0-1,1 0,-1 0,0 1,0-1,1 0,-1 1,0-1,1 1,-1-1,1 0,-1 1,1-1,-1 1,1-1,-1 1,1-1,-1 1,1 0,0-1,-1 1,1 0,0-1,-1 1,1 0,0 0,0-1,-1 1,1 0,0 0,1 0,-1 1,1 0,0 0,-1 0,1 0,0 0,-1 0,1 1,-1-1,0 1,1-1,-1 1,2 2,27 51,-29-52,8 16,-1 1,0 1,-2-1,0 1,3 27,-11-41,-6-18,-4-21,12 21,0 0,0 1,1-1,1 0,-1 1,2-1,3-10,-5 16,1-1,0 1,0-1,1 1,0 0,-1 0,2 0,-1 0,1 1,-1-1,1 1,0 0,1 0,7-5,-11 8,1 0,0 0,0 0,-1 1,1-1,0 1,0-1,0 1,0 0,0-1,-1 1,1 0,0 0,0 0,0 1,0-1,0 0,0 1,0-1,-1 1,1 0,2 0,-1 1,0 1,0-1,0 0,0 1,-1 0,1 0,-1 0,1 0,-1 0,3 5,1 5,-1 0,0 0,0 0,5 28,-7-18,-3-18,0-1,0 0,1 0,-1 0,1 1,0-1,1 0,-1 0,1 0,-1 0,1-1,0 1,1 0,-1-1,4 5,5 0</inkml:trace>
</inkml:ink>
</file>

<file path=word/ink/ink7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14T10:22:21.612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2651 443,'-4'-3,"0"0,0 1,-1-1,1 1,-1 0,0 0,1 1,-1 0,0-1,0 2,0-1,0 0,0 1,0 0,0 0,0 1,0-1,0 1,0 0,0 1,1-1,-1 1,0 0,1 0,-1 0,1 0,0 1,0 0,0 0,0 0,0 1,1-1,-1 1,1 0,0 0,0 0,0 0,1 0,-3 7,4-9,1-1,-1 1,1-1,0 1,-1-1,1 1,0 0,0-1,0 1,0 0,1-1,-1 1,0-1,1 1,-1 0,1-1,-1 1,1-1,0 1,0-1,0 0,0 1,0-1,0 0,0 0,0 1,0-1,0 0,1 0,-1 0,0-1,1 1,-1 0,3 1,8 4,-1-1,1 0,18 5,-16-6,-2 1,1 0,-1 0,0 2,-1-1,12 10,-21-15,0 0,-1 1,1-1,0 1,-1-1,0 1,1 0,-1-1,0 1,0 0,0 0,0 0,0 0,0 0,-1 0,2 4,-2-4,-1 0,1-1,-1 1,1 0,-1 0,0-1,0 1,1 0,-1-1,0 1,-1-1,1 1,0-1,0 1,0-1,-1 0,1 0,-1 0,1 0,-1 0,0 0,1 0,-4 1,-4 2,0 0,-1-1,0 0,1 0,-1-1,0-1,0 1,0-2,0 1,0-1,-1-1,1 0,-10-2,11-2,5 1</inkml:trace>
  <inkml:trace contextRef="#ctx0" brushRef="#br0" timeOffset="530.3">2688 461,'60'143,"-39"-85,-20-56,-1-1,1 1,-1 0,1 0,0-1,-1 1,1 0,0-1,0 1,0-1,0 1,1-1,-1 1,0-1,0 0,1 0,-1 0,1 1,-1-2,1 1,0 0,2 1,-3-2,1-1,-1 1,1 0,-1-1,0 0,1 1,-1-1,0 0,0 1,0-1,1 0,-1 0,0 0,0 0,0 0,0 0,-1 0,1-1,0 1,0 0,0-2,4-8,0 1,0-1,-1 0,-1 0,4-20,-2-42,-1 115,13 58,-8-56,4 22,-3-24,-3 0,3 62,-9-103,-1 0,0 0,0 0,0 0,0 0,0 0,0 0,0 0,0 0,0 0,-1 0,1 0,0 0,-1 0,1 0,0 0,-1 0,1 0,-2 1,1-3,1 1,-1-1,0 0,1 1,-1-1,0 0,1 0,0 0,-1 1,1-1,-1 0,1 0,0 0,-1 0,1 0,0 0,0 0,0 0,0-1,-3-16</inkml:trace>
  <inkml:trace contextRef="#ctx0" brushRef="#br0" timeOffset="904.6">3130 388,'-5'-2,"0"1,0 0,1 1,-1-1,0 1,0 0,0 0,0 1,0-1,0 1,1 0,-1 0,0 1,1-1,-1 1,1 0,-1 1,1-1,0 1,0-1,0 1,0 0,1 1,-1-1,1 1,0 0,0-1,0 1,0 1,1-1,-1 0,1 1,0-1,1 1,-1-1,1 1,0 0,0 0,0-1,1 1,0 0,0 0,0 0,0 0,1 0,0 0,0-1,0 1,0 0,1-1,3 7,0-3,0-1,1 1,0-1,0-1,1 1,0-1,0 0,1-1,0 0,-1 0,17 7,17 12,-41-24,0 0,1 0,-1 0,0 0,0 0,0 0,0 1,1-1,-1 0,0 0,0 0,0 0,0 0,1 0,-1 0,0 1,0-1,0 0,0 0,0 0,1 0,-1 0,0 1,0-1,0 0,0 0,0 0,0 1,0-1,0 0,0 0,0 0,0 1,0-1,0 0,0 0,0 0,0 1,0-1,0 0,0 0,0 0,0 0,0 1,0-1,0 0,-1 0,1 0,0 0,0 1,0-1,0 0,0 0,0 0,-1 0,1 0,0 1,0-1,0 0,0 0,-1 0,1 0,0 0,0 0,0 0,-1 0,-23 4,-27-3,27-2</inkml:trace>
  <inkml:trace contextRef="#ctx0" brushRef="#br0" timeOffset="1309.96">3167 130,'96'382,"-91"-337,-9-34,-10-28,9 5,0 0,1 0,0-1,1 1,1-1,0 1,0-1,1 0,1-17,1 24,-1 1,1-1,0 1,0-1,1 1,-1-1,1 1,1 0,-1 0,5-8,-5 11,0-1,0 1,0 0,0 0,1 0,-1 0,0 0,1 0,0 1,-1 0,1-1,0 1,0 0,0 0,-1 0,1 1,0-1,0 1,0-1,5 1,12 2</inkml:trace>
  <inkml:trace contextRef="#ctx0" brushRef="#br0" timeOffset="2380.92">3387 553,'21'-10,"-3"2,0-1,27-19,-42 26,0 0,0 0,0 0,0-1,0 1,-1-1,0 0,1 1,-1-1,0 0,0-1,-1 1,1 0,-1 0,1-1,-1 1,0-1,0 1,-1-1,1 0,-1-3,1 6,-1 0,-1 0,1 0,0 0,0 0,0 0,0 0,-1 1,1-1,0 0,-1 0,1 0,0 1,-1-1,1 0,-1 0,0 1,1-1,-1 0,1 1,-1-1,0 1,0-1,1 1,-1-1,0 1,0-1,-1 1,0-1,0 1,0 0,0 0,0 0,-1 0,1 0,0 0,0 1,0-1,0 1,-4 1,1 0,-1 0,1 1,0 0,-1 0,1 0,0 1,-8 7,9-5,0-1,0 1,1-1,0 1,0 0,0 0,1 1,-1-1,2 0,-1 1,1-1,0 1,0 0,1-1,-1 1,2 0,-1-1,3 12,-2-14,0 0,1 0,-1 0,1 0,0 0,1 0,-1 0,1-1,-1 1,1-1,0 0,0 0,0 0,1 0,-1 0,1-1,0 0,-1 0,1 0,0 0,0 0,1-1,-1 1,0-1,0 0,1-1,-1 1,0-1,6 0,-7 1,0-1,0 0,-1 0,1 0,0-1,-1 1,1 0,0-1,-1 0,1 0,0 0,-1 0,1 0,-1 0,0-1,1 1,-1-1,0 1,0-1,0 0,0 0,0 0,0 0,-1 0,3-5,0-2,-1 0,0 0,0 0,-1-1,0 1,0-10,-1 9,0 1,1-1,0 1,7-16,-9 24,0 1,0 0,0-1,0 1,0-1,0 1,1 0,-1-1,0 1,0 0,1-1,-1 1,0 0,1-1,-1 1,0 0,1-1,-1 1,0 0,1 0,-1 0,1-1,-1 1,0 0,1 0,-1 0,1 0,-1 0,0 0,1 0,-1 0,1 0,-1 0,1 0,-1 0,1 0,13 14,5 27,-19-40,20 65,-22-75,1-1,0 1,1 0,-1-1,2 1,0 0,0-1,0 1,1 0,1 0,-1 0,2 0,5-12,-8 19,-1 1,1 0,0 0,-1 0,1 0,0 1,0-1,0 0,0 0,0 0,0 1,0-1,0 0,0 1,0-1,0 1,0-1,0 1,0 0,1-1,-1 1,0 0,0 0,0 0,1 0,-1 0,0 0,0 0,0 0,2 1,0 0,-1 1,1 0,-1-1,0 1,0 0,0 0,0 0,0 0,0 1,0-1,-1 1,3 2,3 9,0 0,-1 1,6 23,-8-22,2 1,3-40,-7 15,18-52,-19 57,-1 1,1 0,0 0,0 0,0 0,0 0,1 0,-1 0,0 1,1-1,-1 0,1 1,0-1,0 1,-1-1,1 1,0 0,0 0,0 0,0 0,0 0,5-1,-6 3,1-1,-1 1,1-1,-1 1,1 0,-1-1,0 1,0 0,1 0,-1 0,0 0,0 0,0 0,0 0,0 1,0-1,0 0,0 1,-1-1,1 0,0 2,17 40,-11-24,-2-9,1 1,0-1,0 0,1 0,1-1,8 10,-14-17,-1-1,1 1,-1-1,1 0,0 1,-1-1,1 0,0 0,0 0,0 0,0-1,0 1,0 0,0-1,0 1,0-1,0 0,0 0,0 0,0 0,0 0,0 0,0 0,1-1,-1 1,0-1,0 1,0-1,-1 0,1 0,0 0,0 0,0 0,-1 0,1-1,0 1,-1-1,1 1,-1-1,0 1,1-1,-1 0,1-2,2-2,-1 0,1-1,-1 0,-1 0,1 0,-1 0,2-13,-3 18,-1-1,1 1,-1-1,1 1,-1 0,0-1,0 1,0-1,0 1,-1-1,1 1,-1 0,1-1,-1 1,0 0,0-1,0 1,0 0,0 0,0 0,-1 0,1 0,-1 0,1 0,-1 0,-3-2,4 4,0 0,0-1,0 1,0 0,-1 0,1 0,0 1,0-1,0 0,0 0,0 0,0 1,0-1,0 1,0-1,0 0,0 1,1 0,-1-1,0 1,0 0,0-1,1 1,-1 0,0 0,1-1,-1 1,0 0,1 0,-1 0,1 0,0 0,-1 0,1 0,0 0,-1 0,1 0,0 0,0 0,0 2,-8 44,8-41,1-1,-1 1,1-1,0 1,0-1,1 1,-1-1,1 0,0 0,1 0,-1 0,1 0,0 0,0-1,1 0,-1 1,1-1,0 0,0-1,0 1,1-1,-1 1,1-1,0-1,0 1,0-1,0 0,6 2,-10-4,1 1,-1-1,0 0,0 0,1 0,-1 0,0 0,1 0,-1-1,0 1,0 0,0-1,1 1,-1-1,0 1,0-1,0 1,0-1,0 0,0 1,2-3,5-7</inkml:trace>
  <inkml:trace contextRef="#ctx0" brushRef="#br0" timeOffset="2723.91">3424 1,'6'9,"9"10,7 4,7 2,-1-4</inkml:trace>
  <inkml:trace contextRef="#ctx0" brushRef="#br0" timeOffset="3409.51">4732 516,'-1'-3,"0"-1,0 1,0 0,-1-1,0 1,1 0,-1 0,0 0,-1 0,1 0,0 0,-1 1,0-1,1 1,-1 0,0 0,0 0,0 0,-1 0,1 1,0-1,-1 1,1 0,-7-1,6 2,1 0,-1 0,1 1,-1-1,1 1,-1 0,1 0,-1 0,1 1,0-1,0 1,0 0,0 0,0 0,0 0,0 0,1 0,-1 1,1 0,-1-1,1 1,0 0,0 0,1 0,-3 4,1 1,0 0,0 0,0 1,1-1,1 0,-1 1,1-1,1 1,-1 0,2-1,1 13,-2-18,0 0,0 0,1-1,-1 1,1 0,0 0,0-1,0 1,0-1,0 1,0-1,1 1,0-1,-1 0,1 0,0 1,0-1,0 0,0-1,0 1,1 0,-1-1,0 1,1-1,-1 0,1 0,0 0,-1 0,1 0,0 0,0-1,-1 1,1-1,0 0,0 0,0 0,-1 0,4-1,-1 0,-1-1,0 1,1-1,-1 0,0 0,0 0,0 0,-1-1,1 0,-1 0,1 0,-1 0,0 0,0-1,0 1,-1-1,1 0,-1 0,0 0,0 0,0 0,0 0,1-9,-1 7,0-1,0 1,-1-1,0 0,-1 0,1 0,-1 1,-1-1,1 0,-1 0,0 0,-1 1,1-1,-1 0,-4-7,-3 4,4 14,6 22,3-15,0-1,1 1,0-1,1 0,0 0,1 0,0-1,0 0,1 0,0-1,0 0,1 0,0-1,1-1,0 1,0-1,0-1,0 0,1 0,15 4,21 6</inkml:trace>
  <inkml:trace contextRef="#ctx0" brushRef="#br0" timeOffset="4590.51">5173 368,'0'33,"2"-1,8 41,-8-58,2-1,0 0,0 0,1 0,1-1,0 1,11 16,-15-28,-1 0,0 0,1 0,0 1,-1-2,1 1,0 0,0 0,0-1,0 1,1-1,-1 1,0-1,1 0,-1 0,5 1,-6-2,1 0,0 0,-1 0,1 0,-1 0,1 0,-1-1,1 1,0-1,-1 1,1-1,-1 0,0 0,1 1,-1-1,0 0,1 0,-1 0,2-3,2-2,0-1,-1 1,0-1,0 0,0-1,-1 1,0 0,3-16,-2 11,-1 0,0-1,-1 1,-1 0,0-1,0 1,-1-1,-1 0,-2-13,0 27,-1 12,0 17,4-17,1 1,1 0,0-1,0 0,2 1,-1-1,2-1,0 1,0 0,1-1,1 0,9 13,-15-24,0 1,0-1,0 0,0 0,0 1,1-1,-1 0,0 0,1 0,-1 0,1 0,-1 0,1-1,-1 1,1 0,0-1,-1 1,1-1,0 0,-1 0,1 1,2-1,-3-1,1 0,0 1,-1-1,1 0,-1 0,1 0,-1 0,0 0,1 0,-1 0,0 0,0-1,0 1,1-1,-2 1,1 0,2-4,1-5,0 0,0 0,-1-1,0 1,2-18,-2-31,4-18,-7 76,0 0,0 1,0-1,0 0,1 0,-1 1,0-1,0 0,1 0,-1 1,0-1,1 0,-1 1,0-1,1 0,-1 1,1-1,-1 1,1-1,-1 1,1-1,0 1,-1-1,1 1,0-1,-1 1,1 0,1-1,-1 1,1 1,-1-1,0 0,0 1,0-1,1 1,-1 0,0-1,0 1,0 0,0 0,0-1,0 1,-1 0,3 2,29 46,-30-45,20 38,31 85,-47-224,10 20,-15 71,1 0,0 1,1-1,-1 1,1 0,0 0,0 0,1 0,-1 0,1 1,5-5,-9 8,1 0,0 1,0-1,0 1,0-1,-1 1,1 0,0-1,0 1,0 0,0-1,0 1,0 0,0 0,0 0,0 0,0 0,0 0,0 0,0 0,0 1,0-1,0 0,0 1,0-1,1 1,22 22,9 43,-30-60,11 37,-12-34,0 0,1 0,0 0,1 0,0-1,0 0,10 14,-13-21,1 0,-1 0,1 0,-1 0,1 0,0 0,-1 0,1-1,0 1,-1-1,1 1,0-1,0 0,-1 1,1-1,0 0,0 0,0 0,0 0,-1-1,1 1,0-1,0 1,-1-1,1 1,0-1,-1 0,1 0,-1 0,1 0,-1 0,1 0,-1 0,0 0,1-1,-1 1,1-2,4-3,0 1,-1-2,0 1,0 0,-1-1,1 0,2-8,-4 6,0 0,-1 0,0 0,-1 0,0-1,0 1,-1-13,0 20,0-1,0 1,0 0,0 0,0 0,0 0,-1 0,1 0,-1 0,0 0,1 0,-1 0,0 0,0 0,0 0,0 1,0-1,-1 0,1 1,-1-1,1 1,-1-1,1 1,-1 0,0 0,0-1,1 1,-1 0,0 1,0-1,0 0,0 0,0 1,0 0,0-1,0 1,0 0,-3 0,3 0,0 1,-1 0,1-1,0 1,0 0,0 0,1 1,-1-1,0 0,0 1,1-1,-1 1,1-1,-1 1,1 0,-1-1,1 1,0 0,0 0,0 0,0 0,0 0,1 0,-1 0,1 0,-1 1,1-1,0 0,-1 0,1 4,0 3,-1 0,1 1,1-1,-1 1,5 16,-3-19,0-1,0 0,1 0,0 0,0 0,0-1,1 1,0-1,0 0,0 0,1 0,-1-1,1 1,0-1,0 0,1-1,10 6,2-1,0-1,1 0,-1-2,33 6,-2-3</inkml:trace>
  <inkml:trace contextRef="#ctx0" brushRef="#br0" timeOffset="6488.31">6277 479,'58'197,"-58"-197,-1 0,1 1,0-1,0 0,0 0,0 0,0 1,0-1,0 0,0 0,0 1,0-1,0 0,0 0,0 1,0-1,1 0,-1 0,0 0,0 1,0-1,0 0,0 0,0 0,0 1,1-1,-1 0,0 0,0 0,0 0,0 0,1 1,-1-1,0 0,0 0,1 0,-1 0,0 0,0 0,0 0,1 0,-1 0,0 0,0 0,1 0,-1 0,0 0,0 0,0 0,1 0,-1 0,0 0,0 0,1 0,-1 0,0 0,0 0,1-1,4-18,-2-28,-2 28,-2 6,1 0,0 0,1 0,1 0,0 0,0 0,2 0,-1 1,8-17,-10 28,-1 0,1 0,-1 0,1 0,-1 0,1 1,0-1,-1 0,1 0,0 1,0-1,-1 0,1 1,0-1,0 1,0-1,0 1,0-1,0 1,0 0,0-1,0 1,0 0,0 0,0 0,0 0,1 0,0 0,-1 1,1 0,0 0,-1 0,1-1,-1 1,1 1,-1-1,1 0,-1 0,0 0,0 1,3 2,1 4,1 1,-2 0,1 0,4 13,10 53,-15-54,1-1,8 23,-7-98,-6 29,-1 13,0 0,1 0,1 0,0 0,0 0,2 0,0 0,0 1,8-20,-10 31,-1 0,1-1,-1 1,1 0,0 0,0 0,0-1,0 1,0 0,0 0,0 0,0 1,0-1,0 0,0 0,1 1,-1-1,0 0,1 1,-1-1,0 1,1 0,-1-1,0 1,1 0,1 0,-1 1,1-1,-1 1,1 0,-1 0,0 0,1 0,-1 0,0 1,0-1,0 1,0 0,0-1,2 4,5 5,-1 0,0 1,-1 1,9 15,-2 3,-6-11,0-1,19 27,-25-42,0 1,1-1,-1 1,1-1,0 0,0 0,1-1,-1 1,0-1,1 1,0-1,-1 0,1 0,0-1,0 1,0-1,8 2,-8-3,-1-1,0 1,1-1,-1 0,0 1,0-2,1 1,-1 0,0-1,0 1,0-1,-1 0,1 0,0 0,-1 0,1 0,-1-1,0 1,1-1,-1 0,-1 0,1 1,0-1,-1 0,1-1,-1 1,1-4,2-2,-1 0,0 0,-1 0,0 0,0 0,-1 0,0 0,-2-19,1 24,-1 0,0 0,0 0,0 0,0 0,-1 0,0 0,0 1,0-1,0 1,0-1,-1 1,1 0,-1 0,0 0,0 0,0 0,-1 1,1-1,-4-1,4 3,1 0,0 0,0 1,-1-1,1 1,-1-1,1 1,0 0,-1 0,1 0,-1 0,1 1,0-1,-1 0,1 1,0 0,-1 0,1 0,0 0,0 0,0 0,0 0,0 0,0 1,0-1,0 1,0 0,1 0,-1-1,1 1,-1 0,1 0,0 0,-2 5,-2 3,0 0,1 0,1 0,0 1,0-1,1 1,-1 13,2-17,0 0,1 0,-1 0,2 0,-1 1,1-1,0 0,1 0,0 0,0-1,6 14,-8-19,1 0,-1 1,1-1,0 0,-1 0,1 0,0 0,0 0,0 0,0 0,0 0,0 0,0 0,0 0,1 0,-1-1,0 1,0-1,1 1,-1-1,0 1,1-1,-1 0,0 0,1 1,-1-1,0 0,1 0,-1 0,1-1,-1 1,0 0,1 0,-1-1,0 1,1-1,-1 1,0-1,0 0,1 1,-1-1,0 0,0 0,0 0,0 0,0 0,0 0,0 0,0 0,-1 0,2-2,4-4,-1-1,0 0,0 0,-1 0,0 0,4-13,-3 5,-2 9,0-1,-1 1,0-1,0 1,-1-1,1 0,-2 1,1-1,-1 0,0 0,-2-11,-1 19,2 7,-1 10,3-4,1-1,1 1,0-1,0 0,7 17,-8-24,0 0,1 0,-1 0,1-1,0 1,0-1,1 0,-1 0,1 0,0 0,0-1,0 1,0-1,1 0,6 3,-10-5,0-1,0 1,0-1,0 0,0 1,0-1,0 0,0 0,0 0,0 0,0 1,0-1,0-1,0 1,0 0,0 0,0 0,0-1,0 1,0 0,0-1,-1 1,1-1,0 1,0-1,0 1,0-1,-1 1,1-1,1-1,0-1,-1 0,1 0,-1 0,0 0,0 0,0 0,0-1,0 1,0-6,0-8,-1-1,-4-28,0 25,-3-39,6 58,1 0,0-1,0 1,0 0,0 0,1-1,-1 1,1 0,-1 0,1 0,0-1,0 1,0 0,0 0,0 0,0 0,0 1,1-1,-1 0,3-2,-2 4,0-1,-1 1,1-1,0 1,0 0,0-1,0 1,0 0,0 1,0-1,0 0,0 0,0 1,0-1,-1 1,1 0,0-1,0 1,0 0,-1 0,1 0,0 0,-1 1,1-1,1 2,40 38,-38-37,4 6,46 52,-51-58,-1 1,1-1,-1 1,-1 0,1 0,-1 0,1 1,-1-1,-1 0,1 1,0 7,-2-12,0 1,-1-1,1 0,-1 1,1-1,-1 0,0 0,1 1,-1-1,0 0,0 0,0 0,0 0,0 0,0 0,0 0,0 0,0-1,0 1,-1 0,1-1,0 1,0-1,-1 1,1-1,0 1,-1-1,1 0,-1 0,1 0,0 0,-1 0,1 0,-1 0,1 0,-2-1,-3 1,1 0,-1-1,1 0,-1 0,1 0,-1 0,1-1,-6-3,9 5,1-1,-1 0,1 0,0 0,-1 0,1 0,0 0,0 0,0-1,0 1,0 0,0-1,0 1,0-1,0 1,1-1,-1 1,1-1,-1 1,1-1,-1 0,1 1,0-1,0 0,0 1,0-1,0 0,0 1,0-1,1 0,-1 1,1-1,-1 0,1 1,-1-1,1 1,0-1,0 1,0 0,0-1,2-1,5-8,1 1,1 0,0 0,15-10,0-2,-12 1,2 0,-14 20,-1 1,1 0,0 0,0 0,0 0,-1 0,1 0,0 0,0 0,-1 0,1 0,0 0,0 0,-1 0,1 1,0-1,0 0,-1 1,1-1,0 0,-1 1,1-1,-1 1,1-1,0 1,-1-1,1 1,-1-1,1 1,-1 0,0-1,1 2,10 11,4 2,-1 1,-1 0,-1 1,0 0,-1 1,16 38,-26-54,-1 0,0 0,0 0,0 0,0 0,0 0,0 0,-1 0,1 0,0 0,-1 0,0 0,1 0,-1-1,0 1,0 0,0 0,0-1,0 1,-1 0,1-1,-1 1,1-1,-1 0,1 1,-1-1,1 0,-1 0,0 0,-3 1,3-1,0 0,0 0,0 0,0 0,0-1,0 1,-1-1,1 0,0 1,0-1,-1 0,1 0,0 0,0-1,0 1,-1 0,1-1,0 1,0-1,0 0,0 0,0 0,0 0,0 0,0 0,0-1,-2-1,3 2,1 0,-1 0,0-1,1 1,-1 0,1 0,-1 0,1-1,0 1,-1 0,1-1,0 1,0 0,0 0,0-1,0 1,0 0,0-1,0 1,1 0,-1-1,0 1,1 0,-1 0,1 0,0-1,-1 1,1 0,0 0,-1 0,1 0,0 0,0 0,0 0,0 0,0 1,0-1,0 0,1 1,0-2,54-28,-50 27,13-6,-3 3,0-2,-1 0,0-1,19-14,-30 20,-1 1,0-1,0 0,-1 0,1 0,0 0,-1-1,0 1,0-1,0 1,0-1,-1 0,1 0,-1 0,0 0,0 0,0 0,-1 0,0 0,1 0,-1 0,-1 0,1 0,-1-5,0 7,1 1,0-1,0 1,-1-1,1 1,-1-1,0 1,1 0,-1-1,0 1,0 0,0 0,1 0,-1-1,-1 1,1 0,0 0,0 0,0 1,0-1,-1 0,1 0,0 1,-1-1,1 0,-1 1,1 0,-1-1,1 1,-1 0,1 0,-1 0,1 0,-1 0,1 0,-3 0,0 1,1 0,-1 0,1 0,-1 0,1 1,0-1,-1 1,1 0,0 0,0 0,1 1,-1-1,0 0,-2 5,1-3,0 1,1 0,0 0,0 1,1-1,-1 1,1-1,1 1,-1 0,1 0,0 0,0-1,0 1,1 0,0 0,0 0,1 0,-1 0,4 10,-2-9,0 0,1 0,0-1,1 1,0-1,0 0,0 0,0 0,1-1,0 1,0-1,1 0,-1-1,1 1,12 6,3 0,1-1,0-2,1 0,0-1,23 4,0-3</inkml:trace>
  <inkml:trace contextRef="#ctx0" brushRef="#br0" timeOffset="7343.15">1 1343,'0'9,"3"10,1 4,3 5,0 1,0 1,0-1,0-8,-1-12,-2-12,-2-7</inkml:trace>
  <inkml:trace contextRef="#ctx0" brushRef="#br0" timeOffset="7718.01">1 1103,'9'6,"7"2,6 3,0-1</inkml:trace>
  <inkml:trace contextRef="#ctx0" brushRef="#br0" timeOffset="8793.88">221 1507,'-2'-8,"1"0,0-1,0 1,1-1,0 1,0-1,1 1,3-16,20-64,-23 87,-1-1,0 1,1-1,-1 1,1-1,-1 1,1 0,0-1,-1 1,1 0,0 0,0 0,0-1,0 1,0 0,0 0,0 0,0 0,1 1,-1-1,0 0,1 0,-1 1,0-1,1 1,1-1,-1 1,0 1,0-1,0 1,0 0,0-1,-1 1,1 0,0 0,0 0,-1 1,1-1,-1 0,1 1,-1-1,0 0,3 4,5 8,0 0,0 1,9 22,-16-32,3 6,0 1,0 0,-1 0,0 0,-1 1,3 19,-9-24,-3-14,-5-15,9 15,1-1,1 0,-1 0,1 0,0 0,1 0,0 0,0 1,5-16,-6 21,1 0,-1 0,1 0,-1 1,1-1,0 0,0 0,-1 0,1 1,0-1,1 0,-1 1,0-1,0 1,1 0,-1-1,1 1,-1 0,1 0,-1 0,1 0,0 0,0 0,-1 0,1 0,0 1,0-1,0 1,0 0,0-1,0 1,0 0,0 0,0 0,0 0,0 1,0-1,-1 0,1 1,0-1,0 1,0 0,0 0,3 2,1 1,0 0,-1 1,1-1,-1 2,0-1,0 0,0 1,-1 0,0 0,0 0,-1 1,0-1,0 1,0 0,-1 0,0 0,0 0,-1 0,1 0,-1 10,-5-9,0-16,0-19,5 20,1-1,0 1,0 0,0 0,1 0,0 1,0-1,1 0,0 1,0 0,0 0,1 0,0 1,0 0,0-1,1 2,10-8,-13 10,1 0,-1 0,0 1,0 0,0 0,1 0,-1 0,1 0,-1 0,1 1,-1 0,1 0,-1 0,1 0,-1 0,1 1,-1-1,1 1,-1 0,0 0,1 1,-1-1,0 1,0-1,0 1,0 0,0 0,0 0,-1 1,1-1,-1 1,1-1,-1 1,0 0,0 0,0 0,0 0,1 5,0-2,0 0,0 1,-1-1,0 1,-1-1,1 1,-1 0,0 0,-1 7,9 40,-9-53,0 0,1 0,-1 0,0-1,0 1,1 0,-1 0,0 0,1-1,-1 1,1 0,-1-1,1 1,-1 0,1-1,0 1,-1-1,1 1,0-1,-1 1,1-1,0 1,0-1,-1 0,1 1,0-1,0 0,0 0,1 1,-1-2,1 1,-1-1,0 1,1-1,-1 0,1 1,-1-1,0 0,0 0,0 0,0 0,1 0,-1 0,1-3,2-1,0-1,0 0,-1 0,0 0,0 0,3-11,-3 0,-2-1,0-30,3 72,1 1,0-1,2 0,1-1,17 36,-9-20,19 64,-35-100,1-1,-1 0,1 1,-1-1,0 1,0-1,0 1,0-1,0 1,-1-1,0 5,0-6,1 0,0-1,-1 1,1-1,0 1,-1 0,1-1,-1 1,1-1,-1 1,1-1,-1 1,1-1,-1 0,1 1,-1-1,0 0,1 1,-1-1,0 0,1 0,-1 0,0 1,1-1,-1 0,-1 0,0-1,0 1,-1-1,1 0,0 0,0 0,0 0,0 0,0-1,0 1,0 0,1-1,-1 1,0-1,1 0,-1 0,1 0,0 0,0 0,-1 0,1 0,0 0,1 0,-2-3,-5-23,2 1,0-1,2 0,1 0,1-1,5-45,-1 12,-3 52,0 2,0 0,0 0,1 0,0 0,4-15,-5 22,1 0,-1 0,1 1,-1-1,0 0,1 0,-1 1,1-1,0 0,-1 1,1-1,0 0,-1 1,1-1,0 1,-1-1,1 1,0 0,0-1,0 1,0 0,-1-1,2 1,1 0,-1 0,0 1,0-1,0 0,0 1,0 0,0-1,0 1,0 0,0 0,-1 0,1 0,0 1,2 1,11 9,0 1,25 28,-36-37,0 0,-1 0,1 1,-1-1,0 1,-1 0,1 0,-1 0,0 0,0 1,0-1,-1 0,0 1,1 10,-3-14,1 0,-1 1,0-1,0 0,0 1,0-1,0 0,0 0,0 0,-1 0,1 0,-1 0,0-1,1 1,-1 0,0-1,0 1,0-1,0 0,0 0,-1 0,-3 2,1-1,0 0,0 0,0-1,-1 0,1 0,0 0,-1-1,1 1,-7-2,-3-2</inkml:trace>
  <inkml:trace contextRef="#ctx0" brushRef="#br0" timeOffset="9276.61">1105 1343,'-3'-2,"1"1,-1 0,1-1,-1 1,1 0,-1 0,0 0,0 1,1-1,-1 1,0 0,0-1,0 1,0 0,1 1,-1-1,0 0,0 1,0 0,1-1,-1 1,0 0,1 1,-1-1,1 0,-1 1,1-1,0 1,-1 0,1 0,0 0,0 0,0 0,1 0,-1 0,0 1,1-1,0 1,-1-1,-1 6,2-4,-1 1,1-1,0 1,1-1,-1 1,1 0,-1 0,1-1,1 1,-1 0,1 0,0-1,0 1,0-1,0 1,1-1,0 1,0-1,0 0,0 0,1 0,0 0,0 0,5 5,-3-5,0 1,0-1,0-1,1 1,0-1,0 0,0 0,0 0,0-1,0 0,12 2,-16-4,0 0,0 0,-1 0,1 0,0 0,0 0,0-1,0 1,-1-1,1 1,0-1,0 0,-1 1,1-1,0 0,-1 0,4-3,-4 2,1 0,0-1,-1 1,1-1,-1 1,0-1,0 1,0-1,0 0,0 0,0 0,-1 1,1-1,-1 0,0-3,0-6,-1 1,0 0,-1 0,0 0,-7-18,6 19,0-1,0 0,1 0,0 0,1-15,1 25,-1 0,1 0,0 0,0 0,0 0,0 0,1 0,-1 0,0 0,0 0,1 0,-1 0,0 1,1-1,-1 0,1 0,-1 0,1 0,0 0,-1 1,1-1,0 0,-1 1,1-1,0 0,0 1,0-1,1 0,0 1,0 0,-1 0,1 0,0 0,0 0,0 1,-1-1,1 0,0 1,-1 0,1-1,0 1,-1 0,3 1,4 3,-1 0,0 1,0-1,-1 1,9 10,-9-6,0-1,-1 1,0 0,-1 0,4 14,17 35,-17-47</inkml:trace>
  <inkml:trace contextRef="#ctx0" brushRef="#br0" timeOffset="9745.5">1362 1011,'-3'9,"1"1,1-1,0 0,0 1,0-1,1 1,1-1,0 1,0-1,1 1,3 11,7 15,24 53,-15-39,-9-19,2 2,11 43,-24-57,-9-24,-13-28,18 25,0 0,1-1,0 0,0 0,1 0,0 1,1-1,0 0,0 0,3-12,-2 17,0-1,0 0,1 1,-1-1,1 1,0 0,1-1,-1 1,1 0,0 1,0-1,0 0,0 1,1-1,-1 1,1 0,0 0,0 1,0-1,7-2,16-6</inkml:trace>
  <inkml:trace contextRef="#ctx0" brushRef="#br0" timeOffset="10544.03">1748 1362,'-3'-1,"-7"-5,-1 1,1 0,-1 0,-1 2,1-1,-13-1,21 5,1-1,-1 1,0 0,1 1,-1-1,0 0,1 1,-1 0,1-1,-1 1,0 0,1 0,0 0,-1 1,1-1,0 1,0-1,0 1,0 0,0 0,0 0,0 0,0 0,1 0,-1 0,1 0,0 1,-1-1,1 1,0-1,1 1,-1-1,0 4,-1-2,1 1,0 0,0-1,1 1,-1 0,1 0,0-1,1 1,-1 0,1-1,0 1,0 0,0-1,1 1,-1-1,1 1,0-1,0 0,1 0,0 0,3 5,-4-7,1 1,0-1,0 1,-1-1,1 0,0 0,1 0,-1 0,0-1,1 0,-1 1,0-1,1 0,-1 0,1-1,0 1,-1-1,1 0,0 0,-1 0,1 0,-1-1,1 1,0-1,-1 0,1 0,-1 0,6-3,-5 1,0 1,0-1,0 0,0 0,-1 0,1 0,-1-1,1 1,-1-1,-1 0,1 0,0 0,-1 0,0-1,0 1,0-1,0 1,0-6,0 2,0 1,-1 0,0 0,-1-1,1 1,-1-1,-1 1,1 0,-1-1,-1 1,-2-10,-1 12,4 20,4 23,-3-37,23 70,-21-67,0-1,-1 0,1 0,1 1,-1-1,0-1,1 1,2 3,-4-6,0 1,0 0,0-1,0 1,0-1,-1 1,1-1,0 0,0 1,0-1,1 0,-1 0,0 1,0-1,0 0,0 0,0 0,0 0,0-1,0 1,0 0,0 0,0-1,0 1,0 0,2-2,-1 1,0-1,-1 1,1-1,0 0,-1 1,1-1,-1 0,1 0,-1 0,0 0,0 0,0-1,0 1,0 0,0 0,-1-1,1 1,-1-5,3-53,-2 16,-1 42,1 1,-1 0,0 0,0-1,0 1,1 0,-1 0,0-1,1 1,-1 0,1 0,0 0,-1 0,1 0,0 0,0 0,-1 0,1 0,0 0,0 0,0 0,0 1,0-1,2-1,-1 2,-1 1,0-1,1 0,-1 0,0 1,1-1,-1 0,0 1,0 0,0-1,1 1,-1 0,0-1,0 1,0 0,0 0,0 0,1 1,7 9,0-1,-1 1,8 16,-15-26,31 51,-34-57,0 0,1-1,-1 1,1-1,1 1,-1-1,1 0,0 1,0-1,1 0,1-8,-1 11,-1 1,0-1,1 0,-1 0,1 0,0 1,0-1,0 0,0 1,0-1,0 1,1-1,0 1,-1 0,1-1,0 1,0 0,0 0,0 0,0 1,1-1,-1 0,0 1,1 0,0-1,-1 1,4-1,-3 3,-1-1,1 1,0 0,-1-1,1 1,-1 0,1 1,-1-1,0 0,1 1,-1-1,0 1,0 0,0 0,0 0,0 0,-1 0,1 0,0 0,-1 1,0-1,0 0,1 1,-1-1,0 4,5 6,-1 1,-1 0,4 22,-5-17</inkml:trace>
  <inkml:trace contextRef="#ctx0" brushRef="#br0" timeOffset="10997.16">2135 1011,'-1'37,"3"1,1-1,1 0,3 0,11 39,-15-64,1-1,1 1,0-1,0 0,1 0,0 0,1-1,0 0,1-1,0 1,1-1,-1-1,2 0,-1 0,1-1,0 0,1 0,0-1,14 5,-22-9,0-1,1 0,-1 0,1 0,-1 0,1-1,-1 0,1 1,0-1,-1 0,1-1,-1 1,1-1,-1 1,1-1,-1 0,1-1,-1 1,0 0,0-1,0 0,1 0,-2 0,1 0,0 0,3-4,-3 2,0 1,-1-1,1 0,-1 0,0 0,0 0,-1 0,1 0,-1-1,0 1,0 0,0-1,-1 1,0-1,1 1,-2-1,1 1,0-1,-1 1,0-1,-1-4,1 8,1-1,-1 0,1 0,-1 0,0 0,0 0,0 1,0-1,0 0,0 1,-1-1,-1-2,2 4,1-1,-1 1,0 0,1-1,-1 1,0 0,1 0,-1-1,1 1,-1 0,0 0,1 0,-1 0,0 0,1 0,-1 0,0 0,0 0,1 0,-1 0,1 1,-1-1,0 0,-1 1,1 0,-1 1,0-1,0 1,1 0,-1-1,1 1,-1 0,1 0,0 0,0 0,0 0,0 0,0 1,0-1,1 0,-1 0,1 1,-1-1,1 4,0-1,-1-1,2 0,-1 1,0-1,1 1,0-1,0 0,0 1,0-1,1 0,0 0,0 0,0 0,0 0,1-1,-1 1,1 0,0-1,0 0,0 0,0 0,1 0,-1 0,1-1,0 0,0 1,0-1,7 2,-3-1,0 0,0-1,1 0,-1-1,1 0,-1 0,1-1,-1 0,1 0,-1-1,1 0,-1 0,17-6,1-4</inkml:trace>
  <inkml:trace contextRef="#ctx0" brushRef="#br0" timeOffset="11340.4">2135 1195,'18'0,"23"0,26 0,16 0,8-3,-12-1</inkml:trace>
  <inkml:trace contextRef="#ctx0" brushRef="#br0" timeOffset="12798.71">3111 1288,'22'85,"0"-9,-5 0,16 149,-35-194,2-31,0 0,-1 0,1 0,0 0,0 1,-1-1,1 0,0 0,0 0,-1 0,1 0,0 0,0 0,-1 0,1 0,0 0,0 0,-1 0,1 0,0 0,0 0,-1-1,1 1,0 0,0 0,-1 0,1 0,0 0,0 0,0-1,-1 1,1 0,0 0,0 0,0-1,0 1,-1 0,1 0,0 0,0-1,0 1,0 0,0 0,0-1,0 1,0 0,0 0,0-1,-22-53,10 5,1-1,3 0,2 0,3-1,1 0,7-69,-4 115,-1-1,1 1,0 0,0 0,1 0,0-1,0 1,0 1,0-1,1 0,-1 0,1 1,6-7,-7 10,0-1,0 1,0 0,1 0,-1-1,0 2,1-1,-1 0,1 0,-1 1,1-1,-1 1,1 0,-1 0,1 0,-1 0,1 0,0 0,-1 1,1-1,-1 1,0 0,1 0,-1 0,0 0,1 0,-1 0,0 1,4 2,4 4,-1 0,0 0,-1 0,0 1,0 0,0 1,-2 0,1 0,-1 1,0-1,-1 1,6 19,-9-23,0 0,0 0,-1 1,0-1,0 1,-1-1,1 1,-2-1,-1 14,1-17,0 0,0-1,-1 1,1 0,-1 0,0-1,0 1,0-1,0 1,-1-1,1 0,-1 0,0 0,0-1,0 1,0 0,-1-1,-5 3,7-4,0 0,1 0,-1 0,0-1,0 1,0 0,0-1,0 0,0 1,0-1,0 0,0 0,1 0,-1 0,0-1,-4 0,5 1,1-1,-1 1,1-1,-1 1,0-1,1 0,-1 1,1-1,0 0,-1 1,1-1,0 0,-1 0,1 1,0-1,0 0,-1 0,1 1,0-1,0 0,0 0,0 0,0 1,0-1,0 0,0 0,1 1,-1-1,0 0,0 0,1 1,-1-1,0 0,1 0,-1 1,1-1,-1 1,1-1,-1 0,1 1,-1-1,1 1,1-2,23-30,33-33,-42 49,0 0,-2-1,0 0,-1-1,0-1,-2 0,0 0,14-37,-22 44,0-1,0 1,-1-1,0 0,-1 0,-1 0,-1-18,0 26,1 0,-1 0,0 1,0-1,-1 0,0 0,1 1,-2-1,1 1,0-1,-1 1,0 0,0 0,0 0,0 0,-1 1,1-1,-1 1,0 0,0 0,-8-4,11 6,-1 1,1-1,0 0,-1 1,1-1,0 1,-1-1,1 1,-1 0,1 0,0 0,-1 0,1 0,-1 0,1 0,-1 0,1 0,0 1,-1-1,1 0,-1 1,1-1,0 1,0 0,-1-1,-1 2,1 1,0-1,1 0,-1 1,0-1,1 1,-1 0,1-1,0 1,0 0,0 0,0 0,0 3,-1 9,0 1,1 0,2 26,1-8,2-1,1 1,18 59,-19-80,1 0,0 0,0-1,2 0,-1 0,1 0,1-1,0 0,1 0,0-1,0 0,16 12,-22-20,-1 0,0-1,1 1,-1-1,1 1,-1-1,1 0,0 0,0 0,-1-1,1 1,0 0,0-1,0 0,0 0,-1 0,1 0,0 0,0 0,0-1,4-1,-4 1,1-1,-1 0,0-1,0 1,0 0,0-1,0 0,-1 1,1-1,-1 0,1 0,-1-1,0 1,1-4,3-6,-1 1,-1-1,0 1,-1-1,0 0,-1 0,0-1,-1-15,-6 1,-1 22,1 18,4-4,1 0,0 1,0-1,1 0,0 0,0 0,1 0,0-1,0 1,1 0,0-1,0 1,1-1,0 0,0 0,10 12,-11-15,-1-1,1 0,-1 0,1 0,0-1,0 1,1-1,-1 1,0-1,1 0,-1 0,1-1,0 1,0-1,-1 0,1 0,0 0,0 0,0-1,0 1,0-1,0 0,0 0,0-1,0 1,0-1,0 0,0 0,0 0,0-1,-1 1,1-1,0 0,-1 0,6-4,-3 0,0 1,-1 0,0-1,0 0,-1 0,1-1,-1 1,-1-1,5-9,-6 12,0-1,-1 1,1 0,-1-1,0 1,0-1,0 0,-1 1,1-1,-1 0,0 1,-1-1,1 0,-1 1,0-1,-1-5,-1 26,4 13,2-19,0 0,0 0,1 0,0 0,1 0,0-1,1 0,-1 0,2 0,-1-1,2 0,-1 0,11 8,-18-16,1 1,0 0,0-1,0 1,0-1,-1 1,1-1,0 1,0-1,0 0,0 1,0-1,0 0,0 0,0 0,1 0,-1 0,0 0,0 0,0 0,0 0,0 0,0 0,0-1,0 1,0 0,0-1,0 1,0-1,-1 1,1-1,0 0,0 1,0-1,0 0,-1 1,1-1,0 0,-1 0,1 0,-1 0,1 0,-1 0,1 0,-1 0,0 0,1 0,-1 0,0-1,3-9,0 0,-1-1,0-20,0 10,-1 18,-1 0,1 0,0-1,0 1,1 0,-1 0,1 0,0 1,0-1,0 0,0 1,1-1,-1 1,1 0,0-1,6-4,-7 7,1 0,-1 0,1 1,0-1,0 1,-1-1,1 1,0 0,0 0,-1 0,1 0,0 0,0 1,0-1,-1 1,1 0,0 0,-1 0,1 0,-1 0,1 0,-1 1,0-1,1 1,-1 0,3 3,4 2,0 2,0-1,-1 1,12 15,-17-20,0 1,0-1,0 0,-1 1,0 0,0-1,0 1,0 0,-1 0,1 0,-1 1,-1-1,1 6,-1-10,-1 1,1 0,-1-1,1 1,-1 0,0-1,1 1,-1-1,0 1,0-1,0 0,0 1,-1-1,1 0,0 0,0 0,-1 0,1 0,-1 0,1 0,-1 0,1 0,-1-1,-3 2,-40 7,44-9,-19 2</inkml:trace>
  <inkml:trace contextRef="#ctx0" brushRef="#br0" timeOffset="13674.78">4528 1398,'4'2,"1"1,-1-1,0 0,1 0,0 0,-1-1,1 1,0-1,0 0,0-1,0 1,0-1,0 0,0 0,0-1,0 0,-1 1,1-2,0 1,0 0,-1-1,1 0,0 0,-1 0,0-1,0 0,0 1,0-1,0-1,4-4,2-1,-1-1,0 0,0 0,-2-1,1 0,-1-1,-1 0,0 0,0 0,3-15,-4 7,0 0,-2 0,0-1,-2 1,0-25,-1 35,-1 0,0 0,0 0,-1 0,-1 0,1 1,-1-1,-1 0,0 1,0 0,-1 0,-9-13,13 20,-1 0,1 1,-1-1,1 0,-1 0,0 1,0-1,0 1,0 0,0-1,0 1,0 0,0 0,0 0,0 1,-1-1,1 0,-3 1,3 0,1 0,-1 0,1 1,-1-1,1 1,-1-1,1 1,0 0,-1 0,1-1,0 1,0 0,-1 0,1 0,0 0,0 1,0-1,0 0,0 0,-1 3,-2 3,0 1,1 1,0-1,0 0,1 1,0-1,-1 19,0 3,2 0,2 0,0 0,2 0,1 0,2 0,1-1,1 0,1 0,14 28,-19-50,0-1,0 1,1-1,0 0,0 0,1-1,-1 1,1-1,0-1,0 1,1-1,0 0,-1 0,1-1,0 0,1 0,-1 0,1-1,-1 0,9 0,-10-1,0-1,1 0,-1 0,0 0,0-1,0 0,0 0,0-1,0 0,0 0,0 0,-1 0,1-1,-1 0,0 0,0-1,0 0,0 0,0 0,-1 0,0 0,0-1,0 0,0 0,3-7,-3 5,0-1,-1 1,0-1,0 0,-1 0,0 0,-1 0,1 0,-1-15,-1 20,0 1,0-1,0 1,0-1,-1 1,1-1,-1 1,1-1,-1 1,0 0,0-1,0 1,-1 0,1 0,0-1,-1 1,0 0,1 0,-1 1,0-1,0 0,0 1,0-1,0 1,0-1,-1 1,1 0,0 0,-1 0,1 0,0 1,-1-1,1 1,-1-1,-3 1,3-1,0 1,0 0,0 0,-1 1,1-1,0 0,0 1,0 0,0 0,0 0,0 0,1 0,-1 0,0 1,0 0,1-1,-1 1,1 0,0 0,-1 0,1 1,-2 2,1-1,0 1,1-1,0 0,0 0,1 1,-1-1,1 1,0 0,0-1,0 1,0 0,1 0,0 7,1-8,-1 0,0 0,1 0,0 0,0 1,0-1,1 0,-1 0,1-1,0 1,0 0,0-1,1 1,5 5,-6-7,0 0,0 0,1 0,-1-1,1 0,0 1,-1-1,1 0,0 0,0 0,-1 0,1-1,0 1,0-1,0 0,0 0,0 0,0 0,0 0,0-1,-1 1,1-1,5-2,-4 1,0 0,1-1,-1 1,-1-1,1 0,0-1,-1 1,0 0,1-1,-2 0,1 0,4-6,-5 7,-1 0,1 1,0-1,-1 0,0 0,1 0,-1 0,0-1,-1 1,1 0,0 0,-1-1,0 1,0 0,0 0,0-1,0 1,-2-6,-4 20,4 11,2-18,1 0,0 0,0-1,0 1,0 0,0 0,1-1,0 1,-1-1,1 1,1-1,-1 0,0 0,1 0,0 0,0 0,-1-1,7 5,-2-3,1 0,-1 0,1-1,0 0,0-1,0 0,14 2,15 2</inkml:trace>
  <inkml:trace contextRef="#ctx0" brushRef="#br0" timeOffset="14253.72">5466 1381,'14'-8,"-1"0,0-1,-1-1,0 0,0-1,-1 0,-1 0,0-1,0-1,-1 0,-1 0,10-20,-5 7,-2-1,0-1,-2 0,-1 0,7-49,-14 68,-1-1,0 1,0-1,-1 1,-2-13,2 19,1 1,-1-1,0 1,0 0,0 0,0-1,0 1,0 0,-1 0,1 0,-3-3,3 5,0-1,0 0,0 1,0-1,0 1,0-1,0 1,0 0,0-1,0 1,0 0,0 0,0 0,0-1,-1 1,1 0,0 1,0-1,0 0,0 0,0 0,0 1,0-1,0 0,0 1,-2 0,0 1,0 1,-1 0,1 0,0 0,0 0,0 0,1 0,-1 1,1-1,0 1,0 0,0 0,0 0,1 0,-1 0,1 0,-1 8,-10 78,12-87,-2 31,2 1,2-1,1 1,2-1,15 56,5-7,39 85,-40-103,-23-60,0 0,0 0,0 0,0 0,-1 0,0 1,0-1,0 0,-1 0,0 0,-1 6,1-9,0 0,0-1,-1 1,1 0,-1-1,1 1,-1-1,1 1,-1-1,0 0,0 1,0-1,0 0,0 0,0-1,0 1,0 0,0-1,0 1,0-1,0 1,0-1,-1 0,1 0,0 0,0 0,0-1,0 1,0-1,-1 1,-1-2,-6 0,1 0,0-1,-1 0,1-1,-14-7,17 7,-1-1,1 1,0-1,0 0,1 0,-1-1,1 0,0 0,1 0,-1-1,-4-9,7 11,0 0,0 0,1 0,0 1,0-1,0 0,0-1,1 1,0 0,0 0,0 0,1 0,0 0,0 0,0 0,0 0,1 0,2-5,11-18</inkml:trace>
  <inkml:trace contextRef="#ctx0" brushRef="#br0" timeOffset="14688.31">5909 1234,'-2'-1,"-1"0,1 1,0-1,-1 1,1-1,-1 1,1 0,0 0,-1 0,1 0,-1 0,1 0,-1 1,1-1,0 1,-1-1,1 1,0 0,0 0,-1 0,1 1,-2 0,1 1,1 0,-1 0,1 0,0 0,-1 0,2 0,-1 0,0 1,1-1,-1 1,1-1,0 1,-1 4,0 0,1 1,0 0,1-1,-1 1,1 0,1 0,0-1,0 1,1 0,0-1,6 15,-6-18,1 0,1 0,-1 0,1-1,-1 0,1 1,1-1,-1-1,0 1,1-1,0 1,0-1,0-1,6 3,-9-4,0 0,1 0,-1-1,0 1,0-1,1 0,-1 1,0-1,0 0,1-1,-1 1,0 0,0-1,1 1,-1-1,0 1,0-1,0 0,0 0,0 0,0 0,0-1,0 1,0 0,0-1,-1 1,1-1,-1 0,1 1,-1-1,0 0,1 0,-1 0,0 0,0 0,0 0,-1 0,1-3,3-7,-2 0,1-1,-2 0,0 1,0-1,-1 1,-1-1,0 0,-5-23,2 11,4 24,0 0,-1 0,1 0,0 0,0 0,0 0,-1 0,1 0,0 0,1 0,-1 0,0 0,0 0,0 0,0 0,1 1,-1-1,1 0,-1 0,1-2,12 12,14 30,-27-39,21 37,26 40,-43-71,1-1,-1 1,1-1,0 0,0-1,0 1,1-1,0 0,0-1,7 5,4-3</inkml:trace>
  <inkml:trace contextRef="#ctx0" brushRef="#br0" timeOffset="15062.79">6240 1233,'-4'8,"1"0,0 0,0 0,1 1,0-1,0 1,1-1,0 1,1-1,0 1,0 0,1-1,0 1,0 0,3 9,-2-13,0-1,-1 0,1 0,0 0,1 0,-1 0,1 0,0-1,0 1,0-1,0 0,0 0,1 0,-1 0,1-1,0 1,0-1,0 0,0 0,0 0,1-1,-1 1,0-1,1 0,-1-1,1 1,-1-1,1 1,0-2,5 1,-3-1,0-1,-1 1,1-1,0 0,-1-1,0 0,1 0,-1 0,0 0,-1-1,1 0,-1 0,0-1,9-9,-11 11,-1 1,1-1,-1 0,0 0,0 0,0 0,0 0,0-1,-1 1,0 0,0-1,0 1,0-1,0 0,0 1,-1-1,0 1,0-1,0 0,0 1,0-1,-1 0,0 1,0-1,0 1,0-1,0 1,-1-1,-2-4,3 7,0-1,0 0,0 1,0-1,0 0,-1 1,1 0,0-1,-1 1,1 0,-1-1,0 1,1 0,-1 0,0 0,0 1,1-1,-1 0,0 1,0-1,0 1,0 0,0-1,0 1,0 0,0 0,0 0,0 0,0 1,0-1,0 1,0-1,1 1,-1-1,0 1,0 0,0 0,1 0,-3 2,-1 0,1 1,0 0,0 0,0 0,1 0,-1 0,1 1,0 0,0 0,1-1,-1 1,1 1,-1 4,1-6,1-1,0 1,1 0,-1-1,0 1,1 0,0 0,0-1,0 1,0 0,1-1,0 1,-1 0,1-1,1 1,-1-1,0 1,1-1,0 1,0-1,0 0,4 5,-1-4,0 1,1-2,-1 1,1-1,0 0,0 0,0 0,0-1,1 0,-1 0,13 1,23 4</inkml:trace>
  <inkml:trace contextRef="#ctx0" brushRef="#br0" timeOffset="15685.58">6958 1287,'-50'-20,"35"13,1 1,-1 0,-1 1,-26-4,38 8,0 1,-1 0,1 0,0 0,-1 0,1 1,0-1,0 1,-1 1,1-1,0 0,0 1,0 0,0 0,1 0,-1 0,0 1,1-1,0 1,0 0,-1 0,-2 5,2-4,1 1,0 0,0 0,0 0,1 1,-1-1,1 1,1-1,-1 1,1 0,0-1,0 1,0 0,1 0,0 0,0 0,1 0,-1-1,1 1,1 0,-1 0,1-1,0 1,0-1,4 7,-4-8,0-1,1 1,-1-1,1 0,-1 1,1-1,0-1,0 1,1 0,-1-1,1 0,-1 1,1-1,0-1,-1 1,1 0,0-1,0 0,0 0,0 0,1-1,-1 1,0-1,0 0,0 0,0 0,0-1,1 1,-1-1,0 0,0 0,0-1,0 1,-1-1,8-4,-6 3,0 0,0 0,0 0,0-1,-1 0,1 0,-1 0,0-1,-1 1,1-1,-1 0,1 0,-2 0,5-10,-3 5,-1-1,0 0,-1 0,0 0,-1 0,0 0,-1-15,-1-1,-2 0,-2 0,0 0,-1 1,-17-43,18 56,0 1,-1-1,0 1,-1 0,-9-12,48 120,2 2,-27-71,2 0,1-1,1 0,1 0,22 32,-31-54,0 1,1-2,-1 1,1 0,0 0,1-1,4 3,7 2</inkml:trace>
  <inkml:trace contextRef="#ctx0" brushRef="#br0" timeOffset="16181.83">7104 1233,'-4'8,"1"-1,-1 1,1-1,0 1,1 0,0 0,0 1,1-1,0 0,0 1,1-1,0 0,1 1,-1-1,4 13,-3-17,0 0,0 0,0 0,0-1,0 1,1 0,0-1,0 1,0-1,0 1,0-1,1 0,0 0,-1 0,1-1,0 1,0 0,1-1,-1 0,0 0,1 0,-1 0,1-1,0 1,-1-1,1 0,0 0,0 0,0 0,0-1,0 0,0 0,0 0,5-1,-5 1,-1 0,1-1,0 0,-1 0,1 0,-1 0,1-1,-1 1,0-1,0 0,1 0,-1 0,0 0,-1 0,1-1,0 0,-1 1,1-1,-1 0,0 0,0 0,0 0,0-1,-1 1,1 0,-1-1,0 1,0-1,0 0,0 1,-1-1,0 0,0-5,0 4,0 0,0 0,-1 0,0 0,0 0,0 0,-1 1,1-1,-1 0,0 1,-1-1,1 1,-1 0,0 0,0 0,0 0,0 0,-1 0,0 1,0 0,0 0,0 0,0 0,-6-2,-4 1,20 13,25 13,9-8,-31-12,0 1,0 0,-1 1,16 8,-21-10,0 0,0 1,-1-1,1 1,-1 0,1 0,-1-1,0 1,0 1,0-1,0 0,-1 0,0 1,1-1,-1 1,1 5,0 3,-1-8,-1 0,1 1,0-1,0 0,0 0,1 0,0 0,0 0,0 0,0 0,4 5,-6-9,0 0,1 0,-1 0,0 1,1-1,-1 0,0 0,0 0,1 0,-1 0,0 0,1 0,-1 0,0 0,1 0,-1 0,0 0,1 0,-1 0,0 0,0 0,1 0,-1 0,0 0,1 0,-1 0,0-1,0 1,1 0,-1 0,0 0,0 0,1-1,-1 1,0 0,0 0,0-1,1 1,-1 0,0 0,0-1,0 1,0 0,0-1,1 1,-1 0,0-1,0 1,0-1,3-9</inkml:trace>
  <inkml:trace contextRef="#ctx0" brushRef="#br0" timeOffset="16539.99">7197 1047,'16'3,"11"1,1 0</inkml:trace>
  <inkml:trace contextRef="#ctx0" brushRef="#br0" timeOffset="16895.29">7401 992,'59'167,"-35"-93,52 109,-84-197,2 3,0 0,0 0,1-1,0 0,-3-15,8 25,-1 0,1-1,-1 1,1 0,0 0,0-1,0 1,0 0,0 0,1 0,-1-1,1 1,0 0,-1 0,1 0,0 0,0 0,0 0,0 0,1 0,-1 1,0-1,1 0,-1 1,1-1,0 1,-1-1,1 1,0 0,0 0,0 0,0 0,0 0,0 0,0 0,0 1,0-1,5 0,7-1,0 0,0 1,27 2,1 2</inkml:trace>
  <inkml:trace contextRef="#ctx0" brushRef="#br0" timeOffset="17674.47">92 2320,'16'-6,"-1"0,0-1,0-1,-1 0,14-11,-24 16,0 0,0 0,0 0,0 0,-1-1,1 1,-1-1,0 0,0 0,0 0,-1-1,1 1,-1-1,0 1,-1-1,1 0,-1 0,0 1,0-1,1-8,-2 11,-1 0,1 0,0 0,-1 0,1 1,-1-1,1 0,-1 0,0 0,0 0,0 1,0-1,0 0,0 1,-1-1,1 1,0-1,-1 1,1 0,-1 0,0-1,1 1,-1 0,0 0,0 1,1-1,-3 0,2 0,1 1,-1 0,0 0,1 0,-1 0,1 0,-1 1,0-1,1 0,-1 1,1-1,-1 1,1-1,-1 1,1 0,-1 0,1 0,0 0,0 0,-1 0,1 0,0 0,0 0,0 0,0 1,0-1,0 0,0 1,1-1,-1 1,0-1,1 1,-1 1,-2 7,1-1,0 1,1 0,0 0,0 0,1-1,0 1,1 0,2 15,-1-17,-1-1,1 0,0 1,1-1,-1 0,2 0,-1 0,1-1,0 1,0-1,1 0,-1 0,7 6,-9-11,0 0,0 1,-1-1,1 0,0 0,0 0,0 0,0 0,1 0,-1-1,0 1,0-1,0 0,1 1,-1-1,0 0,0 0,0 0,1-1,-1 1,4-2,-1 1,0-1,0-1,-1 1,1-1,-1 1,1-1,-1-1,5-3,13-16</inkml:trace>
  <inkml:trace contextRef="#ctx0" brushRef="#br0" timeOffset="18035.56">368 1804,'6'15,"9"16,4 17,3 10,0 4,-4-1,-1-9,-3-6,-2-5,-3-7,1-2,-2-4,-5-13,-3-12,-5-9,-1-5</inkml:trace>
  <inkml:trace contextRef="#ctx0" brushRef="#br0" timeOffset="18393.07">387 2004,'12'0,"11"-3,8-1,7 0,4 4,5 5,3 5,-1 3,-8 1</inkml:trace>
  <inkml:trace contextRef="#ctx0" brushRef="#br0" timeOffset="18739.9">737 2357,'-3'-11,"1"1,0-1,1 0,0 0,1 0,0 0,0 0,1 0,1 0,0 0,1 0,0 0,0 1,10-19,-12 28,0 0,0-1,0 1,0 0,0 0,1 1,-1-1,0 0,1 0,-1 1,1-1,-1 1,1-1,-1 1,1-1,-1 1,1 0,-1 0,1 0,-1 0,1 0,-1 0,1 0,-1 1,1-1,-1 0,1 1,-1-1,1 1,-1 0,0-1,1 1,-1 0,0 0,1 0,1 2,8 5,-1 0,0 0,11 13,-16-16,2 3,1-1,1 1,-1-2,1 1,0-1,1 0,-1-1,1 0,0-1,16 5,-21-8,0 0,0 0,0-1,0 0,0 0,1 0,-1-1,0 0,0 0,0 0,0 0,0-1,-1 0,1 0,0 0,-1 0,1-1,-1 0,0 0,0 0,0 0,0-1,-1 0,6-6,-7 7,1-1,-1 0,1 0,-1 0,-1 0,1 0,0-1,-1 1,0 0,0-1,0 1,-1-1,1-6,-1 9,0 1,0-1,-1 1,1 0,0-1,0 1,-1 0,1-1,-1 1,1 0,-1-1,1 1,-1 0,0 0,0 0,1 0,-1 0,0 0,0 0,0 0,0 0,0 0,-1 0,1 0,0 1,0-1,0 1,-1-1,1 1,0-1,-1 1,1-1,0 1,-1 0,1 0,0 0,-1 0,1 0,-1 0,1 0,0 0,-1 1,1-1,0 1,-1-1,1 1,-2 0,1 0,-1 0,1 0,-1 0,1 0,-1 0,1 1,0-1,0 1,0 0,-1-1,2 1,-1 0,0 0,0 0,1 1,-1-1,1 0,-1 0,1 1,0-1,0 1,0-1,1 1,-1 0,0-1,1 1,0 0,0-1,0 1,0 0,0-1,0 1,1 0,0 2,-1 0,1-1,1 1,-1-1,0 1,1-1,0 0,0 0,0 0,1 0,0 0,-1 0,1 0,0-1,1 0,-1 0,0 0,1 0,0 0,5 3,-4-4,-1-1,1 1,-1-1,1 0,-1-1,1 1,0-1,-1 1,1-2,0 1,0 0,-1-1,1 0,-1 0,1 0,7-4,3-2</inkml:trace>
  <inkml:trace contextRef="#ctx0" brushRef="#br0" timeOffset="19156.89">110 1914,'-6'-3,"-2"-4,3-5,6-2,5 3,6 8,0 10,1 7,6 4,1 2,1-2,-3-4</inkml:trace>
  <inkml:trace contextRef="#ctx0" brushRef="#br0" timeOffset="20182.64">1565 2263,'8'-4,"0"1,0-1,0-1,-1 1,0-1,0 0,0-1,-1 0,1 0,8-11,-13 15,0 0,0-1,0 1,-1-1,1 0,-1 1,1-1,-1 0,0 0,0 0,0 0,0 0,-1 0,1 0,-1 0,0 0,1-1,-2 1,1 0,0 0,-1 0,1 0,-1 0,0 0,0 0,0 0,0 0,-1 0,1 1,-1-1,1 0,-4-3,4 5,0 0,0 0,0 0,0 0,0 0,0 0,0 0,0 0,-1 0,1 0,0 1,-1-1,1 0,-1 1,1-1,0 1,-1 0,1-1,-1 1,1 0,-1 0,1 0,-1 0,1 0,-3 0,2 1,0 0,0 1,0-1,0 0,0 1,1-1,-1 1,0-1,1 1,-1 0,1 0,-1-1,1 1,-2 4,-1 2,0 2,0-1,0 0,2 1,-1 0,-1 15,3-16,1-1,0 1,0 0,1-1,1 1,-1-1,1 0,1 1,-1-1,2 0,-1 0,1-1,6 11,-7-14,0 0,0 0,0-1,0 0,0 1,1-1,0 0,-1 0,1-1,0 1,1-1,-1 0,0 0,1 0,-1-1,1 0,-1 1,1-2,-1 1,1 0,0-1,0 0,-1 0,1 0,8-2,-5 0,0 0,0 0,0 0,0-1,-1 0,1-1,-1 0,1 0,-1 0,-1-1,1 0,-1-1,1 1,-2-1,9-9,-8 5,1-1,-1 1,-1-1,0 0,-1 0,0 0,0-1,-1 0,2-20,-2 3,-2 0,-1 0,-2 0,0 0,-2 0,-1 1,-2-1,-9-27,13 45,-1 1,1 0,-2 0,1 0,-1 0,-1 0,0 1,0 0,-14-15,19 23,0 1,0-1,1 0,-1 1,0-1,0 0,0 1,0-1,0 1,0 0,0-1,0 1,0 0,0-1,0 1,0 0,-1 0,1 0,0 0,0 0,0 0,0 0,0 0,0 1,0-1,0 0,0 1,0-1,0 1,0-1,0 1,0-1,0 1,0 0,0-1,1 1,-1 0,0 0,0 0,1-1,-1 1,1 0,-1 0,1 0,-1 0,1 0,-1 0,1 0,0 0,0 0,-1 0,1 2,-3 7,0 1,1-1,0 1,0 11,0 6,2 0,1 1,1-1,1 0,2 0,1-1,1 1,1-1,1-1,2 1,0-2,2 1,19 27,-26-46,1 0,0 0,0 0,1-1,-1 0,2 0,-1-1,0 0,1 0,0-1,0 0,1-1,-1 0,1 0,-1-1,1 0,13 0,-16-1,0-1,0 0,0 0,0-1,-1 1,1-2,0 1,-1-1,1 0,0 0,-1-1,0 1,0-1,0-1,0 1,0-1,-1 0,1-1,-1 1,0-1,-1 0,1 0,-1-1,0 1,5-11,-7 12,0 0,-1 0,1-1,-1 1,0-1,-1 1,1-1,-1 1,0-1,0 1,0-1,-1 1,1-1,-1 1,0-1,-1 1,-2-8,2 9,1 0,-1 0,1 0,-1 0,0 1,0-1,0 1,0-1,-1 1,1 0,-1 0,1 0,-1 0,0 0,0 1,0-1,0 1,0 0,0 0,0 0,0 0,0 0,-1 1,1-1,-5 1,6 0,0 0,0 0,0 1,0-1,0 0,0 1,0-1,0 1,1 0,-1 0,0-1,0 1,1 0,-1 1,1-1,-1 0,1 0,-1 1,1-1,0 1,-1-1,1 1,0-1,0 1,0 0,1-1,-1 1,0 0,0 0,1 0,0 0,-1 0,1 0,0 0,0-1,0 1,0 0,0 0,0 0,0 0,1 0,0 2,1 5,-1 0,2 0,-1 0,1 0,1-1,-1 0,10 15,-9-17,0-1,0 0,1 0,0 0,0 0,0-1,0 0,1 0,0 0,0-1,0 0,0 0,0 0,1-1,-1 0,1 0,-1-1,1 1,0-1,0-1,-1 0,1 0,0 0,9-2,19-4</inkml:trace>
  <inkml:trace contextRef="#ctx0" brushRef="#br0" timeOffset="20898.93">2263 2081,'8'22,"1"-1,0 0,19 29,-26-45,2 0,-1 0,1 0,0 0,0 0,0-1,0 0,1 0,0 0,0 0,0-1,0 1,0-2,1 1,-1 0,1-1,12 3,-16-5,1 0,0 0,-1 0,1 0,0 0,-1-1,1 1,-1-1,1 0,-1 0,1 0,-1 0,1 0,-1-1,0 1,0-1,0 1,0-1,0 0,0 0,0 0,0 0,-1 0,1 0,-1 0,0 0,1-1,-1 1,0-1,0 1,-1-1,1 1,0-1,-1 1,0-1,1 0,-1-2,0 1,1 0,-1 0,0 0,0 0,-1 0,1 0,-1 0,0 0,0 0,0 0,0 0,-1 1,1-1,-1 1,0-1,0 1,-1-1,1 1,-1 0,1 0,-1 0,0 1,0-1,-4-2,-1 5,11 11,13 11,-9-16,0-1,1 0,-1 0,1-1,0 0,0 0,1-1,9 3,-13-5,-1 1,1-1,0 0,-1 0,1-1,0 0,-1 1,1-2,0 1,-1 0,1-1,0 0,-1 0,1 0,-1-1,1 1,4-4,-8 4,1 0,-1 0,0 0,1 0,-1-1,0 1,0 0,0-1,0 1,0-1,0 1,-1-1,1 0,0 1,-1-1,1 0,-1 1,0-1,0 0,1 0,-1 0,0 1,0-1,-1 0,1 0,0 1,-1-1,1 0,-1 1,1-1,-1 0,0 1,1-1,-1 1,0-1,0 1,0-1,-1 1,1 0,0-1,0 1,-1 0,1 0,-1 0,-2-1,3 0,-1 1,1 0,0 0,-1 0,1 0,-1 0,1 1,-1-1,1 0,-1 1,0-1,1 1,-1 0,0-1,1 1,-1 0,0 0,0 0,1 0,-1 0,0 1,1-1,-1 0,0 1,1-1,-1 1,1 0,-1 0,0-1,1 1,0 0,-1 0,1 0,0 0,-1 1,1-1,0 0,0 1,0-1,0 0,0 1,0-1,1 1,-1-1,0 1,1 0,-1-1,0 4,0 0,1 0,-1 0,1 0,0 1,0-1,1 0,0 0,0 0,0 0,0 0,1 0,-1 0,1 0,1-1,-1 1,1-1,-1 1,1-1,1 0,-1 0,0 0,1-1,0 1,0-1,0 0,8 5,-5-3,0-1,0 0,0 0,0-1,0 0,1-1,-1 1,1-1,0 0,0-1,-1 0,1-1,0 1,0-1,0-1,15-2,-15 0,-1 0,0 0,0-1,0 0,0-1,-1 1,0-1,0-1,0 1,0-1,-1 0,6-8,-9 11,1 0,-1 0,0 0,0-1,0 1,0-1,-1 0,0 1,1-1,-1 0,0 0,-1 0,1 0,-1 0,0 0,0 0,0 0,0 0,-1 0,1 1,-1-1,0 0,0 0,-1 0,1 1,-3-5,3 7,1 0,-1 0,1 0,-1 0,0 0,0 0,1 0,-1 0,0 0,0 0,0 1,0-1,0 0,0 1,0-1,-1 0,1 1,0 0,0-1,-2 1,2 0,1 0,-1 0,0 0,0 1,0-1,0 0,1 1,-1-1,0 1,0-1,1 1,-1-1,0 1,1-1,-1 1,0 0,1-1,-1 1,1 0,-1 1,-2 3,1-1,0 1,1 0,-1-1,1 1,0 0,0 0,0 7,0-7,1-1,0 1,1-1,-1 1,1-1,0 1,0-1,0 1,0-1,1 0,0 0,0 0,0 0,0 0,1 0,0 0,-1-1,1 1,1-1,-1 0,0 0,1 0,-1 0,1-1,0 1,0-1,0 0,0 0,1-1,-1 1,0-1,1 0,-1 0,1 0,-1-1,1 1,-1-1,1 0,6-1,16-1</inkml:trace>
  <inkml:trace contextRef="#ctx0" brushRef="#br0" timeOffset="21459.26">1418 1730,'-10'9,"-2"10,-3 5,1 0,3-2</inkml:trace>
  <inkml:trace contextRef="#ctx0" brushRef="#br0" timeOffset="21800.95">2466 1710,'-6'9,"-6"7,0 3,2-1</inkml:trace>
  <inkml:trace contextRef="#ctx0" brushRef="#br0" timeOffset="22799.31">3387 2118,'54'235,"-45"-185,-2 1,-1 85,-8-162,-1 1,-12-46,0 2,5 21,2 0,2-1,3 0,4-93,0 137,0-1,0 1,0-1,1 1,0 0,0-1,1 1,-1 0,1 0,0 1,0-1,1 0,-1 1,6-5,-7 7,0 1,0-1,1 1,-1 0,0 0,1-1,-1 2,1-1,-1 0,1 0,-1 1,1 0,-1-1,1 1,-1 0,1 0,0 0,-1 1,1-1,-1 0,1 1,-1 0,1 0,-1 0,0 0,1 0,-1 0,0 0,0 1,0-1,0 1,3 3,6 5,-2 0,1 2,-2-1,1 1,-2 0,1 1,-2-1,0 1,0 1,-1-1,-1 1,0 0,-1 0,-1 0,0 1,0 24,-2-35,-1 0,0-1,0 1,-1 0,1-1,-1 1,0-1,0 0,0 0,0 0,0 0,-1 0,1 0,-1 0,0-1,0 1,0-1,0 0,0 0,0 0,-1 0,1-1,-1 1,1-1,-1 0,0 0,1 0,-1 0,-6-1,5 1,0 0,0-1,-1 1,1-1,0-1,0 1,-1-1,1 0,0 0,0 0,0-1,0 0,0 0,1 0,-1 0,0-1,1 0,0 0,-1 0,-6-7,2-5</inkml:trace>
  <inkml:trace contextRef="#ctx0" brushRef="#br0" timeOffset="23845.3">3848 2078,'-3'-3,"1"0,-1 1,0-1,0 1,0 0,0-1,0 2,0-1,0 0,-1 0,1 1,-1 0,1 0,-1 0,1 0,-1 0,0 1,1 0,-1-1,0 1,-7 2,7-1,1 0,-1 1,1 0,0 0,0 0,-1 0,1 0,0 1,1 0,-1-1,0 1,1 0,0 0,-1 0,1 1,1-1,-1 0,0 1,1-1,0 1,-2 5,1-2,0 0,0 0,1 0,0 1,0-1,1 0,0 0,0 1,1-1,0 0,0 0,1 0,0 0,0 0,3 7,-3-10,0-1,0 0,0 1,1-1,-1 0,1 0,0 0,-1 0,1-1,1 1,-1-1,0 0,1 0,-1 0,1 0,-1-1,1 1,0-1,0 0,0 0,0 0,0-1,0 1,0-1,0 0,0 0,-1 0,8-2,-7 2,0-1,-1 1,1-1,0 0,0 0,-1-1,1 1,0-1,-1 1,0-1,1 0,-1 0,0-1,0 1,0-1,0 0,-1 1,1-1,-1 0,3-4,-3 2,0 1,0-1,-1 0,0 1,0-1,0 0,0 0,-1 0,1 0,-1 1,-1-1,1 0,-1 0,-1-6,0 3,0-1,-1 0,0 1,0 0,-1 0,0 0,-1 0,0 1,0-1,0 1,-1 1,0-1,0 1,-1 0,0 0,0 1,-10-7,16 12,0-1,0 0,0 1,0-1,0 1,0-1,0 1,0 0,0-1,0 1,-1 0,1 0,0 0,0 0,0 0,0 0,-1 0,1 0,0 0,0 1,-2 0,3-1,0 1,-1-1,1 1,0 0,0 0,-1-1,1 1,0 0,0-1,0 1,0 0,0 0,0-1,0 1,0 0,0 0,0-1,0 1,0 0,1-1,-1 1,0 0,1 1,1 3,0-1,1 1,0 0,0-1,0 1,0-1,0 0,6 5,-4-6,0 0,1 1,-1-2,1 1,0-1,0 0,0 0,0 0,0-1,1 0,-1 0,0-1,0 1,1-1,-1-1,10-1,-11 1,0 0,0 0,0 0,0-1,-1 1,1-1,-1-1,1 1,-1-1,0 1,0-1,0 0,0-1,0 1,-1-1,0 1,1-1,-1 0,-1 0,1-1,2-5,-4 9,-1 0,1 0,-1 0,1 0,-1 0,0 1,0-1,0-1,1 1,-1 0,0 0,0 0,0 0,0 0,-1 0,1 0,0 0,0 0,-1 0,1 0,0 0,-1 1,1-1,-1 0,1 0,-1 0,0-1,0 2,0 0,1 0,-1 0,0 0,1 0,-1 0,0 0,1 0,-1 0,0 0,1 1,-1-1,1 0,-1 0,0 1,1-1,-1 0,1 1,-1-1,1 1,-1-1,1 0,-1 1,1-1,-1 1,1-1,0 1,-1 0,1-1,0 1,0-1,-1 1,1 0,0-1,0 1,0-1,0 1,0 0,0-1,0 1,0 0,0 0,-2 11,0 0,1 0,1 0,0 0,0-1,1 1,1 0,0 0,0-1,8 20,-7-22,0 0,0 0,1 0,1-1,-1 1,1-1,1 0,0-1,0 1,0-1,1 0,0-1,13 11,-18-16,0 0,0 0,0 0,0-1,0 1,-1 0,1-1,1 1,-1-1,0 1,0-1,0 0,0 0,0 0,0 0,0-1,0 1,0 0,0-1,0 1,0-1,0 0,3-1,-2-1,1 0,-1 1,0-1,0 0,0-1,0 1,0 0,-1-1,1 0,2-7,1-1,-1 0,-1-1,0 0,-1 0,0 0,1-21,-14-57,34 132,-12-20,0-1,1 0,31 35,-44-55,0 0,1 1,-1-1,0 0,0 0,0 0,1 0,-1 1,0-1,0 0,0 0,1 0,-1 0,0 0,0 0,1 0,-1 0,0 1,0-1,1 0,-1 0,0 0,0 0,1 0,-1 0,0 0,0 0,0-1,1 1,-1 0,0 0,0 0,1 0,-1 0,0 0,0 0,1-1,-1 1,0 0,0 0,0 0,6-15,-2-26,-3 31,0-1,0 1,1 0,1 0,0 0,7-19,-9 28,0 0,-1-1,1 1,0 0,0 0,0 0,0 0,0 0,0 0,0 0,0 0,0 0,1 0,-1 1,0-1,1 0,-1 1,0-1,1 1,1-1,-1 1,0 1,1-1,-1 0,1 1,-1-1,0 1,0 0,1 0,-1 0,0 0,0 0,0 0,0 1,0-1,0 1,2 2,5 5,-1 0,0 1,0 0,-1 0,-1 1,7 11,-7-9,2-1,-1 0,17 19,5-12,-15-14</inkml:trace>
  <inkml:trace contextRef="#ctx0" brushRef="#br0" timeOffset="24480.4">4803 2190,'15'-7,"0"-1,-1-1,0 0,0-1,-1-1,0 0,-1-1,-1 0,1-1,15-24,-21 26,0 0,0 0,-2-1,1 0,-1 0,-1 0,0 0,-1 0,0-1,-1 1,-1-1,0 1,0-1,-5-23,3 22,-2-1,0 1,0 0,-11-22,12 29,-1 2,1-1,-1 0,0 1,0 0,0 0,-1 0,0 0,0 1,0-1,0 1,-9-4,13 7,-1 0,1 0,-1 1,1-1,-1 1,1-1,-1 1,0-1,1 1,-1 0,0 0,1 0,-1 0,0 0,1 0,-1 0,0 1,1-1,-1 0,1 1,-1 0,0-1,-2 2,2 0,0 0,-1 1,1-1,0 0,0 1,0-1,1 1,-1 0,1 0,-1-1,-1 7,-1 6,0 1,0 0,-1 28,1-2,3 0,4 56,-1-80,1 1,0-1,1 0,1 0,1 0,0-1,17 32,-18-43,0 1,1-1,-1 0,2 0,-1-1,0 0,1 0,0-1,0 1,1-1,-1-1,1 0,0 0,0 0,0-1,0 0,0-1,0 1,0-2,1 1,-1-1,0 0,13-3,-13 2,0 0,0-1,0 0,0 0,0-1,-1 0,1 0,-1-1,0 0,13-9,-16 9,0 1,0-1,0 0,-1-1,1 1,-1-1,0 1,0-1,-1 0,1 0,-1 0,0 0,-1-1,1 1,-1 0,1-11,-2 11,0-1,-1 0,0 1,0-1,-1 0,1 1,-1 0,0-1,-1 1,1 0,-1 0,0 0,-1 0,-5-7,7 10,1 0,-1 1,1-1,-1 0,0 0,0 1,1-1,-1 1,0-1,-1 1,1 0,0 0,0 0,0 0,-1 0,1 1,0-1,-1 1,1-1,-1 1,1 0,0 0,-1 0,1 0,-1 0,1 1,0-1,-1 1,1-1,0 1,-1 0,1 0,0 0,0 0,0 1,-3 1,2 0,0 0,0 0,1 0,-1 1,1-1,0 1,0-1,0 1,0 0,1 0,-1 0,1 0,0 0,0 0,1 0,-1 0,1 0,0 0,0 1,0-1,0 0,1 0,2 7,-2-5,1-1,-1 1,1-1,1 1,-1-1,1 0,0 0,0 0,0 0,1-1,0 1,-1-1,2 0,-1 0,0 0,9 5,2-3,0-1,0 0,0-1,0 0,1-1,0-1,20 0,11 0</inkml:trace>
  <inkml:trace contextRef="#ctx0" brushRef="#br0" timeOffset="25369.92">5541 2022,'0'11,"0"20,6 49,-5-72,0 0,1-1,0 1,0-1,1 1,0-1,0 0,0 0,1 0,1 0,7 9,-12-15,1 0,-1 0,1-1,0 1,-1 0,1-1,0 1,-1-1,1 1,0-1,-1 1,1-1,0 1,0-1,0 0,0 1,-1-1,1 0,0 0,0 1,0-1,0 0,0 0,0 0,0 0,0 0,-1-1,3 1,-2-1,0 0,1 0,-1 0,0-1,0 1,0 0,0 0,0-1,-1 1,1-1,0 1,-1 0,1-1,0-2,8-56,-10-2,-1 43,2 0,0 0,5-29,-5 47,0 0,0 1,1-1,-1 0,0 0,0 1,0-1,0 0,1 1,-1-1,0 0,1 0,-1 1,0-1,1 1,-1-1,1 0,-1 1,1-1,-1 1,1-1,0 1,-1 0,1-1,-1 1,1 0,0-1,1 1,-1 0,0 0,0 0,1 1,-1-1,0 1,0-1,0 1,0-1,0 1,0 0,0-1,0 1,0 0,0 0,1 1,31 45,-30-42,43 77,-42-72,1-1,-2 1,1-1,-1 1,-1 0,0 0,1 11,-3-21,0 0,0 0,0 0,-1 0,1 0,0 0,0 0,0 0,0 0,0 0,0 0,0 0,0 0,0 0,0 0,0 0,0 0,-1 0,1 0,0 0,0 0,0 0,0 0,0 0,0 0,0 0,0 0,0 0,0 0,0 0,0 0,0 0,0 0,-1 0,1 0,0 0,0 0,0 0,0 0,0 0,0 0,0 1,0-1,0 0,0 0,0 0,0 0,0 0,0 0,0 0,0 0,0 0,0 0,0 0,0 0,0 1,-7-12,-4-17,7 11,1-1,0 0,1-27,1 41,1-1,0 1,1-1,-1 1,1 0,0-1,0 1,0 0,0 0,1 0,0-1,0 2,0-1,0 0,1 0,-1 1,1-1,0 1,0 0,4-3,-6 5,1 0,0 0,0 1,0-1,0 1,0-1,-1 1,1 0,0 0,0 0,0 0,0 0,0 0,0 1,0-1,0 1,0-1,-1 1,1-1,0 1,0 0,-1 0,1 0,0 0,-1 0,1 1,-1-1,0 0,3 4,7 5,-2 2,17 23,-16-21,8 11,-13-16,1 0,0-1,0 0,1-1,0 1,0-1,14 10,-20-16,0-1,0 1,0 0,0-1,0 1,1-1,-1 0,0 1,0-1,1 0,-1 0,0 0,1 0,-1 0,0 0,1 0,-1 0,0 0,0-1,1 1,-1 0,0-1,0 1,0-1,1 0,0 0,0-1,0 0,0 0,0 0,0-1,-1 1,1-1,-1 1,1-1,-1 1,0-1,1-3,2-6,-1-1,-1 1,0 0,0-17,-12-26,10 53,-1 1,1 0,-1-1,1 1,-1-1,0 1,1 0,-1-1,0 1,0 0,0 0,0 0,0 0,-2-1,3 2,-1-1,0 1,0 0,1 0,-1 0,0 0,1 1,-1-1,0 0,0 0,1 0,-1 1,0-1,1 0,-1 0,1 1,-1-1,0 1,1-1,-1 1,1-1,-1 1,1-1,-1 1,1-1,-1 1,1-1,0 1,-1 0,1-1,0 1,-1 1,-2 4,0 0,1 0,-1 0,1 0,1 1,-1-1,1 0,0 1,0 0,1-1,0 1,0-1,1 1,0 0,0-1,0 1,1-1,0 0,4 10,-4-11,0 0,0 0,1-1,0 1,-1-1,2 1,-1-1,0 0,1 0,0-1,0 1,0-1,0 0,1 0,-1 0,1 0,0-1,0 0,0 0,0 0,0-1,0 1,0-1,6 0,17-1</inkml:trace>
  <inkml:trace contextRef="#ctx0" brushRef="#br0" timeOffset="25731.6">6167 1676,'0'16,"4"11,3 10,7 9,5 2,2 3,0-1,-3-3,-2-3,-3-6,-4-4,0-6,-2-9</inkml:trace>
  <inkml:trace contextRef="#ctx0" brushRef="#br0" timeOffset="26104.31">6368 1710,'3'9,"4"10,5 10,-1 14,2 8,-2 5,-3 0,1-4,-2-8,-1-5,1-6,-1-5,2-4,3-7,-1-9,-2-12,-5-9,-4-2</inkml:trace>
  <inkml:trace contextRef="#ctx0" brushRef="#br0" timeOffset="26105.31">6110 1912,'13'-3,"16"-4,19-1,14-3,6 2,-3 1,-12 2</inkml:trace>
  <inkml:trace contextRef="#ctx0" brushRef="#br0" timeOffset="26717.81">6533 2173,'1'-10,"-1"0,1 0,1 0,0 0,1 0,-1 1,2-1,-1 1,1 0,1 0,0 0,0 1,1-1,12-13,-17 21,1 0,-1 0,1 1,0-1,-1 0,1 1,0 0,-1-1,1 1,0 0,-1 0,1 0,0 0,0 0,-1 0,1 0,0 1,-1-1,1 0,0 1,-1 0,1-1,-1 1,1 0,-1 0,1 0,-1 0,0 0,1 0,-1 0,2 2,6 6,0 1,-1-1,9 15,-7-11,0-1,-3-1,1-1,1 0,-1 0,2-1,-1 0,13 8,-18-15,-1 0,0-1,1 1,-1-1,1 0,-1 0,1 0,0 0,-1-1,1 1,0-1,-1 0,1 0,0-1,0 1,-1-1,1 0,-1 0,1 0,-1 0,1 0,-1-1,1 0,-1 0,0 0,5-4,-5 5,0-1,1-1,-1 1,0 0,-1-1,1 1,0-1,-1 0,0 0,1 0,-1 0,0 0,0-1,-1 1,1-1,-1 1,0-1,0 1,0-1,0 0,-1 1,1-1,-1 0,0 0,0 1,0-1,-1 0,1 0,-1 1,0-1,0 0,0 1,-1-1,1 1,-1-1,0 1,0 0,0 0,0 0,-1 0,1 0,-1 0,1 1,-1-1,0 1,0 0,-1 0,1 0,0 0,0 0,-1 1,1-1,-1 1,0 0,1 0,-6 0,7 1,0 0,0 0,0 0,0 0,0 0,0 0,0 1,1-1,-1 1,0-1,0 1,0 0,1 0,-1 0,0 0,1 0,-1 0,1 0,-1 1,1-1,0 0,-1 1,1-1,0 1,0 0,0-1,0 1,0 0,1 0,-1-1,0 1,1 0,-1 0,1 0,0 0,0 0,0 3,-2 3,1 0,1 0,0 0,0 0,0 0,1 0,1 0,1 8,-1-12,0 1,0-1,1 1,-1-1,1 0,0 0,0 0,1-1,-1 1,1-1,0 0,0 0,0 0,5 3,4 1,1 0,-1-1,20 5,12 2</inkml:trace>
  <inkml:trace contextRef="#ctx0" brushRef="#br0" timeOffset="27507.7">7307 2061,'9'2,"0"-1,0 0,1-1,-1 0,0 0,0-1,1 0,-1-1,0 0,0 0,15-7,-21 8,0 0,1 0,-1-1,0 1,0-1,0 0,0 1,-1-2,1 1,0 0,-1 0,1-1,-1 1,0-1,0 0,0 0,0 0,-1 0,1 0,-1 0,1 0,-1-1,0 1,-1 0,1-1,0 1,-1-1,0 1,0 0,0-1,0 1,0-1,-2-4,2 6,-1 0,1 0,-1 0,0 1,0-1,1 0,-1 1,0-1,0 1,0-1,-1 1,1-1,0 1,0 0,-1-1,1 1,-1 0,1 0,-1 0,0 0,1 0,-1 1,0-1,0 0,1 1,-1-1,0 1,0 0,0 0,0 0,1-1,-1 2,0-1,0 0,0 0,0 1,0-1,1 1,-1-1,0 1,0 0,1-1,-1 1,1 0,-1 0,0 0,1 1,0-1,-1 0,1 1,0-1,0 0,0 1,-1 0,2-1,-1 1,0-1,0 1,0 0,0 3,-2 6,1 0,1-1,0 1,0 0,1 0,1 0,-1 0,2 0,0-1,0 1,1-1,0 1,0-1,11 19,-11-22,0 0,1-1,0 0,0 1,1-1,0-1,0 1,0-1,1 0,0 0,0 0,0-1,0 0,1 0,0-1,-1 0,1 0,0 0,1-1,-1 0,0-1,9 2,-13-3,-1 0,1 0,-1 0,1 0,-1-1,1 1,-1-1,1 1,-1-1,0 0,1 0,-1 0,0 0,0 0,0-1,1 1,-1-1,-1 1,1-1,3-4,-2 2,0 0,-1-1,1 1,-1-1,0 0,-1 1,1-1,-1 0,1-10,0-4,-1-1,-1 0,-1 0,-4-23,3 32,0 7,1 1,1-1,-1 1,0-1,1 0,0 1,0-1,0 0,0 1,1-1,0-5,3 12,0 1,0 0,0 0,-1 0,1 0,2 6,-4-7,35 53,-26-36,2 0,25 29,-38-49,0 0,0 0,0 0,0 0,1 0,-1 0,0 0,0 1,0-1,0 0,0 0,0 0,0 0,1 0,-1 0,0 0,0 0,0 0,0 0,0 0,0 0,1 0,-1 0,0 0,0 0,0 0,0 0,0 0,1 0,-1 0,0 0,0 0,0 0,0 0,0 0,0 0,1 0,-1 0,0 0,0 0,0-1,0 1,0 0,0 0,0 0,0 0,0 0,1 0,-1 0,0 0,0-1,0 1,0 0,3-13,-2-22,-1 28,1-2,0 0,1 0,0 0,1 0,0 1,0-1,1 1,0 0,8-13,-11 19,0 0,0 0,0 0,1 0,-1 0,1 1,-1-1,1 0,-1 1,1-1,0 1,0 0,0 0,0 0,0 0,0 0,0 0,0 0,0 1,0-1,1 1,-1-1,0 1,0 0,0 0,1 0,-1 0,0 0,0 1,1-1,-1 0,0 1,0 0,0 0,0 0,0 0,0 0,0 0,0 0,0 0,0 1,-1-1,1 1,2 2,1 2,1 1,-1 0,-1 0,1 1,-1-1,-1 1,1 0,-1 0,2 10,-3-10,0-1,1 0,-1 0,1 0,1 0,0-1,-1 1,2-1,-1 0,1 0,0 0,6 5,3-2</inkml:trace>
  <inkml:trace contextRef="#ctx0" brushRef="#br0" timeOffset="31841.19">700 2871,'5'16,"0"0,-1 0,-1 1,0-1,-1 1,-1 0,-1 0,-3 30,2-13,7-133,-4 84,0 0,0 1,2 0,0-1,9-21,-12 34,0 0,0 0,0 0,0 0,0 1,1-1,-1 1,0-1,1 0,0 1,-1 0,1-1,0 1,-1 0,1 0,0 0,0 0,0 1,0-1,0 0,0 1,0-1,4 1,-2 0,0 0,-1 1,1 0,0 0,-1 0,1 0,-1 0,1 1,-1 0,0 0,0 0,5 3,0 1,-1 1,0-1,0 1,0 0,-1 1,0 0,-1 0,0 0,7 15,-9-14,-1 0,0-1,0 1,0 13,-2-20,0 0,1 0,-1 0,0 0,0 0,-1 0,1 0,0 0,-1 0,1 0,-1 0,0-1,1 1,-1 0,0 0,0 0,0-1,-1 1,1 0,0-1,-1 1,1-1,-1 0,1 1,-3 0,3-1,1-1,-1 0,0 0,0 1,0-1,1 0,-1 0,0 0,0 0,0 0,0 0,0 0,1 0,-1 0,0 0,0-1,0 1,1 0,-1-1,0 1,0 0,1-1,-1 1,0-1,1 1,-1-1,0 1,1-1,-1 0,1 1,-1-1,1 0,-1 1,1-1,-1 0,1 1,0-1,-1 0,1 0,0 0,0 0,0 1,-1-1,1 0,0 0,0 0,0 0,1-42,1 32,0 1,1 0,1 0,-1 0,2 0,0 0,0 1,0 0,12-14,-16 21,1 0,0 0,0 0,0 0,1 0,-1 1,0-1,1 1,-1-1,1 1,-1 0,1 0,0 0,-1 0,1 1,0-1,0 1,0-1,-1 1,1 0,0 0,0 0,0 1,-1-1,1 1,0-1,0 1,-1 0,1 0,-1 0,1 1,-1-1,1 0,-1 1,1 0,-1-1,0 1,0 0,0 0,2 4,3 1,0 1,-1 0,0 0,0 0,-1 1,5 10,-8-15,0 0,0 0,-1-1,1 1,-1 0,0 0,0 0,-1 1,1-1,-1 0,0 0,0 0,0 0,-1 0,1 1,-1-1,-2 6,-2-8,3-12,1-15,3 17,0 1,1-1,-1 0,1 1,1 0,0-1,0 1,0 1,1-1,0 1,0-1,0 1,8-6,-11 10,0 0,0 1,1-1,-1 0,0 1,1-1,-1 1,1 0,0 0,0 0,-1 0,1 0,0 1,0-1,0 1,-1 0,1-1,0 1,0 1,0-1,0 0,0 1,-1-1,1 1,0 0,0 0,-1 0,1 1,0-1,-1 0,0 1,1 0,-1-1,0 1,0 0,0 0,0 0,3 5,5 7,-1 0,0 1,-1 0,-1 0,0 0,8 30,-15-45,0 1,0 0,0 0,1 0,-1 0,0 0,1 0,-1 0,1 0,-1-1,1 1,-1 0,1 0,0 0,-1-1,1 1,0 0,-1-1,2 1,3-1</inkml:trace>
  <inkml:trace contextRef="#ctx0" brushRef="#br0" timeOffset="32904.39">1528 2946,'-4'-6,"-1"0,1 0,-1 1,-1 0,1 0,-1 0,0 0,0 1,0 0,-1 0,-13-5,18 9,0-1,0 0,0 1,0-1,0 1,0 0,0 0,-1 0,1 0,0 0,0 0,0 1,0-1,-1 1,1-1,0 1,-3 2,3-2,0 1,0 0,0 0,0 0,0 0,0 0,1 0,-1 1,1-1,0 0,0 1,0-1,0 1,0 0,0-1,1 1,-1 5,0-1,0 0,1 0,0 0,1 0,-1 0,1 0,1 0,-1 0,1 0,0 0,1-1,-1 1,2-1,-1 1,0-1,1 0,5 6,-6-9,0 0,0 0,0 0,0 0,0 0,1-1,0 1,-1-1,1 0,0 0,0 0,0 0,0-1,0 0,0 0,1 0,-1 0,0-1,1 0,-1 1,0-2,1 1,-1 0,0-1,0 0,1 0,-1 0,8-4,-9 4,1-1,-1 0,0 0,0-1,0 1,0-1,0 1,0-1,-1 0,0 0,1 0,-1 0,0-1,0 1,-1-1,1 1,-1-1,0 1,0-1,0 0,0 0,0 1,-1-1,0 0,0 0,0 0,0 0,-1 0,1 1,-1-1,-1-4,0-1,0 1,-1-1,0 1,0 0,-1 0,0 1,0-1,0 1,-1-1,-1 1,1 1,-13-12,18 17,-1 0,1 1,-1-1,1 1,-1-1,1 1,-1 0,0-1,1 1,-1 0,1-1,-1 1,0 0,1-1,-1 1,0 0,0 0,1 0,-1 0,0 0,1 0,-1 0,0 0,1 0,-1 0,0 0,0 0,1 1,-1-1,-1 1,1 0,1 0,-1 0,0 0,1 0,-1 0,1 1,0-1,-1 0,1 0,0 1,0-1,-1 0,1 1,0-1,1 2,7 48,-7-49,0 1,1 0,-1 0,0-1,1 1,0-1,-1 1,1-1,0 0,0 1,0-1,1 0,-1 0,0-1,1 1,-1 0,1-1,0 0,-1 1,1-1,0 0,0 0,0-1,0 1,0-1,0 1,0-1,0 0,0 0,0 0,0 0,-1-1,1 1,0-1,0 0,5-2,-3 1,1-1,-1 1,-1-1,1 0,0 0,-1-1,1 0,-1 1,0-1,0-1,-1 1,1 0,-1-1,0 0,0 0,-1 0,1 0,2-11,-2-12,-2 25,-1 12,0-2,2 7,-1 1,2-1,0 0,0 0,2-1,-1 1,14 24,-15-33,0 0,0 0,0-1,1 0,-1 1,1-1,0-1,1 1,-1 0,8 4,-9-7,0 1,0-1,0 0,1 0,-1 0,0-1,1 1,-1-1,1 1,-1-1,1 0,-1 0,1-1,-1 1,0-1,1 0,-1 0,5-2,-3 0,1 0,-1-1,0 1,0-2,0 1,0 0,-1-1,0 0,0 0,0 0,-1 0,1-1,-1 1,-1-1,1 0,-1 0,0 0,0 0,-1 0,0-1,0 1,0 0,-1-1,0 1,0 0,0-1,-1 1,0 0,0-1,-1 1,-3-10,5 17,0-1,0 0,-1 0,1 0,0 1,0-1,0 0,0 0,0 0,0 1,-1-1,1 0,0 0,0 0,0 0,-1 1,1-1,0 0,0 0,0 0,-1 0,1 0,0 0,0 0,-1 0,1 0,0 0,0 0,-1 0,1 0,0 0,0 0,-1 0,1 0,0 0,0 0,-1 0,1 0,0 0,0 0,0 0,-1-1,1 1,0 0,3 27,-1-19,1 0,0-1,0 0,1 0,-1 0,2 0,-1 0,1-1,0 1,0-1,1-1,0 1,0-1,0 0,0 0,14 7,-3-5</inkml:trace>
  <inkml:trace contextRef="#ctx0" brushRef="#br0" timeOffset="34903.39">2025 2874,'7'9,"0"0,-1 0,0 0,0 1,7 19,7 10,-17-34,1 0,-1 0,1 0,0 0,0-1,1 0,-1 0,1 0,0 0,0-1,9 5,-13-7,1-1,-1 1,1-1,-1 1,1-1,-1 0,1 0,0 1,-1-1,1 0,-1 0,1-1,0 1,-1 0,1-1,-1 1,1 0,-1-1,2 0,-1-1,0 0,0 1,0-1,0 0,-1 0,1 0,0 0,-1 0,0 0,0 0,1-1,-1 1,-1 0,1-1,0 1,0-3,1-5,0 0,-1 1,0-1,0 0,-1 0,-1 0,0 0,0 0,-1 1,0-1,-4-10,9 24,1 1,0 0,-1-1,1 0,1 0,-1 0,1 0,-1-1,1 1,0-1,0-1,0 1,1-1,-1 1,1-2,-1 1,1-1,0 1,-1-2,1 1,0 0,0-1,0 0,8-2,-12 1,1-1,0 1,0-1,-1 0,1 0,-1 0,1 0,-1 0,0 0,0-1,0 1,0-1,0 0,-1 0,1 1,-1-1,1 0,-1 0,1-7,-1 9,-1-1,0 1,1-1,-1 1,0-1,0 0,0 1,0-1,0 1,0-1,-1 1,1-1,-1 0,1 1,-1-1,1 1,-1 0,0-1,0 1,1-1,-1 1,0 0,0 0,0-1,-1 1,1 0,0 0,0 0,-1 0,1 1,0-1,-1 0,1 0,-1 1,1-1,-1 1,1-1,-1 1,1 0,-3 0,2-1,0 1,1 0,-1 0,0 0,0 0,1 0,-1 0,0 1,0-1,1 1,-1-1,1 1,-1 0,0-1,1 1,-1 0,1 0,-1 0,1 0,0 0,0 0,-2 3,0-1,1 0,0 0,0 1,1-1,-1 1,1 0,0-1,-1 1,0 7,1-2,0 1,1-1,0 1,0-1,1 1,0-1,4 17,-3-21,0-1,0 0,0 1,1-1,-1 0,1 0,0 0,0-1,1 1,-1-1,1 0,-1 1,1-2,0 1,0 0,1-1,-1 0,0 0,1 0,0 0,-1-1,1 0,0 0,-1 0,1 0,7-1,-8 0,1 0,-1 0,0 0,1-1,-1 0,1 0,-1 0,0-1,0 1,0-1,0 0,0 0,0-1,-1 1,1-1,0 1,-1-1,0 0,0-1,0 1,0 0,-1-1,1 0,-1 1,0-1,0 0,0 0,0 0,0-5,3-31,-6 35,1 0,0 0,1 1,-1-1,1 0,0 1,0-1,0 0,1 1,-1-1,5-7,-5 12,-1-1,1 1,-1-1,1 1,-1 0,1-1,-1 1,1 0,-1-1,1 1,0 0,-1 0,1-1,-1 1,1 0,0 0,-1 0,1 0,0 0,-1 0,1 0,-1 0,1 0,0 0,-1 0,1 1,0-1,-1 0,1 0,-1 0,1 1,20 18,7 26,0 27,-29-79,1 0,0 0,0 0,1 0,0 0,0 1,2-9,-2 10,0 0,1 1,-1-1,1 0,0 1,0 0,0-1,0 1,1 0,0 0,0 0,0 0,5-4,-7 7,1 1,0-1,-1 0,1 1,-1 0,1-1,0 1,-1 0,1 0,-1 0,1 0,0 0,-1 0,1 0,0 0,-1 1,1-1,-1 1,1-1,-1 1,1 0,-1 0,1-1,-1 1,0 0,1 0,-1 0,0 1,0-1,0 0,0 0,0 1,0-1,0 0,0 1,0-1,0 3,7 9,-1 1,-1 0,5 17,-4-13,-1 9,-11-45,4 7,1 0,0 0,1 0,0 0,4-18,-5 26,1 0,-1 0,1 1,0-1,0 1,0-1,0 1,0-1,0 1,1-1,-1 1,1 0,0 0,0 0,-1 0,1 0,1 0,-1 1,0-1,0 0,1 1,-1 0,0 0,1-1,-1 2,1-1,0 0,4-1,-5 3,0-1,-1 0,1 1,0-1,-1 1,1 0,0-1,-1 1,1 0,-1 0,1 0,-1 0,0 0,1 1,-1-1,0 0,0 0,0 1,2 2,19 35,-14-25,-5-7,1-1,-1 0,2 0,-1 0,1 0,0-1,0 0,0 0,1 0,0-1,7 5,-10-8,0 0,0 0,0 0,-1 0,1-1,0 0,1 1,-1-1,0 0,0 0,0-1,0 1,0-1,0 1,-1-1,1 0,0 0,0 0,0 0,-1-1,1 1,0-1,-1 0,1 0,-1 0,0 0,0 0,0 0,3-4,-1 1,1-1,-1 0,0 0,0-1,-1 1,0-1,0 1,-1-1,1 0,-2 0,3-11,-4 16,1 0,-1 0,0-1,0 1,0 0,0 0,0 0,0 0,0 0,-1 0,1-1,-1 1,0 0,0 0,1 1,-1-1,0 0,-1 0,1 0,0 0,0 1,-1-1,1 1,-1-1,1 1,-1-1,0 1,0 0,1 0,-1 0,0 0,0 0,0 0,0 1,0-1,0 1,-1-1,1 1,0 0,0 0,0 0,-4 0,5 0,-1 0,0 0,0 0,0 1,0-1,0 1,0-1,0 1,0-1,1 1,-1 0,0 0,1 0,-1 0,0 0,1 1,-1-1,1 0,0 1,-1-1,0 2,0 1,0 0,0-1,0 1,0 0,1 0,0 0,0 0,0 0,0 7,0-4,1 1,0-1,0 0,0 0,1 0,0 0,1 0,0 0,0 0,0-1,6 11,-6-13,1-1,0 0,0 0,1 0,-1 0,1 0,-1 0,1-1,0 0,0 0,0 0,0 0,0-1,0 1,1-1,-1 0,0 0,1-1,-1 1,1-1,-1 0,1 0,-1-1,1 1,-1-1,0 0,1 0,-1-1,0 1,0-1,0 0,0 0,0 0,0 0,-1-1,1 0,-1 1,1-1,-1-1,0 1,0 0,-1-1,1 0,-1 1,1-1,-1 0,0 0,-1 0,3-6,1-14,-5 19,1 0,-1 0,1 0,0 1,1-1,-1 0,1 1,0-1,0 1,0 0,1 0,-1-1,5-3,-5 7,-1 1,1 0,-1 0,1-1,0 1,-1 1,1-1,-1 0,1 0,-1 0,1 1,-1-1,1 1,-1-1,1 1,-1 0,0 0,1-1,-1 1,0 0,1 0,-1 0,0 0,2 3,27 32,-26-32,46 68,-51-76,0 0,0-1,1 1,0-1,-1 1,1 0,1-1,-1 1,1 0,0-1,0 1,0 0,0 0,1-1,0 1,-1 0,2 1,3-7,-5 8,0 0,0 0,1 0,-1 0,0 0,1 0,0 1,-1-1,1 1,0-1,0 1,0-1,0 1,0 0,0 0,0 0,0 0,0 1,1-1,-1 1,0-1,0 1,1 0,-1-1,0 1,1 0,-1 1,0-1,1 0,-1 1,0-1,0 1,1 0,-1 0,0 0,0 0,0 0,0 0,0 0,0 1,2 1,42 47,-33-33</inkml:trace>
  <inkml:trace contextRef="#ctx0" brushRef="#br0" timeOffset="35289.03">3424 2526,'30'81,"46"84,3 9,-76-155,-15-28,-16-27,27 33,-1-1,0 1,1 0,0 0,-1-1,1 1,1-1,-1 1,0-1,1 1,0-1,0 1,0-1,0 1,0-1,1 0,-1 1,1-1,0 1,0 0,1-1,-1 1,1 0,-1 0,1 0,0 0,0 0,1 0,4-5,-2 4,1 0,0 1,0-1,0 1,0 0,1 0,-1 1,1 0,-1 0,1 0,0 1,0 0,0 1,12 0,54 7,-39-2</inkml:trace>
  <inkml:trace contextRef="#ctx0" brushRef="#br0" timeOffset="36249.78">4068 2967,'0'3,"0"2</inkml:trace>
</inkml:ink>
</file>

<file path=word/ink/ink7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14T10:20:30.352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1 1</inkml:trace>
</inkml:ink>
</file>

<file path=word/ink/ink7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14T10:16:06.367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38 325,'1'0,"1"1,-1 0,0-1,0 1,1 0,-1 0,0 0,0 0,0 0,0 0,0 0,0 0,0 1,0-1,-1 0,1 0,0 1,-1-1,1 1,-1-1,1 3,11 37,-11-37,5 28,-4-19,1 0,0-1,1 1,0 0,10 19,-14-32,1 0,-1 1,0-1,0 1,1-1,-1 1,0-1,1 1,-1-1,0 0,1 1,-1-1,0 0,1 1,-1-1,1 0,-1 1,1-1,-1 0,1 0,-1 0,1 1,-1-1,1 0,-1 0,1 0,-1 0,1 0,-1 0,1 0,-1 0,1 0,-1 0,1 0,-1 0,1-1,0 1,15-20,5-35,-20 52,50-156,-49 150,-3 4</inkml:trace>
  <inkml:trace contextRef="#ctx0" brushRef="#br0" timeOffset="562.06">0 104,'20'4,"0"-1,0-1,0-1,0 0,21-3,101-17,-112 14,-27 5,1-1,0 1,-1-1,1 0,-1 0,1-1,-1 1,0-1,0 1,1-1,-1 0,4-4,-6 4,1 1,-1-1,0 0,0 1,0-1,-1 0,1 0,0 0,-1 0,1 0,-1 0,1 0,-1 0,0 0,0 0,0 0,0 0,0 0,-1 0,1 0,-1 0,0-4,0 6,1-1,-1 1,1-1,0 1,0-1,-1 1,1-1,0 0,0 1,0-1,0 1,0-1,0 1,0-1,0 0,0 1,0-1,0 1,0-1,0 0,0 1,0-1,0 1,1-1,-1 1,0-1,0 1,1-1,-1 1,0-1,1 1,-1-1,1 1,-1 0,1-1,-1 1,1-1,23 9,23 27,-39-27,0 1,0-1,-1 1,10 16,-16-24,0 0,0 0,-1 0,1 1,0-1,-1 0,1 0,-1 1,1-1,-1 0,1 1,-1-1,0 0,0 1,0-1,0 1,0-1,0 0,0 1,0-1,-1 1,1-1,0 0,-1 1,1-1,-1 0,0 0,1 1,-1-1,0 0,0 0,1 0,-1 0,0 0,0 0,0 0,-1 0,1 0,0 0,0-1,0 1,-1 0,1-1,0 1,0-1,-1 0,1 1,-3-1,-19 5,1-3</inkml:trace>
</inkml:ink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</TotalTime>
  <Pages>3</Pages>
  <Words>402</Words>
  <Characters>2216</Characters>
  <Application>Microsoft Office Word</Application>
  <DocSecurity>0</DocSecurity>
  <Lines>18</Lines>
  <Paragraphs>5</Paragraphs>
  <ScaleCrop>false</ScaleCrop>
  <HeadingPairs>
    <vt:vector size="4" baseType="variant">
      <vt:variant>
        <vt:lpstr>Titre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Manager/>
  <Company/>
  <LinksUpToDate>false</LinksUpToDate>
  <CharactersWithSpaces>2613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SZOLLOSI MARC</cp:lastModifiedBy>
  <cp:revision>6</cp:revision>
  <dcterms:created xsi:type="dcterms:W3CDTF">2025-01-12T11:55:00Z</dcterms:created>
  <dcterms:modified xsi:type="dcterms:W3CDTF">2025-01-14T10:23:00Z</dcterms:modified>
  <cp:category/>
</cp:coreProperties>
</file>